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44B2E" w14:textId="77777777" w:rsidR="00442504" w:rsidRPr="00C370A4" w:rsidRDefault="00442504" w:rsidP="00442504">
      <w:pPr>
        <w:rPr>
          <w:rFonts w:ascii="Times New Roman" w:hAnsi="Times New Roman" w:cs="Times New Roman"/>
          <w:color w:val="000000"/>
          <w:sz w:val="22"/>
        </w:rPr>
      </w:pP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lastRenderedPageBreak/>
        <w:t>Załącznik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5 do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1/SMART/2026</w:t>
      </w:r>
    </w:p>
    <w:p w14:paraId="49226F85" w14:textId="77777777" w:rsidR="00442504" w:rsidRDefault="00442504" w:rsidP="00442504">
      <w:pPr>
        <w:pStyle w:val="Nagwek1"/>
      </w:pPr>
      <w:proofErr w:type="spellStart"/>
      <w:r w:rsidRPr="00442504">
        <w:t>Załącznik</w:t>
      </w:r>
      <w:proofErr w:type="spellEnd"/>
      <w:r w:rsidRPr="00442504">
        <w:t xml:space="preserve"> nr 5 – </w:t>
      </w:r>
      <w:proofErr w:type="spellStart"/>
      <w:r w:rsidRPr="00442504">
        <w:t>Oświadczenie</w:t>
      </w:r>
      <w:proofErr w:type="spellEnd"/>
      <w:r w:rsidRPr="00442504">
        <w:t xml:space="preserve"> o </w:t>
      </w:r>
      <w:proofErr w:type="spellStart"/>
      <w:r w:rsidRPr="00442504">
        <w:t>braku</w:t>
      </w:r>
      <w:proofErr w:type="spellEnd"/>
      <w:r w:rsidRPr="00442504">
        <w:t xml:space="preserve"> </w:t>
      </w:r>
      <w:proofErr w:type="spellStart"/>
      <w:r w:rsidRPr="00442504">
        <w:t>powiązań</w:t>
      </w:r>
      <w:proofErr w:type="spellEnd"/>
      <w:r w:rsidRPr="00442504">
        <w:t xml:space="preserve"> </w:t>
      </w:r>
      <w:proofErr w:type="spellStart"/>
      <w:r w:rsidRPr="00442504">
        <w:t>osobowych</w:t>
      </w:r>
      <w:proofErr w:type="spellEnd"/>
      <w:r w:rsidRPr="00442504">
        <w:t xml:space="preserve"> </w:t>
      </w:r>
      <w:proofErr w:type="spellStart"/>
      <w:r w:rsidRPr="00442504">
        <w:t>lub</w:t>
      </w:r>
      <w:proofErr w:type="spellEnd"/>
      <w:r w:rsidRPr="00442504">
        <w:t xml:space="preserve"> </w:t>
      </w:r>
      <w:proofErr w:type="spellStart"/>
      <w:r w:rsidRPr="00442504">
        <w:t>kapitałowych</w:t>
      </w:r>
      <w:proofErr w:type="spellEnd"/>
    </w:p>
    <w:tbl>
      <w:tblPr>
        <w:tblW w:w="88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80"/>
      </w:tblGrid>
      <w:tr w:rsidR="00C370A4" w14:paraId="15B910C9" w14:textId="77777777" w:rsidTr="0093636B">
        <w:trPr>
          <w:trHeight w:val="345"/>
        </w:trPr>
        <w:tc>
          <w:tcPr>
            <w:tcW w:w="8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60" w:type="dxa"/>
              <w:left w:w="100" w:type="dxa"/>
              <w:bottom w:w="0" w:type="dxa"/>
              <w:right w:w="60" w:type="dxa"/>
            </w:tcMar>
          </w:tcPr>
          <w:p w14:paraId="21DC2661" w14:textId="77777777" w:rsidR="00C370A4" w:rsidRPr="00C370A4" w:rsidRDefault="00C370A4" w:rsidP="0093636B">
            <w:pPr>
              <w:spacing w:after="0" w:line="256" w:lineRule="auto"/>
              <w:ind w:left="180" w:right="60"/>
              <w:jc w:val="center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C370A4">
              <w:rPr>
                <w:rFonts w:ascii="Times New Roman" w:eastAsia="Times New Roman" w:hAnsi="Times New Roman"/>
                <w:b/>
                <w:bCs/>
                <w:iCs/>
              </w:rPr>
              <w:t xml:space="preserve">OŚWIADCZENIE OFERENTA </w:t>
            </w:r>
          </w:p>
        </w:tc>
      </w:tr>
      <w:tr w:rsidR="00C370A4" w14:paraId="3DFAB4E2" w14:textId="77777777" w:rsidTr="0093636B">
        <w:trPr>
          <w:trHeight w:val="7860"/>
        </w:trPr>
        <w:tc>
          <w:tcPr>
            <w:tcW w:w="88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0" w:type="dxa"/>
              <w:right w:w="60" w:type="dxa"/>
            </w:tcMar>
          </w:tcPr>
          <w:p w14:paraId="77C5B5AD" w14:textId="77777777" w:rsidR="00C370A4" w:rsidRPr="00C370A4" w:rsidRDefault="00C370A4" w:rsidP="0093636B">
            <w:pPr>
              <w:spacing w:after="0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Ja,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niżej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podpisany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/a,</w:t>
            </w:r>
          </w:p>
          <w:p w14:paraId="76D792B3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4723C999" w14:textId="58CF7A86" w:rsidR="00C370A4" w:rsidRPr="00C370A4" w:rsidRDefault="00C370A4" w:rsidP="0093636B">
            <w:pPr>
              <w:spacing w:after="0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oświadczam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że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jako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Oferent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postępowaniu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udzielenie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zamówienia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posiadam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powiązań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osobowych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ani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kapitałowych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Zamawiającym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które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mogłyby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wpływać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bezstronność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obiektywizm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postępowania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polegających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:</w:t>
            </w:r>
          </w:p>
          <w:p w14:paraId="42F9D410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05494FB8" w14:textId="77777777" w:rsidR="00C370A4" w:rsidRPr="00C370A4" w:rsidRDefault="00C370A4" w:rsidP="0093636B">
            <w:pPr>
              <w:spacing w:after="0"/>
              <w:ind w:left="1260" w:hanging="36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>a)</w:t>
            </w:r>
            <w:r w:rsidRPr="00C370A4">
              <w:rPr>
                <w:rFonts w:ascii="Times New Roman" w:eastAsia="Times New Roman" w:hAnsi="Times New Roman"/>
              </w:rPr>
              <w:t xml:space="preserve">    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uczestniczeniu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spółce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jako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wspólnik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spółki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cywilnej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spółki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osobowej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posiadaniu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co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najmniej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10%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udziałów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akcji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(o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ile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niższy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próg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wynika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przepisów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prawa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),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pełnieniu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funkcji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członka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organu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nadzorczego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zarządzającego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prokurenta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pełnomocnika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,</w:t>
            </w:r>
          </w:p>
          <w:p w14:paraId="6883FA84" w14:textId="77777777" w:rsidR="00C370A4" w:rsidRPr="00C370A4" w:rsidRDefault="00C370A4" w:rsidP="0093636B">
            <w:pPr>
              <w:spacing w:after="20" w:line="247" w:lineRule="auto"/>
              <w:ind w:left="46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2A2E8E65" w14:textId="556F3700" w:rsidR="00C370A4" w:rsidRPr="00C370A4" w:rsidRDefault="00C370A4" w:rsidP="0093636B">
            <w:pPr>
              <w:spacing w:after="0"/>
              <w:ind w:left="1260" w:hanging="36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>b)</w:t>
            </w:r>
            <w:r w:rsidRPr="00C370A4">
              <w:rPr>
                <w:rFonts w:ascii="Times New Roman" w:eastAsia="Times New Roman" w:hAnsi="Times New Roman"/>
              </w:rPr>
              <w:t xml:space="preserve">    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pozostawaniu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związku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małżeńskim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stosunku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pokrewieństwa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powinowactwa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linii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prostej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pokrewieństwa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powinowactwa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linii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bocznej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do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drugiego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stopnia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związaniu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tytułu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przysposobienia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opieki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kurateli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albo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pozostawaniu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we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wspólnym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pożyciu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Zamawiającym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jego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zastępcą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prawnym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członkami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organów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zarządzających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nadzorczych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Zamawiającego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,</w:t>
            </w:r>
          </w:p>
          <w:p w14:paraId="57197682" w14:textId="77777777" w:rsidR="00C370A4" w:rsidRPr="00C370A4" w:rsidRDefault="00C370A4" w:rsidP="0093636B">
            <w:pPr>
              <w:spacing w:after="20" w:line="247" w:lineRule="auto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06E42D73" w14:textId="3CD71D58" w:rsidR="00C370A4" w:rsidRPr="00C370A4" w:rsidRDefault="00C370A4" w:rsidP="0093636B">
            <w:pPr>
              <w:spacing w:after="0"/>
              <w:ind w:left="1260" w:hanging="36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>c)</w:t>
            </w:r>
            <w:r w:rsidRPr="00C370A4">
              <w:rPr>
                <w:rFonts w:ascii="Times New Roman" w:eastAsia="Times New Roman" w:hAnsi="Times New Roman"/>
              </w:rPr>
              <w:t xml:space="preserve">     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pozostawaniu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Zamawiającym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takim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stosunku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prawnym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faktycznym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że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istnieje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uzasadniona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wątpliwość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co do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mojej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bezstronności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niezależności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związku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postępowaniem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udzielenie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zamówienia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.</w:t>
            </w:r>
          </w:p>
          <w:p w14:paraId="7AB04E8B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58C22C6C" w14:textId="77777777" w:rsidR="00C370A4" w:rsidRPr="00C370A4" w:rsidRDefault="00C370A4" w:rsidP="0093636B">
            <w:pPr>
              <w:spacing w:after="0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Oświadczam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że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żadne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powyższych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powiązań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występuje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a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moje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działania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ramach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postępowania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będą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pełni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zgodne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zasadami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uczciwej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konkurencji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obiektywizmu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.</w:t>
            </w:r>
          </w:p>
          <w:p w14:paraId="2C2F03BA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22AEBDE7" w14:textId="77777777" w:rsidR="00C370A4" w:rsidRPr="00C370A4" w:rsidRDefault="00C370A4" w:rsidP="0093636B">
            <w:pPr>
              <w:spacing w:after="0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Oświadczam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także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że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Oferent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został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prawomocnie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skazany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za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przestępstwo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popełnione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związku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z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postępowaniem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o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udzielenie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zamówienia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przestępstwo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przekupstwa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,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przestępstwo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przeciwko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obrotowi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gospodarczemu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lub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inne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przestępstwo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popełnione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w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celu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osiągnięcia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korzyści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  <w:proofErr w:type="spellStart"/>
            <w:r w:rsidRPr="00C370A4">
              <w:rPr>
                <w:rFonts w:ascii="Times New Roman" w:eastAsia="Times New Roman" w:hAnsi="Times New Roman"/>
                <w:iCs/>
              </w:rPr>
              <w:t>majątkowych</w:t>
            </w:r>
            <w:proofErr w:type="spellEnd"/>
            <w:r w:rsidRPr="00C370A4">
              <w:rPr>
                <w:rFonts w:ascii="Times New Roman" w:eastAsia="Times New Roman" w:hAnsi="Times New Roman"/>
                <w:iCs/>
              </w:rPr>
              <w:t>;</w:t>
            </w:r>
          </w:p>
          <w:p w14:paraId="24B81DC3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465A8952" w14:textId="77777777" w:rsidR="00C370A4" w:rsidRPr="00C370A4" w:rsidRDefault="00C370A4" w:rsidP="0093636B">
            <w:pPr>
              <w:spacing w:after="0"/>
              <w:ind w:left="180"/>
              <w:jc w:val="both"/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C370A4">
              <w:rPr>
                <w:rFonts w:ascii="Times New Roman" w:eastAsia="Times New Roman" w:hAnsi="Times New Roman"/>
                <w:b/>
                <w:bCs/>
                <w:iCs/>
              </w:rPr>
              <w:t xml:space="preserve"> </w:t>
            </w:r>
          </w:p>
          <w:p w14:paraId="1A52F392" w14:textId="77777777" w:rsidR="00C370A4" w:rsidRPr="00C370A4" w:rsidRDefault="00C370A4" w:rsidP="0093636B">
            <w:pPr>
              <w:spacing w:after="0"/>
              <w:ind w:left="180" w:right="60"/>
              <w:jc w:val="right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                                                                               Data, PODPIS OFERENTA </w:t>
            </w:r>
          </w:p>
          <w:p w14:paraId="7B56E746" w14:textId="77777777" w:rsidR="00C370A4" w:rsidRPr="00C370A4" w:rsidRDefault="00C370A4" w:rsidP="0093636B">
            <w:pPr>
              <w:spacing w:after="20" w:line="247" w:lineRule="auto"/>
              <w:ind w:left="4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</w:t>
            </w:r>
          </w:p>
          <w:p w14:paraId="4FF37452" w14:textId="77777777" w:rsidR="00C370A4" w:rsidRPr="00C370A4" w:rsidRDefault="00C370A4" w:rsidP="0093636B">
            <w:pPr>
              <w:spacing w:after="0" w:line="256" w:lineRule="auto"/>
              <w:ind w:left="180"/>
              <w:jc w:val="both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 xml:space="preserve">                                                                                                                            </w:t>
            </w:r>
          </w:p>
          <w:p w14:paraId="49C24C6C" w14:textId="77777777" w:rsidR="00C370A4" w:rsidRPr="00C370A4" w:rsidRDefault="00C370A4" w:rsidP="0093636B">
            <w:pPr>
              <w:spacing w:after="0" w:line="256" w:lineRule="auto"/>
              <w:ind w:left="180"/>
              <w:jc w:val="right"/>
              <w:rPr>
                <w:rFonts w:ascii="Times New Roman" w:eastAsia="Times New Roman" w:hAnsi="Times New Roman"/>
                <w:iCs/>
              </w:rPr>
            </w:pPr>
            <w:r w:rsidRPr="00C370A4">
              <w:rPr>
                <w:rFonts w:ascii="Times New Roman" w:eastAsia="Times New Roman" w:hAnsi="Times New Roman"/>
                <w:iCs/>
              </w:rPr>
              <w:t>……….……………………………………</w:t>
            </w:r>
          </w:p>
        </w:tc>
      </w:tr>
    </w:tbl>
    <w:p w14:paraId="3483129C" w14:textId="77777777" w:rsidR="00E54091" w:rsidRPr="00442504" w:rsidRDefault="00E54091" w:rsidP="00442504">
      <w:pPr>
        <w:rPr>
          <w:rFonts w:ascii="Times New Roman" w:hAnsi="Times New Roman" w:cs="Times New Roman"/>
          <w:sz w:val="22"/>
        </w:rPr>
      </w:pPr>
    </w:p>
    <w:p w14:paraId="3151A097" w14:textId="6AE7EFB4" w:rsidR="002161BE" w:rsidRPr="00F14AA3" w:rsidRDefault="002161BE" w:rsidP="00E54091">
      <w:pPr>
        <w:rPr>
          <w:rFonts w:ascii="Times New Roman" w:hAnsi="Times New Roman" w:cs="Times New Roman"/>
          <w:color w:val="000000"/>
          <w:sz w:val="22"/>
        </w:rPr>
      </w:pPr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