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8D708F3" w14:textId="58AAEF2D" w:rsidR="00E54091" w:rsidRPr="00C370A4" w:rsidRDefault="00E54091" w:rsidP="00E54091">
      <w:pPr>
        <w:jc w:val="right"/>
        <w:rPr>
          <w:rFonts w:ascii="Times New Roman" w:hAnsi="Times New Roman" w:cs="Times New Roman"/>
          <w:color w:val="000000"/>
          <w:sz w:val="22"/>
        </w:rPr>
      </w:pPr>
      <w:proofErr w:type="spellStart"/>
      <w:r w:rsidRPr="00C370A4">
        <w:rPr>
          <w:rFonts w:ascii="Times New Roman" w:hAnsi="Times New Roman" w:cs="Times New Roman"/>
          <w:color w:val="000000"/>
          <w:sz w:val="22"/>
        </w:rPr>
        <w:lastRenderedPageBreak/>
        <w:t>Załącznik</w:t>
      </w:r>
      <w:proofErr w:type="spellEnd"/>
      <w:r w:rsidRPr="00C370A4">
        <w:rPr>
          <w:rFonts w:ascii="Times New Roman" w:hAnsi="Times New Roman" w:cs="Times New Roman"/>
          <w:color w:val="000000"/>
          <w:sz w:val="22"/>
        </w:rPr>
        <w:t xml:space="preserve"> nr 4 do </w:t>
      </w:r>
      <w:proofErr w:type="spellStart"/>
      <w:r w:rsidRPr="00C370A4">
        <w:rPr>
          <w:rFonts w:ascii="Times New Roman" w:hAnsi="Times New Roman" w:cs="Times New Roman"/>
          <w:color w:val="000000"/>
          <w:sz w:val="22"/>
        </w:rPr>
        <w:t>zapytania</w:t>
      </w:r>
      <w:proofErr w:type="spellEnd"/>
      <w:r w:rsidRPr="00C370A4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C370A4">
        <w:rPr>
          <w:rFonts w:ascii="Times New Roman" w:hAnsi="Times New Roman" w:cs="Times New Roman"/>
          <w:color w:val="000000"/>
          <w:sz w:val="22"/>
        </w:rPr>
        <w:t>ofertowego</w:t>
      </w:r>
      <w:proofErr w:type="spellEnd"/>
      <w:r w:rsidRPr="00C370A4">
        <w:rPr>
          <w:rFonts w:ascii="Times New Roman" w:hAnsi="Times New Roman" w:cs="Times New Roman"/>
          <w:color w:val="000000"/>
          <w:sz w:val="22"/>
        </w:rPr>
        <w:t xml:space="preserve"> nr </w:t>
      </w:r>
      <w:r w:rsidR="008A0B04" w:rsidRPr="00C370A4">
        <w:rPr>
          <w:rFonts w:ascii="Times New Roman" w:hAnsi="Times New Roman" w:cs="Times New Roman"/>
          <w:color w:val="000000"/>
          <w:sz w:val="22"/>
        </w:rPr>
        <w:t>1/SMART/2026</w:t>
      </w:r>
    </w:p>
    <w:p w14:paraId="3DDA533A" w14:textId="3E499B49" w:rsidR="002161BE" w:rsidRPr="00F14AA3" w:rsidRDefault="00E54091">
      <w:pPr>
        <w:pStyle w:val="Nagwek1"/>
      </w:pPr>
      <w:proofErr w:type="spellStart"/>
      <w:r w:rsidRPr="00F14AA3">
        <w:t>Załącznik</w:t>
      </w:r>
      <w:proofErr w:type="spellEnd"/>
      <w:r w:rsidRPr="00F14AA3">
        <w:t xml:space="preserve"> nr 4 – </w:t>
      </w:r>
      <w:proofErr w:type="spellStart"/>
      <w:r w:rsidRPr="00F14AA3">
        <w:t>Wykaz</w:t>
      </w:r>
      <w:proofErr w:type="spellEnd"/>
      <w:r w:rsidRPr="00F14AA3">
        <w:t xml:space="preserve"> </w:t>
      </w:r>
      <w:proofErr w:type="spellStart"/>
      <w:r w:rsidRPr="00F14AA3">
        <w:t>potencjału</w:t>
      </w:r>
      <w:proofErr w:type="spellEnd"/>
      <w:r w:rsidRPr="00F14AA3">
        <w:t xml:space="preserve"> </w:t>
      </w:r>
      <w:proofErr w:type="spellStart"/>
      <w:r w:rsidRPr="00F14AA3">
        <w:t>technicznego</w:t>
      </w:r>
      <w:proofErr w:type="spellEnd"/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550"/>
        <w:gridCol w:w="2550"/>
        <w:gridCol w:w="2550"/>
        <w:gridCol w:w="2550"/>
      </w:tblGrid>
      <w:tr w:rsidR="002161BE" w:rsidRPr="00571ED7" w14:paraId="7DF48536" w14:textId="77777777" w:rsidTr="00F14AA3">
        <w:trPr>
          <w:cantSplit/>
          <w:tblHeader/>
          <w:jc w:val="center"/>
        </w:trPr>
        <w:tc>
          <w:tcPr>
            <w:tcW w:w="2550" w:type="dxa"/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B7A1F2" w14:textId="77777777" w:rsidR="002161BE" w:rsidRPr="00F14AA3" w:rsidRDefault="00000000">
            <w:pPr>
              <w:rPr>
                <w:rFonts w:ascii="Times New Roman" w:hAnsi="Times New Roman"/>
                <w:sz w:val="22"/>
              </w:rPr>
            </w:pPr>
            <w:r w:rsidRPr="00F14AA3">
              <w:rPr>
                <w:rFonts w:ascii="Times New Roman" w:hAnsi="Times New Roman"/>
                <w:sz w:val="22"/>
              </w:rPr>
              <w:t>Zasób / narzędzie</w:t>
            </w:r>
          </w:p>
        </w:tc>
        <w:tc>
          <w:tcPr>
            <w:tcW w:w="2550" w:type="dxa"/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CCC4DD" w14:textId="77777777" w:rsidR="002161BE" w:rsidRPr="00F14AA3" w:rsidRDefault="00000000">
            <w:pPr>
              <w:rPr>
                <w:rFonts w:ascii="Times New Roman" w:hAnsi="Times New Roman"/>
                <w:sz w:val="22"/>
              </w:rPr>
            </w:pPr>
            <w:r w:rsidRPr="00F14AA3">
              <w:rPr>
                <w:rFonts w:ascii="Times New Roman" w:hAnsi="Times New Roman"/>
                <w:sz w:val="22"/>
              </w:rPr>
              <w:t>Podstawa dysponowania</w:t>
            </w:r>
          </w:p>
        </w:tc>
        <w:tc>
          <w:tcPr>
            <w:tcW w:w="2550" w:type="dxa"/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A9272E" w14:textId="77777777" w:rsidR="002161BE" w:rsidRPr="00F14AA3" w:rsidRDefault="00000000">
            <w:pPr>
              <w:rPr>
                <w:rFonts w:ascii="Times New Roman" w:hAnsi="Times New Roman"/>
                <w:sz w:val="22"/>
              </w:rPr>
            </w:pPr>
            <w:r w:rsidRPr="00F14AA3">
              <w:rPr>
                <w:rFonts w:ascii="Times New Roman" w:hAnsi="Times New Roman"/>
                <w:sz w:val="22"/>
              </w:rPr>
              <w:t>Zastosowanie w zamówieniu</w:t>
            </w:r>
          </w:p>
        </w:tc>
        <w:tc>
          <w:tcPr>
            <w:tcW w:w="2550" w:type="dxa"/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50E1D6" w14:textId="77777777" w:rsidR="002161BE" w:rsidRPr="00F14AA3" w:rsidRDefault="00000000">
            <w:pPr>
              <w:rPr>
                <w:rFonts w:ascii="Times New Roman" w:hAnsi="Times New Roman"/>
                <w:sz w:val="22"/>
              </w:rPr>
            </w:pPr>
            <w:r w:rsidRPr="00F14AA3">
              <w:rPr>
                <w:rFonts w:ascii="Times New Roman" w:hAnsi="Times New Roman"/>
                <w:sz w:val="22"/>
              </w:rPr>
              <w:t>Uwagi</w:t>
            </w:r>
          </w:p>
        </w:tc>
      </w:tr>
      <w:tr w:rsidR="002161BE" w:rsidRPr="00571ED7" w14:paraId="1264171C" w14:textId="77777777" w:rsidTr="00F14AA3">
        <w:trPr>
          <w:cantSplit/>
          <w:jc w:val="center"/>
        </w:trPr>
        <w:tc>
          <w:tcPr>
            <w:tcW w:w="25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A76AD8" w14:textId="77777777" w:rsidR="002161BE" w:rsidRPr="00F14AA3" w:rsidRDefault="002161BE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5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BAAE78" w14:textId="77777777" w:rsidR="002161BE" w:rsidRPr="00F14AA3" w:rsidRDefault="002161BE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5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C40ECE" w14:textId="77777777" w:rsidR="002161BE" w:rsidRPr="00F14AA3" w:rsidRDefault="002161BE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5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78CD2E" w14:textId="77777777" w:rsidR="002161BE" w:rsidRPr="00F14AA3" w:rsidRDefault="002161BE">
            <w:pPr>
              <w:rPr>
                <w:rFonts w:ascii="Times New Roman" w:hAnsi="Times New Roman"/>
                <w:sz w:val="22"/>
              </w:rPr>
            </w:pPr>
          </w:p>
        </w:tc>
      </w:tr>
      <w:tr w:rsidR="002161BE" w:rsidRPr="00571ED7" w14:paraId="510E6B3D" w14:textId="77777777" w:rsidTr="00F14AA3">
        <w:trPr>
          <w:cantSplit/>
          <w:jc w:val="center"/>
        </w:trPr>
        <w:tc>
          <w:tcPr>
            <w:tcW w:w="25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D745E5" w14:textId="77777777" w:rsidR="002161BE" w:rsidRPr="00F14AA3" w:rsidRDefault="002161BE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5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A1346C" w14:textId="77777777" w:rsidR="002161BE" w:rsidRPr="00F14AA3" w:rsidRDefault="002161BE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5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650DB4" w14:textId="77777777" w:rsidR="002161BE" w:rsidRPr="00F14AA3" w:rsidRDefault="002161BE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5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CB9B37" w14:textId="77777777" w:rsidR="002161BE" w:rsidRPr="00F14AA3" w:rsidRDefault="002161BE">
            <w:pPr>
              <w:rPr>
                <w:rFonts w:ascii="Times New Roman" w:hAnsi="Times New Roman"/>
                <w:sz w:val="22"/>
              </w:rPr>
            </w:pPr>
          </w:p>
        </w:tc>
      </w:tr>
      <w:tr w:rsidR="002161BE" w:rsidRPr="00571ED7" w14:paraId="5F80C8E6" w14:textId="77777777" w:rsidTr="00F14AA3">
        <w:trPr>
          <w:cantSplit/>
          <w:jc w:val="center"/>
        </w:trPr>
        <w:tc>
          <w:tcPr>
            <w:tcW w:w="25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34F055" w14:textId="77777777" w:rsidR="002161BE" w:rsidRPr="00F14AA3" w:rsidRDefault="002161BE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5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F4B94E" w14:textId="77777777" w:rsidR="002161BE" w:rsidRPr="00F14AA3" w:rsidRDefault="002161BE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5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75C9AB" w14:textId="77777777" w:rsidR="002161BE" w:rsidRPr="00F14AA3" w:rsidRDefault="002161BE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5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C660EB" w14:textId="77777777" w:rsidR="002161BE" w:rsidRPr="00F14AA3" w:rsidRDefault="002161BE">
            <w:pPr>
              <w:rPr>
                <w:rFonts w:ascii="Times New Roman" w:hAnsi="Times New Roman"/>
                <w:sz w:val="22"/>
              </w:rPr>
            </w:pPr>
          </w:p>
        </w:tc>
      </w:tr>
      <w:tr w:rsidR="002161BE" w:rsidRPr="00571ED7" w14:paraId="7AAA5054" w14:textId="77777777" w:rsidTr="00F14AA3">
        <w:trPr>
          <w:cantSplit/>
          <w:jc w:val="center"/>
        </w:trPr>
        <w:tc>
          <w:tcPr>
            <w:tcW w:w="25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A7FBDD" w14:textId="77777777" w:rsidR="002161BE" w:rsidRPr="00F14AA3" w:rsidRDefault="002161BE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5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764518" w14:textId="77777777" w:rsidR="002161BE" w:rsidRPr="00F14AA3" w:rsidRDefault="002161BE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5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459491" w14:textId="77777777" w:rsidR="002161BE" w:rsidRPr="00F14AA3" w:rsidRDefault="002161BE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5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615943" w14:textId="77777777" w:rsidR="002161BE" w:rsidRPr="00F14AA3" w:rsidRDefault="002161BE">
            <w:pPr>
              <w:rPr>
                <w:rFonts w:ascii="Times New Roman" w:hAnsi="Times New Roman"/>
                <w:sz w:val="22"/>
              </w:rPr>
            </w:pPr>
          </w:p>
        </w:tc>
      </w:tr>
      <w:tr w:rsidR="002161BE" w:rsidRPr="00571ED7" w14:paraId="4F3908B8" w14:textId="77777777" w:rsidTr="00F14AA3">
        <w:trPr>
          <w:cantSplit/>
          <w:jc w:val="center"/>
        </w:trPr>
        <w:tc>
          <w:tcPr>
            <w:tcW w:w="25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D8A36B" w14:textId="77777777" w:rsidR="002161BE" w:rsidRPr="00F14AA3" w:rsidRDefault="002161BE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5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023847" w14:textId="77777777" w:rsidR="002161BE" w:rsidRPr="00F14AA3" w:rsidRDefault="002161BE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5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35F818" w14:textId="77777777" w:rsidR="002161BE" w:rsidRPr="00F14AA3" w:rsidRDefault="002161BE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5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7BBE1C" w14:textId="77777777" w:rsidR="002161BE" w:rsidRPr="00F14AA3" w:rsidRDefault="002161BE">
            <w:pPr>
              <w:rPr>
                <w:rFonts w:ascii="Times New Roman" w:hAnsi="Times New Roman"/>
                <w:sz w:val="22"/>
              </w:rPr>
            </w:pPr>
          </w:p>
        </w:tc>
      </w:tr>
      <w:tr w:rsidR="002161BE" w:rsidRPr="00571ED7" w14:paraId="0DED6D63" w14:textId="77777777" w:rsidTr="00F14AA3">
        <w:trPr>
          <w:cantSplit/>
          <w:jc w:val="center"/>
        </w:trPr>
        <w:tc>
          <w:tcPr>
            <w:tcW w:w="25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105ECC" w14:textId="77777777" w:rsidR="002161BE" w:rsidRPr="00F14AA3" w:rsidRDefault="002161BE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5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119DCA" w14:textId="77777777" w:rsidR="002161BE" w:rsidRPr="00F14AA3" w:rsidRDefault="002161BE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5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DF1484" w14:textId="77777777" w:rsidR="002161BE" w:rsidRPr="00F14AA3" w:rsidRDefault="002161BE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5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22E665" w14:textId="77777777" w:rsidR="002161BE" w:rsidRPr="00F14AA3" w:rsidRDefault="002161BE">
            <w:pPr>
              <w:rPr>
                <w:rFonts w:ascii="Times New Roman" w:hAnsi="Times New Roman"/>
                <w:sz w:val="22"/>
              </w:rPr>
            </w:pPr>
          </w:p>
        </w:tc>
      </w:tr>
    </w:tbl>
    <w:p w14:paraId="6AF48496" w14:textId="77777777" w:rsidR="00E54091" w:rsidRPr="00F14AA3" w:rsidRDefault="00E54091" w:rsidP="00E54091">
      <w:pPr>
        <w:rPr>
          <w:rFonts w:ascii="Times New Roman" w:hAnsi="Times New Roman" w:cs="Times New Roman"/>
          <w:color w:val="000000"/>
          <w:sz w:val="22"/>
        </w:rPr>
      </w:pP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Oświadczam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,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że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dysponuję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lub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będę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dysponować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wskazanymi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zasobami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przez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cały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okres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realizacji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zamówienia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>.</w:t>
      </w:r>
    </w:p>
    <w:p w14:paraId="3B3C11F8" w14:textId="77777777" w:rsidR="00E54091" w:rsidRPr="00F14AA3" w:rsidRDefault="00E54091" w:rsidP="00E54091">
      <w:pPr>
        <w:rPr>
          <w:rFonts w:ascii="Times New Roman" w:hAnsi="Times New Roman" w:cs="Times New Roman"/>
          <w:color w:val="000000"/>
          <w:sz w:val="22"/>
        </w:rPr>
      </w:pPr>
    </w:p>
    <w:p w14:paraId="7D3F2550" w14:textId="77777777" w:rsidR="00442504" w:rsidRDefault="00E54091" w:rsidP="00E54091">
      <w:pPr>
        <w:rPr>
          <w:rFonts w:ascii="Times New Roman" w:hAnsi="Times New Roman" w:cs="Times New Roman"/>
          <w:color w:val="000000"/>
          <w:sz w:val="22"/>
        </w:rPr>
      </w:pPr>
      <w:r w:rsidRPr="00F14AA3">
        <w:rPr>
          <w:rFonts w:ascii="Times New Roman" w:hAnsi="Times New Roman" w:cs="Times New Roman"/>
          <w:color w:val="000000"/>
          <w:sz w:val="22"/>
        </w:rPr>
        <w:t>……………………………………………</w:t>
      </w:r>
      <w:r w:rsidRPr="00F14AA3">
        <w:rPr>
          <w:rFonts w:ascii="Times New Roman" w:hAnsi="Times New Roman" w:cs="Times New Roman"/>
          <w:color w:val="000000"/>
          <w:sz w:val="22"/>
        </w:rPr>
        <w:tab/>
        <w:t xml:space="preserve">Data,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podpis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osoby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uprawnionej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do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reprezentacji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Wykonawcy</w:t>
      </w:r>
      <w:proofErr w:type="spellEnd"/>
    </w:p>
    <w:sectPr w:rsidR="002161BE" w:rsidRPr="00F14AA3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EF9106A" w14:textId="77777777" w:rsidR="00820089" w:rsidRDefault="00820089">
      <w:pPr>
        <w:spacing w:after="0" w:line="240" w:lineRule="auto"/>
      </w:pPr>
      <w:r>
        <w:separator/>
      </w:r>
    </w:p>
  </w:endnote>
  <w:endnote w:type="continuationSeparator" w:id="0">
    <w:p w14:paraId="57399D53" w14:textId="77777777" w:rsidR="00820089" w:rsidRDefault="008200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2E2E630" w14:textId="77777777" w:rsidR="00E54091" w:rsidRDefault="00E5409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739A94" w14:textId="55F05070" w:rsidR="002161BE" w:rsidRDefault="00000000">
    <w:pPr>
      <w:pStyle w:val="Stopka"/>
      <w:jc w:val="center"/>
    </w:pPr>
    <w:r>
      <w:rPr>
        <w:color w:val="777777"/>
        <w:sz w:val="16"/>
      </w:rPr>
      <w:t xml:space="preserve">UBOT TECHNOLOGIES – </w:t>
    </w:r>
    <w:proofErr w:type="spellStart"/>
    <w:r w:rsidR="00E54091">
      <w:rPr>
        <w:color w:val="777777"/>
        <w:sz w:val="16"/>
      </w:rPr>
      <w:t>Zapytanie</w:t>
    </w:r>
    <w:proofErr w:type="spellEnd"/>
    <w:r w:rsidR="00E54091">
      <w:rPr>
        <w:color w:val="777777"/>
        <w:sz w:val="16"/>
      </w:rPr>
      <w:t xml:space="preserve"> </w:t>
    </w:r>
    <w:proofErr w:type="spellStart"/>
    <w:r w:rsidR="00E54091">
      <w:rPr>
        <w:color w:val="777777"/>
        <w:sz w:val="16"/>
      </w:rPr>
      <w:t>ofertowe</w:t>
    </w:r>
    <w:proofErr w:type="spellEnd"/>
    <w:r w:rsidR="00E54091">
      <w:rPr>
        <w:color w:val="777777"/>
        <w:sz w:val="16"/>
      </w:rPr>
      <w:t xml:space="preserve"> nr </w:t>
    </w:r>
    <w:r w:rsidR="008A0B04" w:rsidRPr="008A0B04">
      <w:rPr>
        <w:color w:val="808080"/>
        <w:sz w:val="16"/>
      </w:rPr>
      <w:t>1/SMART/2026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4BEA041" w14:textId="77777777" w:rsidR="00E54091" w:rsidRDefault="00E5409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3146468" w14:textId="77777777" w:rsidR="00820089" w:rsidRDefault="00820089">
      <w:pPr>
        <w:spacing w:after="0" w:line="240" w:lineRule="auto"/>
      </w:pPr>
      <w:r>
        <w:separator/>
      </w:r>
    </w:p>
  </w:footnote>
  <w:footnote w:type="continuationSeparator" w:id="0">
    <w:p w14:paraId="02D7BBBF" w14:textId="77777777" w:rsidR="00820089" w:rsidRDefault="008200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710230" w14:textId="77777777" w:rsidR="00E54091" w:rsidRDefault="00E5409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595E78" w14:textId="6A356D1A" w:rsidR="00E54091" w:rsidRDefault="00E44D56" w:rsidP="00E44D56">
    <w:pPr>
      <w:pStyle w:val="Nagwek"/>
      <w:jc w:val="center"/>
    </w:pPr>
    <w:r>
      <w:rPr>
        <w:noProof/>
      </w:rPr>
      <w:drawing>
        <wp:inline distT="0" distB="0" distL="0" distR="0" wp14:anchorId="1EA7791B" wp14:editId="19DDC18D">
          <wp:extent cx="4542817" cy="520065"/>
          <wp:effectExtent l="0" t="0" r="3810" b="635"/>
          <wp:docPr id="753713530" name="Obraz 7537135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4_nowoczesna_gospodarka_kolor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1142"/>
                  <a:stretch>
                    <a:fillRect/>
                  </a:stretch>
                </pic:blipFill>
                <pic:spPr bwMode="auto">
                  <a:xfrm>
                    <a:off x="0" y="0"/>
                    <a:ext cx="4542817" cy="5200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4B988C" w14:textId="77777777" w:rsidR="00E54091" w:rsidRDefault="00E5409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04827B0"/>
    <w:multiLevelType w:val="multilevel"/>
    <w:tmpl w:val="AE7EC3B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418721C9"/>
    <w:multiLevelType w:val="multilevel"/>
    <w:tmpl w:val="B47C7C1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65885F5A"/>
    <w:multiLevelType w:val="multilevel"/>
    <w:tmpl w:val="A32688F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69F47625"/>
    <w:multiLevelType w:val="multilevel"/>
    <w:tmpl w:val="96607DB4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num w:numId="1" w16cid:durableId="2005277807">
    <w:abstractNumId w:val="8"/>
  </w:num>
  <w:num w:numId="2" w16cid:durableId="547837111">
    <w:abstractNumId w:val="6"/>
  </w:num>
  <w:num w:numId="3" w16cid:durableId="1132794889">
    <w:abstractNumId w:val="5"/>
  </w:num>
  <w:num w:numId="4" w16cid:durableId="1167283754">
    <w:abstractNumId w:val="4"/>
  </w:num>
  <w:num w:numId="5" w16cid:durableId="234633765">
    <w:abstractNumId w:val="7"/>
  </w:num>
  <w:num w:numId="6" w16cid:durableId="1104379488">
    <w:abstractNumId w:val="3"/>
  </w:num>
  <w:num w:numId="7" w16cid:durableId="700663147">
    <w:abstractNumId w:val="2"/>
  </w:num>
  <w:num w:numId="8" w16cid:durableId="1894390216">
    <w:abstractNumId w:val="1"/>
  </w:num>
  <w:num w:numId="9" w16cid:durableId="1624145006">
    <w:abstractNumId w:val="0"/>
  </w:num>
  <w:num w:numId="10" w16cid:durableId="1956673617">
    <w:abstractNumId w:val="8"/>
  </w:num>
  <w:num w:numId="11" w16cid:durableId="1439568344">
    <w:abstractNumId w:val="9"/>
  </w:num>
  <w:num w:numId="12" w16cid:durableId="1219778906">
    <w:abstractNumId w:val="12"/>
  </w:num>
  <w:num w:numId="13" w16cid:durableId="292173497">
    <w:abstractNumId w:val="10"/>
  </w:num>
  <w:num w:numId="14" w16cid:durableId="1419903251">
    <w:abstractNumId w:val="1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161BE"/>
    <w:rsid w:val="0029639D"/>
    <w:rsid w:val="00326F90"/>
    <w:rsid w:val="00365F0D"/>
    <w:rsid w:val="00442504"/>
    <w:rsid w:val="00571ED7"/>
    <w:rsid w:val="00743588"/>
    <w:rsid w:val="00820089"/>
    <w:rsid w:val="008A0B04"/>
    <w:rsid w:val="00A3614E"/>
    <w:rsid w:val="00AA1D8D"/>
    <w:rsid w:val="00AA6194"/>
    <w:rsid w:val="00B27712"/>
    <w:rsid w:val="00B47730"/>
    <w:rsid w:val="00BA3EE3"/>
    <w:rsid w:val="00BD0CE4"/>
    <w:rsid w:val="00C370A4"/>
    <w:rsid w:val="00C6148A"/>
    <w:rsid w:val="00CB0664"/>
    <w:rsid w:val="00D067E7"/>
    <w:rsid w:val="00DD257F"/>
    <w:rsid w:val="00E360EE"/>
    <w:rsid w:val="00E44D56"/>
    <w:rsid w:val="00E54091"/>
    <w:rsid w:val="00F14AA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40DF64F2"/>
  <w14:defaultImageDpi w14:val="300"/>
  <w15:docId w15:val="{7E926840-6D56-9748-92AE-B69D15E21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ptos" w:hAnsi="Aptos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="Times New Roman" w:eastAsiaTheme="majorEastAsia" w:hAnsi="Times New Roman" w:cs="Times New Roman"/>
      <w:b/>
      <w:bCs/>
      <w:color w:val="000000"/>
      <w:sz w:val="22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Times New Roman" w:eastAsiaTheme="majorEastAsia" w:hAnsi="Times New Roman" w:cs="Times New Roman"/>
      <w:b/>
      <w:bCs/>
      <w:color w:val="000000"/>
      <w:sz w:val="2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Times New Roman" w:eastAsiaTheme="majorEastAsia" w:hAnsi="Times New Roman" w:cs="Times New Roman"/>
      <w:b/>
      <w:bCs/>
      <w:color w:val="000000"/>
      <w:sz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rsid w:val="00F14AA3"/>
    <w:rPr>
      <w:rFonts w:ascii="Times New Roman" w:hAnsi="Times New Roman" w:cs="Times New Roman"/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="Times New Roman" w:eastAsiaTheme="majorEastAsia" w:hAnsi="Times New Roman" w:cs="Times New Roman"/>
      <w:b/>
      <w:bCs/>
      <w:color w:val="000000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="Times New Roman" w:eastAsiaTheme="majorEastAsia" w:hAnsi="Times New Roman" w:cs="Times New Roman"/>
      <w:b/>
      <w:bCs/>
      <w:color w:val="000000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="Times New Roman" w:eastAsiaTheme="majorEastAsia" w:hAnsi="Times New Roman" w:cs="Times New Roman"/>
      <w:b/>
      <w:bCs/>
      <w:color w:val="000000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44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  <w:rPr>
      <w:rFonts w:ascii="Times New Roman" w:hAnsi="Times New Roman" w:cs="Times New Roman"/>
      <w:color w:val="000000"/>
      <w:sz w:val="22"/>
    </w:r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Odwoaniedokomentarza">
    <w:name w:val="annotation reference"/>
    <w:basedOn w:val="Domylnaczcionkaakapitu"/>
    <w:uiPriority w:val="99"/>
    <w:semiHidden/>
    <w:unhideWhenUsed/>
    <w:rsid w:val="00C614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6148A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6148A"/>
    <w:rPr>
      <w:rFonts w:ascii="Aptos" w:hAnsi="Apto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614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6148A"/>
    <w:rPr>
      <w:rFonts w:ascii="Aptos" w:hAnsi="Aptos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1B2BB69F-EC63-314F-BECA-56B565D6358F}">
  <we:reference id="wa200010725" version="1.0.0.1" store="pl-PL" storeType="OMEX"/>
  <we:alternateReferences>
    <we:reference id="WA200010725" version="1.0.0.1" store="" storeType="OMEX"/>
  </we:alternateReferences>
  <we:properties>
    <we:property name="claude.fileId" value="&quot;fcbb7cb0-e01f-4046-a64f-87678992cb50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19</Pages>
  <Words>5549</Words>
  <Characters>38347</Characters>
  <Application>Microsoft Office Word</Application>
  <DocSecurity>0</DocSecurity>
  <Lines>798</Lines>
  <Paragraphs>402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43494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Karolina Rosińska</cp:lastModifiedBy>
  <cp:revision>17</cp:revision>
  <cp:lastPrinted>2026-10-07T19:32:00Z</cp:lastPrinted>
  <dcterms:created xsi:type="dcterms:W3CDTF">2026-10-07T11:51:00Z</dcterms:created>
  <dcterms:modified xsi:type="dcterms:W3CDTF">2026-10-07T19:33:00Z</dcterms:modified>
  <cp:category/>
</cp:coreProperties>
</file>