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F2D680" w14:textId="6FE6681F" w:rsidR="00E54091" w:rsidRPr="00C370A4" w:rsidRDefault="00E54091" w:rsidP="00E54091">
      <w:pPr>
        <w:jc w:val="right"/>
        <w:rPr>
          <w:rFonts w:ascii="Times New Roman" w:hAnsi="Times New Roman" w:cs="Times New Roman"/>
          <w:color w:val="000000"/>
          <w:sz w:val="22"/>
        </w:rPr>
      </w:pPr>
      <w:proofErr w:type="spellStart"/>
      <w:r w:rsidRPr="00C370A4">
        <w:rPr>
          <w:rFonts w:ascii="Times New Roman" w:hAnsi="Times New Roman" w:cs="Times New Roman"/>
          <w:color w:val="000000"/>
          <w:sz w:val="22"/>
        </w:rPr>
        <w:lastRenderedPageBreak/>
        <w:t>Załącznik</w:t>
      </w:r>
      <w:proofErr w:type="spellEnd"/>
      <w:r w:rsidRPr="00C370A4">
        <w:rPr>
          <w:rFonts w:ascii="Times New Roman" w:hAnsi="Times New Roman" w:cs="Times New Roman"/>
          <w:color w:val="000000"/>
          <w:sz w:val="22"/>
        </w:rPr>
        <w:t xml:space="preserve"> nr 1 do </w:t>
      </w:r>
      <w:proofErr w:type="spellStart"/>
      <w:r w:rsidRPr="00C370A4">
        <w:rPr>
          <w:rFonts w:ascii="Times New Roman" w:hAnsi="Times New Roman" w:cs="Times New Roman"/>
          <w:color w:val="000000"/>
          <w:sz w:val="22"/>
        </w:rPr>
        <w:t>zapytania</w:t>
      </w:r>
      <w:proofErr w:type="spellEnd"/>
      <w:r w:rsidRPr="00C370A4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C370A4">
        <w:rPr>
          <w:rFonts w:ascii="Times New Roman" w:hAnsi="Times New Roman" w:cs="Times New Roman"/>
          <w:color w:val="000000"/>
          <w:sz w:val="22"/>
        </w:rPr>
        <w:t>ofertowego</w:t>
      </w:r>
      <w:proofErr w:type="spellEnd"/>
      <w:r w:rsidRPr="00C370A4">
        <w:rPr>
          <w:rFonts w:ascii="Times New Roman" w:hAnsi="Times New Roman" w:cs="Times New Roman"/>
          <w:color w:val="000000"/>
          <w:sz w:val="22"/>
        </w:rPr>
        <w:t xml:space="preserve"> nr </w:t>
      </w:r>
      <w:r w:rsidR="008A0B04" w:rsidRPr="00C370A4">
        <w:rPr>
          <w:rFonts w:ascii="Times New Roman" w:hAnsi="Times New Roman" w:cs="Times New Roman"/>
          <w:color w:val="000000"/>
          <w:sz w:val="22"/>
        </w:rPr>
        <w:t>1/SMART/2026</w:t>
      </w:r>
    </w:p>
    <w:p w14:paraId="36B6AE3D" w14:textId="06C2097E" w:rsidR="002161BE" w:rsidRPr="00F14AA3" w:rsidRDefault="00E54091">
      <w:pPr>
        <w:pStyle w:val="Nagwek1"/>
      </w:pPr>
      <w:proofErr w:type="spellStart"/>
      <w:r w:rsidRPr="00F14AA3">
        <w:t>Załącznik</w:t>
      </w:r>
      <w:proofErr w:type="spellEnd"/>
      <w:r w:rsidRPr="00F14AA3">
        <w:t xml:space="preserve"> nr 1 – </w:t>
      </w:r>
      <w:proofErr w:type="spellStart"/>
      <w:r w:rsidRPr="00F14AA3">
        <w:t>Formularz</w:t>
      </w:r>
      <w:proofErr w:type="spellEnd"/>
      <w:r w:rsidRPr="00F14AA3">
        <w:t xml:space="preserve"> </w:t>
      </w:r>
      <w:proofErr w:type="spellStart"/>
      <w:r w:rsidRPr="00F14AA3">
        <w:t>ofertowy</w:t>
      </w:r>
      <w:proofErr w:type="spellEnd"/>
    </w:p>
    <w:p w14:paraId="41206A7C" w14:textId="2A42C230" w:rsidR="00E54091" w:rsidRPr="00F14AA3" w:rsidRDefault="00E54091" w:rsidP="00E54091">
      <w:pPr>
        <w:rPr>
          <w:rFonts w:ascii="Times New Roman" w:hAnsi="Times New Roman" w:cs="Times New Roman"/>
          <w:b/>
          <w:color w:val="000000"/>
          <w:sz w:val="22"/>
        </w:rPr>
      </w:pP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Zamawiający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: UBOT TECHNOLOGIES Sp. z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o.o.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, ul.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Rybitwy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22, 30-722 Kraków, NIP 6793195940</w:t>
      </w:r>
      <w:r w:rsidR="008A0B04" w:rsidRPr="00F14AA3">
        <w:rPr>
          <w:rFonts w:ascii="Times New Roman" w:hAnsi="Times New Roman" w:cs="Times New Roman"/>
          <w:b/>
          <w:color w:val="000000"/>
          <w:sz w:val="22"/>
        </w:rPr>
        <w:t>, REGON 385429822, KRS 0000826234</w:t>
      </w:r>
    </w:p>
    <w:p w14:paraId="194727B7" w14:textId="383AC18F" w:rsidR="002161BE" w:rsidRPr="00F14AA3" w:rsidRDefault="00000000">
      <w:pPr>
        <w:rPr>
          <w:rFonts w:ascii="Times New Roman" w:hAnsi="Times New Roman" w:cs="Times New Roman"/>
          <w:color w:val="000000"/>
          <w:sz w:val="22"/>
        </w:rPr>
      </w:pP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Wykonawca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: </w:t>
      </w:r>
      <w:r w:rsidRPr="00F14AA3">
        <w:rPr>
          <w:rFonts w:ascii="Times New Roman" w:hAnsi="Times New Roman" w:cs="Times New Roman"/>
          <w:color w:val="000000"/>
          <w:sz w:val="22"/>
        </w:rPr>
        <w:t>____________________________________________</w:t>
      </w:r>
    </w:p>
    <w:p w14:paraId="59CB4AE1" w14:textId="77777777" w:rsidR="002161BE" w:rsidRPr="00F14AA3" w:rsidRDefault="00000000">
      <w:pPr>
        <w:rPr>
          <w:rFonts w:ascii="Times New Roman" w:hAnsi="Times New Roman" w:cs="Times New Roman"/>
          <w:color w:val="000000"/>
          <w:sz w:val="22"/>
        </w:rPr>
      </w:pPr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NIP/KRS/REGON: </w:t>
      </w:r>
      <w:r w:rsidRPr="00F14AA3">
        <w:rPr>
          <w:rFonts w:ascii="Times New Roman" w:hAnsi="Times New Roman" w:cs="Times New Roman"/>
          <w:color w:val="000000"/>
          <w:sz w:val="22"/>
        </w:rPr>
        <w:t>____________________________________________</w:t>
      </w:r>
    </w:p>
    <w:p w14:paraId="67048ACE" w14:textId="77777777" w:rsidR="002161BE" w:rsidRPr="00F14AA3" w:rsidRDefault="00000000">
      <w:pPr>
        <w:rPr>
          <w:rFonts w:ascii="Times New Roman" w:hAnsi="Times New Roman" w:cs="Times New Roman"/>
          <w:color w:val="000000"/>
          <w:sz w:val="22"/>
        </w:rPr>
      </w:pPr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Adres: </w:t>
      </w:r>
      <w:r w:rsidRPr="00F14AA3">
        <w:rPr>
          <w:rFonts w:ascii="Times New Roman" w:hAnsi="Times New Roman" w:cs="Times New Roman"/>
          <w:color w:val="000000"/>
          <w:sz w:val="22"/>
        </w:rPr>
        <w:t>____________________________________________</w:t>
      </w:r>
    </w:p>
    <w:p w14:paraId="6FB2D2F4" w14:textId="77777777" w:rsidR="00E54091" w:rsidRPr="00F14AA3" w:rsidRDefault="00000000">
      <w:pPr>
        <w:rPr>
          <w:rFonts w:ascii="Times New Roman" w:hAnsi="Times New Roman" w:cs="Times New Roman"/>
          <w:color w:val="000000"/>
          <w:sz w:val="22"/>
        </w:rPr>
      </w:pPr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Osoba kontaktowa: </w:t>
      </w:r>
      <w:r w:rsidRPr="00F14AA3">
        <w:rPr>
          <w:rFonts w:ascii="Times New Roman" w:hAnsi="Times New Roman" w:cs="Times New Roman"/>
          <w:color w:val="000000"/>
          <w:sz w:val="22"/>
        </w:rPr>
        <w:t>____________________________________________</w:t>
      </w:r>
    </w:p>
    <w:p w14:paraId="38FEEB95" w14:textId="77777777" w:rsidR="00E54091" w:rsidRPr="00F14AA3" w:rsidRDefault="00E54091" w:rsidP="00E54091">
      <w:pPr>
        <w:rPr>
          <w:rFonts w:ascii="Times New Roman" w:hAnsi="Times New Roman" w:cs="Times New Roman"/>
          <w:b/>
          <w:color w:val="000000"/>
          <w:sz w:val="22"/>
        </w:rPr>
      </w:pP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Telefon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/ e-mail: ____________________________________________</w:t>
      </w:r>
    </w:p>
    <w:p w14:paraId="344DDE59" w14:textId="710EE47B" w:rsidR="002161BE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Nawiązując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do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zapytania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ofertowego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nr </w:t>
      </w:r>
      <w:r w:rsidR="008A0B04" w:rsidRPr="00F14AA3">
        <w:rPr>
          <w:rFonts w:ascii="Times New Roman" w:hAnsi="Times New Roman" w:cs="Times New Roman"/>
          <w:color w:val="000000"/>
          <w:sz w:val="22"/>
        </w:rPr>
        <w:t>1/SMART/2026</w:t>
      </w:r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oferuję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wykonanie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przedmiotu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zamówienia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,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zgodnie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z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wymaganiami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zapytania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ofertowego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, za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cenę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ryczałtową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>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550"/>
        <w:gridCol w:w="2550"/>
        <w:gridCol w:w="2550"/>
        <w:gridCol w:w="2550"/>
      </w:tblGrid>
      <w:tr w:rsidR="002161BE" w:rsidRPr="00571ED7" w14:paraId="602F4194" w14:textId="77777777" w:rsidTr="00F14AA3">
        <w:trPr>
          <w:cantSplit/>
          <w:tblHeader/>
          <w:jc w:val="center"/>
        </w:trPr>
        <w:tc>
          <w:tcPr>
            <w:tcW w:w="2550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57CA2F" w14:textId="77777777" w:rsidR="002161BE" w:rsidRPr="00F14AA3" w:rsidRDefault="00000000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Etap</w:t>
            </w:r>
          </w:p>
        </w:tc>
        <w:tc>
          <w:tcPr>
            <w:tcW w:w="2550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F43C5A" w14:textId="77777777" w:rsidR="002161BE" w:rsidRPr="00F14AA3" w:rsidRDefault="00000000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Cena netto</w:t>
            </w:r>
          </w:p>
        </w:tc>
        <w:tc>
          <w:tcPr>
            <w:tcW w:w="2550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BC02EB" w14:textId="77777777" w:rsidR="002161BE" w:rsidRPr="00F14AA3" w:rsidRDefault="00000000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VAT</w:t>
            </w:r>
          </w:p>
        </w:tc>
        <w:tc>
          <w:tcPr>
            <w:tcW w:w="2550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C8AA04" w14:textId="77777777" w:rsidR="002161BE" w:rsidRPr="00F14AA3" w:rsidRDefault="00000000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Cena brutto</w:t>
            </w:r>
          </w:p>
        </w:tc>
      </w:tr>
      <w:tr w:rsidR="002161BE" w:rsidRPr="00571ED7" w14:paraId="39B03C18" w14:textId="77777777" w:rsidTr="00F14AA3">
        <w:trPr>
          <w:cantSplit/>
          <w:jc w:val="center"/>
        </w:trPr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F3BAB6" w14:textId="77777777" w:rsidR="002161BE" w:rsidRPr="00F14AA3" w:rsidRDefault="00000000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I – Z1</w:t>
            </w: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E99D5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703F52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39F672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</w:tr>
      <w:tr w:rsidR="002161BE" w:rsidRPr="00571ED7" w14:paraId="7E035C9A" w14:textId="77777777" w:rsidTr="00F14AA3">
        <w:trPr>
          <w:cantSplit/>
          <w:jc w:val="center"/>
        </w:trPr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FE45E7" w14:textId="77777777" w:rsidR="002161BE" w:rsidRPr="00F14AA3" w:rsidRDefault="00000000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II – Z3</w:t>
            </w: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CC78F3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48C76F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17E044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</w:tr>
      <w:tr w:rsidR="002161BE" w:rsidRPr="00571ED7" w14:paraId="23F10F18" w14:textId="77777777" w:rsidTr="00F14AA3">
        <w:trPr>
          <w:cantSplit/>
          <w:jc w:val="center"/>
        </w:trPr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048039" w14:textId="77777777" w:rsidR="002161BE" w:rsidRPr="00F14AA3" w:rsidRDefault="00000000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III – Z4</w:t>
            </w: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7E358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9A299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FFBC8C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</w:tr>
      <w:tr w:rsidR="002161BE" w:rsidRPr="00571ED7" w14:paraId="6E6543B4" w14:textId="77777777" w:rsidTr="00F14AA3">
        <w:trPr>
          <w:cantSplit/>
          <w:jc w:val="center"/>
        </w:trPr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DCC317" w14:textId="77777777" w:rsidR="002161BE" w:rsidRPr="00F14AA3" w:rsidRDefault="00000000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IV – Z5</w:t>
            </w: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52C1D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EA1772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92521F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</w:tr>
      <w:tr w:rsidR="002161BE" w:rsidRPr="00571ED7" w14:paraId="5FB8E8CF" w14:textId="77777777" w:rsidTr="00F14AA3">
        <w:trPr>
          <w:cantSplit/>
          <w:jc w:val="center"/>
        </w:trPr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E3456E" w14:textId="77777777" w:rsidR="002161BE" w:rsidRPr="00F14AA3" w:rsidRDefault="00000000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RAZEM</w:t>
            </w: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B5C29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3B6A83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71E05B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</w:tr>
    </w:tbl>
    <w:p w14:paraId="53C840AA" w14:textId="24A9B0C4" w:rsidR="002161BE" w:rsidRPr="00F14AA3" w:rsidRDefault="00E54091">
      <w:pPr>
        <w:rPr>
          <w:rFonts w:ascii="Times New Roman" w:hAnsi="Times New Roman" w:cs="Times New Roman"/>
          <w:color w:val="000000"/>
          <w:sz w:val="22"/>
        </w:rPr>
      </w:pPr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Cena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oferty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brutto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ogółem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(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słownie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>): ____________________________________________</w:t>
      </w:r>
    </w:p>
    <w:p w14:paraId="5056F6A8" w14:textId="77777777" w:rsidR="00E54091" w:rsidRPr="00F14AA3" w:rsidRDefault="00E54091">
      <w:pPr>
        <w:rPr>
          <w:rFonts w:ascii="Times New Roman" w:hAnsi="Times New Roman" w:cs="Times New Roman"/>
          <w:b/>
          <w:color w:val="000000"/>
          <w:sz w:val="22"/>
        </w:rPr>
      </w:pP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Oświadczam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,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że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wybór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oferty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prowadzi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/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nie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prowadzi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* do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powstania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u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Zamawiającego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obowiązku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podatkowego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(VAT);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jeżeli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prowadzi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–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wskazać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rodzaj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usługi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i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wartość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bez VAT: ______________________</w:t>
      </w:r>
    </w:p>
    <w:p w14:paraId="06BC1E4E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Pozostaję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związany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/a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ofertą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przez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90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dni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od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upływu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terminu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składania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ofert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>.</w:t>
      </w:r>
    </w:p>
    <w:p w14:paraId="44659013" w14:textId="5420BB3E" w:rsidR="002161BE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r w:rsidRPr="00F14AA3">
        <w:rPr>
          <w:rFonts w:ascii="Times New Roman" w:hAnsi="Times New Roman" w:cs="Times New Roman"/>
          <w:color w:val="000000"/>
          <w:sz w:val="22"/>
        </w:rPr>
        <w:t xml:space="preserve">* </w:t>
      </w:r>
      <w:proofErr w:type="spellStart"/>
      <w:proofErr w:type="gramStart"/>
      <w:r w:rsidRPr="00F14AA3">
        <w:rPr>
          <w:rFonts w:ascii="Times New Roman" w:hAnsi="Times New Roman" w:cs="Times New Roman"/>
          <w:color w:val="000000"/>
          <w:sz w:val="22"/>
        </w:rPr>
        <w:t>niepotrzebne</w:t>
      </w:r>
      <w:proofErr w:type="spellEnd"/>
      <w:proofErr w:type="gram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skreślić</w:t>
      </w:r>
      <w:proofErr w:type="spellEnd"/>
    </w:p>
    <w:p w14:paraId="07550C56" w14:textId="77777777" w:rsidR="002161BE" w:rsidRPr="00F14AA3" w:rsidRDefault="00000000">
      <w:pPr>
        <w:pStyle w:val="Nagwek2"/>
      </w:pPr>
      <w:r w:rsidRPr="00F14AA3">
        <w:t>Oświadczenia wykonawcy</w:t>
      </w:r>
    </w:p>
    <w:p w14:paraId="64C6F424" w14:textId="77777777" w:rsidR="002161BE" w:rsidRPr="00F14AA3" w:rsidRDefault="00000000">
      <w:pPr>
        <w:pStyle w:val="Listapunktowana"/>
      </w:pPr>
      <w:r w:rsidRPr="00F14AA3">
        <w:t>zapoznałem/am się z warunkami zapytania i akceptuję je;</w:t>
      </w:r>
    </w:p>
    <w:p w14:paraId="3F90EC0F" w14:textId="77777777" w:rsidR="002161BE" w:rsidRPr="00F14AA3" w:rsidRDefault="00000000">
      <w:pPr>
        <w:pStyle w:val="Listapunktowana"/>
      </w:pPr>
      <w:r w:rsidRPr="00F14AA3">
        <w:t>spełniam warunki udziału w postępowaniu;</w:t>
      </w:r>
    </w:p>
    <w:p w14:paraId="35BCD344" w14:textId="2156CDEF" w:rsidR="002161BE" w:rsidRPr="00F14AA3" w:rsidRDefault="00E54091">
      <w:pPr>
        <w:pStyle w:val="Listapunktowana"/>
      </w:pP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jestem</w:t>
      </w:r>
      <w:proofErr w:type="spellEnd"/>
      <w:r w:rsidRPr="00F14AA3">
        <w:t xml:space="preserve"> </w:t>
      </w:r>
      <w:proofErr w:type="spellStart"/>
      <w:r w:rsidRPr="00F14AA3">
        <w:t>powiązany</w:t>
      </w:r>
      <w:proofErr w:type="spellEnd"/>
      <w:r w:rsidRPr="00F14AA3">
        <w:t xml:space="preserve">/a z </w:t>
      </w:r>
      <w:proofErr w:type="spellStart"/>
      <w:r w:rsidRPr="00F14AA3">
        <w:t>Zamawiającym</w:t>
      </w:r>
      <w:proofErr w:type="spellEnd"/>
      <w:r w:rsidRPr="00F14AA3">
        <w:t xml:space="preserve"> </w:t>
      </w:r>
      <w:proofErr w:type="spellStart"/>
      <w:r w:rsidRPr="00F14AA3">
        <w:t>osobowo</w:t>
      </w:r>
      <w:proofErr w:type="spellEnd"/>
      <w:r w:rsidRPr="00F14AA3">
        <w:t xml:space="preserve"> ani </w:t>
      </w:r>
      <w:proofErr w:type="spellStart"/>
      <w:r w:rsidRPr="00F14AA3">
        <w:t>kapitałowo</w:t>
      </w:r>
      <w:proofErr w:type="spellEnd"/>
      <w:r w:rsidRPr="00F14AA3">
        <w:t xml:space="preserve"> w </w:t>
      </w:r>
      <w:proofErr w:type="spellStart"/>
      <w:r w:rsidRPr="00F14AA3">
        <w:t>rozumieniu</w:t>
      </w:r>
      <w:proofErr w:type="spellEnd"/>
      <w:r w:rsidRPr="00F14AA3">
        <w:t xml:space="preserve"> pkt 11.4 </w:t>
      </w:r>
      <w:proofErr w:type="spellStart"/>
      <w:r w:rsidRPr="00F14AA3">
        <w:t>zapytania</w:t>
      </w:r>
      <w:proofErr w:type="spellEnd"/>
      <w:r w:rsidRPr="00F14AA3">
        <w:t xml:space="preserve"> </w:t>
      </w:r>
      <w:proofErr w:type="spellStart"/>
      <w:r w:rsidRPr="00F14AA3">
        <w:t>ofertowego</w:t>
      </w:r>
      <w:proofErr w:type="spellEnd"/>
      <w:r w:rsidRPr="00F14AA3">
        <w:t>;</w:t>
      </w:r>
    </w:p>
    <w:p w14:paraId="2801AD0C" w14:textId="77777777" w:rsidR="002161BE" w:rsidRPr="00F14AA3" w:rsidRDefault="00000000">
      <w:pPr>
        <w:pStyle w:val="Listapunktowana"/>
      </w:pPr>
      <w:r w:rsidRPr="00F14AA3">
        <w:t>osoby wskazane w wykazie będą faktycznie dostępne do realizacji zamówienia;</w:t>
      </w:r>
    </w:p>
    <w:p w14:paraId="63587AED" w14:textId="77777777" w:rsidR="002161BE" w:rsidRPr="00F14AA3" w:rsidRDefault="00000000">
      <w:pPr>
        <w:pStyle w:val="Listapunktowana"/>
      </w:pPr>
      <w:r w:rsidRPr="00F14AA3">
        <w:t>akceptuję zasady przeniesienia praw IP i prowadzenia repozytoriów;</w:t>
      </w:r>
    </w:p>
    <w:p w14:paraId="045F6316" w14:textId="50646B8D" w:rsidR="00E54091" w:rsidRPr="00F14AA3" w:rsidRDefault="00E54091">
      <w:pPr>
        <w:pStyle w:val="Listapunktowana"/>
      </w:pPr>
      <w:proofErr w:type="spellStart"/>
      <w:r w:rsidRPr="00F14AA3">
        <w:t>cena</w:t>
      </w:r>
      <w:proofErr w:type="spellEnd"/>
      <w:r w:rsidRPr="00F14AA3">
        <w:t xml:space="preserve"> </w:t>
      </w:r>
      <w:proofErr w:type="spellStart"/>
      <w:r w:rsidRPr="00F14AA3">
        <w:t>oferty</w:t>
      </w:r>
      <w:proofErr w:type="spellEnd"/>
      <w:r w:rsidRPr="00F14AA3">
        <w:t xml:space="preserve"> </w:t>
      </w:r>
      <w:proofErr w:type="spellStart"/>
      <w:r w:rsidRPr="00F14AA3">
        <w:t>obejmuje</w:t>
      </w:r>
      <w:proofErr w:type="spellEnd"/>
      <w:r w:rsidRPr="00F14AA3">
        <w:t xml:space="preserve"> </w:t>
      </w:r>
      <w:proofErr w:type="spellStart"/>
      <w:r w:rsidRPr="00F14AA3">
        <w:t>wszystkie</w:t>
      </w:r>
      <w:proofErr w:type="spellEnd"/>
      <w:r w:rsidRPr="00F14AA3">
        <w:t xml:space="preserve"> </w:t>
      </w:r>
      <w:proofErr w:type="spellStart"/>
      <w:r w:rsidRPr="00F14AA3">
        <w:t>koszty</w:t>
      </w:r>
      <w:proofErr w:type="spellEnd"/>
      <w:r w:rsidRPr="00F14AA3">
        <w:t xml:space="preserve"> </w:t>
      </w:r>
      <w:proofErr w:type="spellStart"/>
      <w:r w:rsidRPr="00F14AA3">
        <w:t>niezbędne</w:t>
      </w:r>
      <w:proofErr w:type="spellEnd"/>
      <w:r w:rsidRPr="00F14AA3">
        <w:t xml:space="preserve"> do </w:t>
      </w:r>
      <w:proofErr w:type="spellStart"/>
      <w:r w:rsidRPr="00F14AA3">
        <w:t>wykonania</w:t>
      </w:r>
      <w:proofErr w:type="spellEnd"/>
      <w:r w:rsidRPr="00F14AA3">
        <w:t xml:space="preserve"> </w:t>
      </w:r>
      <w:proofErr w:type="spellStart"/>
      <w:r w:rsidRPr="00F14AA3">
        <w:t>przedmiotu</w:t>
      </w:r>
      <w:proofErr w:type="spellEnd"/>
      <w:r w:rsidRPr="00F14AA3">
        <w:t xml:space="preserve"> </w:t>
      </w:r>
      <w:proofErr w:type="spellStart"/>
      <w:r w:rsidRPr="00F14AA3">
        <w:t>zamówienia</w:t>
      </w:r>
      <w:proofErr w:type="spellEnd"/>
      <w:r w:rsidRPr="00F14AA3">
        <w:t xml:space="preserve">, z </w:t>
      </w:r>
      <w:proofErr w:type="spellStart"/>
      <w:r w:rsidRPr="00F14AA3">
        <w:t>wyjątkiem</w:t>
      </w:r>
      <w:proofErr w:type="spellEnd"/>
      <w:r w:rsidRPr="00F14AA3">
        <w:t xml:space="preserve"> </w:t>
      </w:r>
      <w:proofErr w:type="spellStart"/>
      <w:r w:rsidRPr="00F14AA3">
        <w:t>elementów</w:t>
      </w:r>
      <w:proofErr w:type="spellEnd"/>
      <w:r w:rsidRPr="00F14AA3">
        <w:t xml:space="preserve"> </w:t>
      </w:r>
      <w:proofErr w:type="spellStart"/>
      <w:r w:rsidRPr="00F14AA3">
        <w:t>wyraźnie</w:t>
      </w:r>
      <w:proofErr w:type="spellEnd"/>
      <w:r w:rsidRPr="00F14AA3">
        <w:t xml:space="preserve"> </w:t>
      </w:r>
      <w:proofErr w:type="spellStart"/>
      <w:r w:rsidRPr="00F14AA3">
        <w:t>wskazanych</w:t>
      </w:r>
      <w:proofErr w:type="spellEnd"/>
      <w:r w:rsidRPr="00F14AA3">
        <w:t xml:space="preserve"> </w:t>
      </w:r>
      <w:proofErr w:type="spellStart"/>
      <w:r w:rsidRPr="00F14AA3">
        <w:t>jako</w:t>
      </w:r>
      <w:proofErr w:type="spellEnd"/>
      <w:r w:rsidRPr="00F14AA3">
        <w:t xml:space="preserve"> </w:t>
      </w:r>
      <w:proofErr w:type="spellStart"/>
      <w:r w:rsidRPr="00F14AA3">
        <w:t>dostarczane</w:t>
      </w:r>
      <w:proofErr w:type="spellEnd"/>
      <w:r w:rsidRPr="00F14AA3">
        <w:t xml:space="preserve"> </w:t>
      </w:r>
      <w:proofErr w:type="spellStart"/>
      <w:r w:rsidRPr="00F14AA3">
        <w:t>przez</w:t>
      </w:r>
      <w:proofErr w:type="spellEnd"/>
      <w:r w:rsidRPr="00F14AA3">
        <w:t xml:space="preserve"> </w:t>
      </w:r>
      <w:proofErr w:type="spellStart"/>
      <w:r w:rsidRPr="00F14AA3">
        <w:t>Zamawiającego</w:t>
      </w:r>
      <w:proofErr w:type="spellEnd"/>
      <w:r w:rsidRPr="00F14AA3">
        <w:t>;</w:t>
      </w:r>
    </w:p>
    <w:p w14:paraId="21A15EA7" w14:textId="77777777" w:rsidR="00E54091" w:rsidRPr="00F14AA3" w:rsidRDefault="00E54091" w:rsidP="00E54091">
      <w:pPr>
        <w:pStyle w:val="Listapunktowana"/>
      </w:pPr>
      <w:proofErr w:type="spellStart"/>
      <w:r w:rsidRPr="00F14AA3">
        <w:lastRenderedPageBreak/>
        <w:t>nie</w:t>
      </w:r>
      <w:proofErr w:type="spellEnd"/>
      <w:r w:rsidRPr="00F14AA3">
        <w:t xml:space="preserve"> </w:t>
      </w:r>
      <w:proofErr w:type="spellStart"/>
      <w:r w:rsidRPr="00F14AA3">
        <w:t>podlegam</w:t>
      </w:r>
      <w:proofErr w:type="spellEnd"/>
      <w:r w:rsidRPr="00F14AA3">
        <w:t xml:space="preserve"> </w:t>
      </w:r>
      <w:proofErr w:type="spellStart"/>
      <w:r w:rsidRPr="00F14AA3">
        <w:t>wykluczeniu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podstawie</w:t>
      </w:r>
      <w:proofErr w:type="spellEnd"/>
      <w:r w:rsidRPr="00F14AA3">
        <w:t xml:space="preserve"> art. 7 </w:t>
      </w:r>
      <w:proofErr w:type="spellStart"/>
      <w:r w:rsidRPr="00F14AA3">
        <w:t>ust</w:t>
      </w:r>
      <w:proofErr w:type="spellEnd"/>
      <w:r w:rsidRPr="00F14AA3">
        <w:t xml:space="preserve">. 1 </w:t>
      </w:r>
      <w:proofErr w:type="spellStart"/>
      <w:r w:rsidRPr="00F14AA3">
        <w:t>ustawy</w:t>
      </w:r>
      <w:proofErr w:type="spellEnd"/>
      <w:r w:rsidRPr="00F14AA3">
        <w:t xml:space="preserve"> z </w:t>
      </w:r>
      <w:proofErr w:type="spellStart"/>
      <w:r w:rsidRPr="00F14AA3">
        <w:t>dnia</w:t>
      </w:r>
      <w:proofErr w:type="spellEnd"/>
      <w:r w:rsidRPr="00F14AA3">
        <w:t xml:space="preserve"> 13 </w:t>
      </w:r>
      <w:proofErr w:type="spellStart"/>
      <w:r w:rsidRPr="00F14AA3">
        <w:t>kwietnia</w:t>
      </w:r>
      <w:proofErr w:type="spellEnd"/>
      <w:r w:rsidRPr="00F14AA3">
        <w:t xml:space="preserve"> 2022 r. o </w:t>
      </w:r>
      <w:proofErr w:type="spellStart"/>
      <w:r w:rsidRPr="00F14AA3">
        <w:t>szczególnych</w:t>
      </w:r>
      <w:proofErr w:type="spellEnd"/>
      <w:r w:rsidRPr="00F14AA3">
        <w:t xml:space="preserve"> </w:t>
      </w:r>
      <w:proofErr w:type="spellStart"/>
      <w:r w:rsidRPr="00F14AA3">
        <w:t>rozwiązaniach</w:t>
      </w:r>
      <w:proofErr w:type="spellEnd"/>
      <w:r w:rsidRPr="00F14AA3">
        <w:t xml:space="preserve"> w </w:t>
      </w:r>
      <w:proofErr w:type="spellStart"/>
      <w:r w:rsidRPr="00F14AA3">
        <w:t>zakresie</w:t>
      </w:r>
      <w:proofErr w:type="spellEnd"/>
      <w:r w:rsidRPr="00F14AA3">
        <w:t xml:space="preserve"> </w:t>
      </w:r>
      <w:proofErr w:type="spellStart"/>
      <w:r w:rsidRPr="00F14AA3">
        <w:t>przeciwdziałania</w:t>
      </w:r>
      <w:proofErr w:type="spellEnd"/>
      <w:r w:rsidRPr="00F14AA3">
        <w:t xml:space="preserve"> </w:t>
      </w:r>
      <w:proofErr w:type="spellStart"/>
      <w:r w:rsidRPr="00F14AA3">
        <w:t>wspieraniu</w:t>
      </w:r>
      <w:proofErr w:type="spellEnd"/>
      <w:r w:rsidRPr="00F14AA3">
        <w:t xml:space="preserve"> </w:t>
      </w:r>
      <w:proofErr w:type="spellStart"/>
      <w:r w:rsidRPr="00F14AA3">
        <w:t>agresji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Ukrainę</w:t>
      </w:r>
      <w:proofErr w:type="spellEnd"/>
      <w:r w:rsidRPr="00F14AA3">
        <w:t xml:space="preserve"> </w:t>
      </w:r>
      <w:proofErr w:type="spellStart"/>
      <w:r w:rsidRPr="00F14AA3">
        <w:t>oraz</w:t>
      </w:r>
      <w:proofErr w:type="spellEnd"/>
      <w:r w:rsidRPr="00F14AA3">
        <w:t xml:space="preserve"> </w:t>
      </w:r>
      <w:proofErr w:type="spellStart"/>
      <w:r w:rsidRPr="00F14AA3">
        <w:t>służących</w:t>
      </w:r>
      <w:proofErr w:type="spellEnd"/>
      <w:r w:rsidRPr="00F14AA3">
        <w:t xml:space="preserve"> </w:t>
      </w:r>
      <w:proofErr w:type="spellStart"/>
      <w:r w:rsidRPr="00F14AA3">
        <w:t>ochronie</w:t>
      </w:r>
      <w:proofErr w:type="spellEnd"/>
      <w:r w:rsidRPr="00F14AA3">
        <w:t xml:space="preserve"> </w:t>
      </w:r>
      <w:proofErr w:type="spellStart"/>
      <w:r w:rsidRPr="00F14AA3">
        <w:t>bezpieczeństwa</w:t>
      </w:r>
      <w:proofErr w:type="spellEnd"/>
      <w:r w:rsidRPr="00F14AA3">
        <w:t xml:space="preserve"> </w:t>
      </w:r>
      <w:proofErr w:type="spellStart"/>
      <w:r w:rsidRPr="00F14AA3">
        <w:t>narodowego</w:t>
      </w:r>
      <w:proofErr w:type="spellEnd"/>
      <w:r w:rsidRPr="00F14AA3">
        <w:t xml:space="preserve"> ani art. 5k </w:t>
      </w:r>
      <w:proofErr w:type="spellStart"/>
      <w:r w:rsidRPr="00F14AA3">
        <w:t>rozporządzenia</w:t>
      </w:r>
      <w:proofErr w:type="spellEnd"/>
      <w:r w:rsidRPr="00F14AA3">
        <w:t xml:space="preserve"> Rady (UE) nr 833/2014;</w:t>
      </w:r>
    </w:p>
    <w:p w14:paraId="118FD9B4" w14:textId="77777777" w:rsidR="00E54091" w:rsidRPr="00F14AA3" w:rsidRDefault="00E54091" w:rsidP="00E54091">
      <w:pPr>
        <w:pStyle w:val="Listapunktowana"/>
      </w:pP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otwarto</w:t>
      </w:r>
      <w:proofErr w:type="spellEnd"/>
      <w:r w:rsidRPr="00F14AA3">
        <w:t xml:space="preserve"> </w:t>
      </w:r>
      <w:proofErr w:type="spellStart"/>
      <w:r w:rsidRPr="00F14AA3">
        <w:t>wobec</w:t>
      </w:r>
      <w:proofErr w:type="spellEnd"/>
      <w:r w:rsidRPr="00F14AA3">
        <w:t xml:space="preserve"> </w:t>
      </w:r>
      <w:proofErr w:type="spellStart"/>
      <w:r w:rsidRPr="00F14AA3">
        <w:t>mnie</w:t>
      </w:r>
      <w:proofErr w:type="spellEnd"/>
      <w:r w:rsidRPr="00F14AA3">
        <w:t xml:space="preserve"> </w:t>
      </w:r>
      <w:proofErr w:type="spellStart"/>
      <w:r w:rsidRPr="00F14AA3">
        <w:t>likwidacji</w:t>
      </w:r>
      <w:proofErr w:type="spellEnd"/>
      <w:r w:rsidRPr="00F14AA3">
        <w:t xml:space="preserve"> ani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ogłoszono</w:t>
      </w:r>
      <w:proofErr w:type="spellEnd"/>
      <w:r w:rsidRPr="00F14AA3">
        <w:t xml:space="preserve"> </w:t>
      </w:r>
      <w:proofErr w:type="spellStart"/>
      <w:r w:rsidRPr="00F14AA3">
        <w:t>upadłości</w:t>
      </w:r>
      <w:proofErr w:type="spellEnd"/>
      <w:r w:rsidRPr="00F14AA3">
        <w:t>;</w:t>
      </w:r>
    </w:p>
    <w:p w14:paraId="44BBB6F6" w14:textId="77777777" w:rsidR="00E54091" w:rsidRPr="00F14AA3" w:rsidRDefault="00E54091" w:rsidP="00E54091">
      <w:pPr>
        <w:pStyle w:val="Listapunktowana"/>
      </w:pPr>
      <w:proofErr w:type="spellStart"/>
      <w:r w:rsidRPr="00F14AA3">
        <w:t>zapewnię</w:t>
      </w:r>
      <w:proofErr w:type="spellEnd"/>
      <w:r w:rsidRPr="00F14AA3">
        <w:t xml:space="preserve"> </w:t>
      </w:r>
      <w:proofErr w:type="spellStart"/>
      <w:r w:rsidRPr="00F14AA3">
        <w:t>czas</w:t>
      </w:r>
      <w:proofErr w:type="spellEnd"/>
      <w:r w:rsidRPr="00F14AA3">
        <w:t xml:space="preserve"> </w:t>
      </w:r>
      <w:proofErr w:type="spellStart"/>
      <w:r w:rsidRPr="00F14AA3">
        <w:t>reakcji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zgłoszenie</w:t>
      </w:r>
      <w:proofErr w:type="spellEnd"/>
      <w:r w:rsidRPr="00F14AA3">
        <w:t xml:space="preserve"> </w:t>
      </w:r>
      <w:proofErr w:type="spellStart"/>
      <w:r w:rsidRPr="00F14AA3">
        <w:t>krytyczne</w:t>
      </w:r>
      <w:proofErr w:type="spellEnd"/>
      <w:r w:rsidRPr="00F14AA3">
        <w:t xml:space="preserve">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dłuższy</w:t>
      </w:r>
      <w:proofErr w:type="spellEnd"/>
      <w:r w:rsidRPr="00F14AA3">
        <w:t xml:space="preserve"> </w:t>
      </w:r>
      <w:proofErr w:type="spellStart"/>
      <w:r w:rsidRPr="00F14AA3">
        <w:t>niż</w:t>
      </w:r>
      <w:proofErr w:type="spellEnd"/>
      <w:r w:rsidRPr="00F14AA3">
        <w:t xml:space="preserve"> 48 </w:t>
      </w:r>
      <w:proofErr w:type="spellStart"/>
      <w:r w:rsidRPr="00F14AA3">
        <w:t>godzin</w:t>
      </w:r>
      <w:proofErr w:type="spellEnd"/>
      <w:r w:rsidRPr="00F14AA3">
        <w:t xml:space="preserve"> (pkt 9 </w:t>
      </w:r>
      <w:proofErr w:type="spellStart"/>
      <w:r w:rsidRPr="00F14AA3">
        <w:t>zapytania</w:t>
      </w:r>
      <w:proofErr w:type="spellEnd"/>
      <w:r w:rsidRPr="00F14AA3">
        <w:t xml:space="preserve"> </w:t>
      </w:r>
      <w:proofErr w:type="spellStart"/>
      <w:r w:rsidRPr="00F14AA3">
        <w:t>ofertowego</w:t>
      </w:r>
      <w:proofErr w:type="spellEnd"/>
      <w:r w:rsidRPr="00F14AA3">
        <w:t>);</w:t>
      </w:r>
    </w:p>
    <w:p w14:paraId="7FA7776D" w14:textId="77777777" w:rsidR="00E54091" w:rsidRPr="00F14AA3" w:rsidRDefault="00E54091" w:rsidP="00E54091">
      <w:pPr>
        <w:pStyle w:val="Listapunktowana"/>
      </w:pPr>
      <w:proofErr w:type="spellStart"/>
      <w:r w:rsidRPr="00F14AA3">
        <w:t>akceptuję</w:t>
      </w:r>
      <w:proofErr w:type="spellEnd"/>
      <w:r w:rsidRPr="00F14AA3">
        <w:t xml:space="preserve"> </w:t>
      </w:r>
      <w:proofErr w:type="spellStart"/>
      <w:r w:rsidRPr="00F14AA3">
        <w:t>warunkowy</w:t>
      </w:r>
      <w:proofErr w:type="spellEnd"/>
      <w:r w:rsidRPr="00F14AA3">
        <w:t xml:space="preserve"> </w:t>
      </w:r>
      <w:proofErr w:type="spellStart"/>
      <w:r w:rsidRPr="00F14AA3">
        <w:t>charakter</w:t>
      </w:r>
      <w:proofErr w:type="spellEnd"/>
      <w:r w:rsidRPr="00F14AA3">
        <w:t xml:space="preserve"> </w:t>
      </w:r>
      <w:proofErr w:type="spellStart"/>
      <w:r w:rsidRPr="00F14AA3">
        <w:t>umowy</w:t>
      </w:r>
      <w:proofErr w:type="spellEnd"/>
      <w:r w:rsidRPr="00F14AA3">
        <w:t xml:space="preserve">, </w:t>
      </w:r>
      <w:proofErr w:type="spellStart"/>
      <w:r w:rsidRPr="00F14AA3">
        <w:t>uzależnionej</w:t>
      </w:r>
      <w:proofErr w:type="spellEnd"/>
      <w:r w:rsidRPr="00F14AA3">
        <w:t xml:space="preserve"> od </w:t>
      </w:r>
      <w:proofErr w:type="spellStart"/>
      <w:r w:rsidRPr="00F14AA3">
        <w:t>przyznania</w:t>
      </w:r>
      <w:proofErr w:type="spellEnd"/>
      <w:r w:rsidRPr="00F14AA3">
        <w:t xml:space="preserve"> </w:t>
      </w:r>
      <w:proofErr w:type="spellStart"/>
      <w:r w:rsidRPr="00F14AA3">
        <w:t>dofinansowania</w:t>
      </w:r>
      <w:proofErr w:type="spellEnd"/>
      <w:r w:rsidRPr="00F14AA3">
        <w:t xml:space="preserve"> </w:t>
      </w:r>
      <w:proofErr w:type="spellStart"/>
      <w:r w:rsidRPr="00F14AA3">
        <w:t>projektu</w:t>
      </w:r>
      <w:proofErr w:type="spellEnd"/>
      <w:r w:rsidRPr="00F14AA3">
        <w:t xml:space="preserve">, </w:t>
      </w:r>
      <w:proofErr w:type="spellStart"/>
      <w:r w:rsidRPr="00F14AA3">
        <w:t>i</w:t>
      </w:r>
      <w:proofErr w:type="spellEnd"/>
      <w:r w:rsidRPr="00F14AA3">
        <w:t xml:space="preserve"> w </w:t>
      </w:r>
      <w:proofErr w:type="spellStart"/>
      <w:r w:rsidRPr="00F14AA3">
        <w:t>razie</w:t>
      </w:r>
      <w:proofErr w:type="spellEnd"/>
      <w:r w:rsidRPr="00F14AA3">
        <w:t xml:space="preserve"> </w:t>
      </w:r>
      <w:proofErr w:type="spellStart"/>
      <w:r w:rsidRPr="00F14AA3">
        <w:t>wyboru</w:t>
      </w:r>
      <w:proofErr w:type="spellEnd"/>
      <w:r w:rsidRPr="00F14AA3">
        <w:t xml:space="preserve"> </w:t>
      </w:r>
      <w:proofErr w:type="spellStart"/>
      <w:r w:rsidRPr="00F14AA3">
        <w:t>oferty</w:t>
      </w:r>
      <w:proofErr w:type="spellEnd"/>
      <w:r w:rsidRPr="00F14AA3">
        <w:t xml:space="preserve"> </w:t>
      </w:r>
      <w:proofErr w:type="spellStart"/>
      <w:r w:rsidRPr="00F14AA3">
        <w:t>zawrę</w:t>
      </w:r>
      <w:proofErr w:type="spellEnd"/>
      <w:r w:rsidRPr="00F14AA3">
        <w:t xml:space="preserve"> </w:t>
      </w:r>
      <w:proofErr w:type="spellStart"/>
      <w:r w:rsidRPr="00F14AA3">
        <w:t>umowę</w:t>
      </w:r>
      <w:proofErr w:type="spellEnd"/>
      <w:r w:rsidRPr="00F14AA3">
        <w:t xml:space="preserve"> w </w:t>
      </w:r>
      <w:proofErr w:type="spellStart"/>
      <w:r w:rsidRPr="00F14AA3">
        <w:t>terminie</w:t>
      </w:r>
      <w:proofErr w:type="spellEnd"/>
      <w:r w:rsidRPr="00F14AA3">
        <w:t xml:space="preserve"> </w:t>
      </w:r>
      <w:proofErr w:type="spellStart"/>
      <w:r w:rsidRPr="00F14AA3">
        <w:t>wskazanym</w:t>
      </w:r>
      <w:proofErr w:type="spellEnd"/>
      <w:r w:rsidRPr="00F14AA3">
        <w:t xml:space="preserve"> </w:t>
      </w:r>
      <w:proofErr w:type="spellStart"/>
      <w:r w:rsidRPr="00F14AA3">
        <w:t>przez</w:t>
      </w:r>
      <w:proofErr w:type="spellEnd"/>
      <w:r w:rsidRPr="00F14AA3">
        <w:t xml:space="preserve"> </w:t>
      </w:r>
      <w:proofErr w:type="spellStart"/>
      <w:r w:rsidRPr="00F14AA3">
        <w:t>Zamawiającego</w:t>
      </w:r>
      <w:proofErr w:type="spellEnd"/>
      <w:r w:rsidRPr="00F14AA3">
        <w:t>;</w:t>
      </w:r>
    </w:p>
    <w:p w14:paraId="73B988BD" w14:textId="77777777" w:rsidR="00E54091" w:rsidRPr="00F14AA3" w:rsidRDefault="00E54091" w:rsidP="00E54091">
      <w:pPr>
        <w:pStyle w:val="Listapunktowana"/>
      </w:pPr>
      <w:proofErr w:type="spellStart"/>
      <w:r w:rsidRPr="00F14AA3">
        <w:t>wypełniłem</w:t>
      </w:r>
      <w:proofErr w:type="spellEnd"/>
      <w:r w:rsidRPr="00F14AA3">
        <w:t xml:space="preserve">/am </w:t>
      </w:r>
      <w:proofErr w:type="spellStart"/>
      <w:r w:rsidRPr="00F14AA3">
        <w:t>obowiązki</w:t>
      </w:r>
      <w:proofErr w:type="spellEnd"/>
      <w:r w:rsidRPr="00F14AA3">
        <w:t xml:space="preserve"> </w:t>
      </w:r>
      <w:proofErr w:type="spellStart"/>
      <w:r w:rsidRPr="00F14AA3">
        <w:t>informacyjne</w:t>
      </w:r>
      <w:proofErr w:type="spellEnd"/>
      <w:r w:rsidRPr="00F14AA3">
        <w:t xml:space="preserve"> </w:t>
      </w:r>
      <w:proofErr w:type="spellStart"/>
      <w:r w:rsidRPr="00F14AA3">
        <w:t>przewidziane</w:t>
      </w:r>
      <w:proofErr w:type="spellEnd"/>
      <w:r w:rsidRPr="00F14AA3">
        <w:t xml:space="preserve"> </w:t>
      </w:r>
      <w:proofErr w:type="spellStart"/>
      <w:r w:rsidRPr="00F14AA3">
        <w:t>w art</w:t>
      </w:r>
      <w:proofErr w:type="spellEnd"/>
      <w:r w:rsidRPr="00F14AA3">
        <w:t xml:space="preserve">. 13 </w:t>
      </w:r>
      <w:proofErr w:type="spellStart"/>
      <w:r w:rsidRPr="00F14AA3">
        <w:t>lub</w:t>
      </w:r>
      <w:proofErr w:type="spellEnd"/>
      <w:r w:rsidRPr="00F14AA3">
        <w:t xml:space="preserve"> 14 RODO </w:t>
      </w:r>
      <w:proofErr w:type="spellStart"/>
      <w:r w:rsidRPr="00F14AA3">
        <w:t>wobec</w:t>
      </w:r>
      <w:proofErr w:type="spellEnd"/>
      <w:r w:rsidRPr="00F14AA3">
        <w:t xml:space="preserve"> </w:t>
      </w:r>
      <w:proofErr w:type="spellStart"/>
      <w:r w:rsidRPr="00F14AA3">
        <w:t>osób</w:t>
      </w:r>
      <w:proofErr w:type="spellEnd"/>
      <w:r w:rsidRPr="00F14AA3">
        <w:t xml:space="preserve"> </w:t>
      </w:r>
      <w:proofErr w:type="spellStart"/>
      <w:r w:rsidRPr="00F14AA3">
        <w:t>fizycznych</w:t>
      </w:r>
      <w:proofErr w:type="spellEnd"/>
      <w:r w:rsidRPr="00F14AA3">
        <w:t xml:space="preserve">, </w:t>
      </w:r>
      <w:proofErr w:type="spellStart"/>
      <w:r w:rsidRPr="00F14AA3">
        <w:t>których</w:t>
      </w:r>
      <w:proofErr w:type="spellEnd"/>
      <w:r w:rsidRPr="00F14AA3">
        <w:t xml:space="preserve"> </w:t>
      </w:r>
      <w:proofErr w:type="spellStart"/>
      <w:r w:rsidRPr="00F14AA3">
        <w:t>dane</w:t>
      </w:r>
      <w:proofErr w:type="spellEnd"/>
      <w:r w:rsidRPr="00F14AA3">
        <w:t xml:space="preserve"> </w:t>
      </w:r>
      <w:proofErr w:type="spellStart"/>
      <w:r w:rsidRPr="00F14AA3">
        <w:t>przekazuję</w:t>
      </w:r>
      <w:proofErr w:type="spellEnd"/>
      <w:r w:rsidRPr="00F14AA3">
        <w:t xml:space="preserve"> w </w:t>
      </w:r>
      <w:proofErr w:type="spellStart"/>
      <w:r w:rsidRPr="00F14AA3">
        <w:t>ofercie</w:t>
      </w:r>
      <w:proofErr w:type="spellEnd"/>
      <w:r w:rsidRPr="00F14AA3">
        <w:t>.</w:t>
      </w:r>
    </w:p>
    <w:p w14:paraId="22C4E556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</w:p>
    <w:p w14:paraId="5470C092" w14:textId="658B0ED5" w:rsidR="002161BE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r w:rsidRPr="00F14AA3">
        <w:rPr>
          <w:rFonts w:ascii="Times New Roman" w:hAnsi="Times New Roman" w:cs="Times New Roman"/>
          <w:color w:val="000000"/>
          <w:sz w:val="22"/>
        </w:rPr>
        <w:t>……………………………………………</w:t>
      </w:r>
      <w:r w:rsidRPr="00F14AA3">
        <w:rPr>
          <w:rFonts w:ascii="Times New Roman" w:hAnsi="Times New Roman" w:cs="Times New Roman"/>
          <w:color w:val="000000"/>
          <w:sz w:val="22"/>
        </w:rPr>
        <w:tab/>
        <w:t xml:space="preserve">Data,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podpis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osoby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uprawnionej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do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reprezentacji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Wykonawcy</w:t>
      </w:r>
      <w:proofErr w:type="spellEnd"/>
    </w:p>
    <w:sectPr w:rsidR="002161BE" w:rsidRPr="00F14AA3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F9106A" w14:textId="77777777" w:rsidR="00820089" w:rsidRDefault="00820089">
      <w:pPr>
        <w:spacing w:after="0" w:line="240" w:lineRule="auto"/>
      </w:pPr>
      <w:r>
        <w:separator/>
      </w:r>
    </w:p>
  </w:endnote>
  <w:endnote w:type="continuationSeparator" w:id="0">
    <w:p w14:paraId="57399D53" w14:textId="77777777" w:rsidR="00820089" w:rsidRDefault="00820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E2E630" w14:textId="77777777" w:rsidR="00E54091" w:rsidRDefault="00E5409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739A94" w14:textId="55F05070" w:rsidR="002161BE" w:rsidRDefault="00000000">
    <w:pPr>
      <w:pStyle w:val="Stopka"/>
      <w:jc w:val="center"/>
    </w:pPr>
    <w:r>
      <w:rPr>
        <w:color w:val="777777"/>
        <w:sz w:val="16"/>
      </w:rPr>
      <w:t xml:space="preserve">UBOT TECHNOLOGIES – </w:t>
    </w:r>
    <w:proofErr w:type="spellStart"/>
    <w:r w:rsidR="00E54091">
      <w:rPr>
        <w:color w:val="777777"/>
        <w:sz w:val="16"/>
      </w:rPr>
      <w:t>Zapytanie</w:t>
    </w:r>
    <w:proofErr w:type="spellEnd"/>
    <w:r w:rsidR="00E54091">
      <w:rPr>
        <w:color w:val="777777"/>
        <w:sz w:val="16"/>
      </w:rPr>
      <w:t xml:space="preserve"> </w:t>
    </w:r>
    <w:proofErr w:type="spellStart"/>
    <w:r w:rsidR="00E54091">
      <w:rPr>
        <w:color w:val="777777"/>
        <w:sz w:val="16"/>
      </w:rPr>
      <w:t>ofertowe</w:t>
    </w:r>
    <w:proofErr w:type="spellEnd"/>
    <w:r w:rsidR="00E54091">
      <w:rPr>
        <w:color w:val="777777"/>
        <w:sz w:val="16"/>
      </w:rPr>
      <w:t xml:space="preserve"> nr </w:t>
    </w:r>
    <w:r w:rsidR="008A0B04" w:rsidRPr="008A0B04">
      <w:rPr>
        <w:color w:val="808080"/>
        <w:sz w:val="16"/>
      </w:rPr>
      <w:t>1/SMART/2026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BEA041" w14:textId="77777777" w:rsidR="00E54091" w:rsidRDefault="00E540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146468" w14:textId="77777777" w:rsidR="00820089" w:rsidRDefault="00820089">
      <w:pPr>
        <w:spacing w:after="0" w:line="240" w:lineRule="auto"/>
      </w:pPr>
      <w:r>
        <w:separator/>
      </w:r>
    </w:p>
  </w:footnote>
  <w:footnote w:type="continuationSeparator" w:id="0">
    <w:p w14:paraId="02D7BBBF" w14:textId="77777777" w:rsidR="00820089" w:rsidRDefault="008200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710230" w14:textId="77777777" w:rsidR="00E54091" w:rsidRDefault="00E5409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595E78" w14:textId="6A356D1A" w:rsidR="00E54091" w:rsidRDefault="00E44D56" w:rsidP="00E44D56">
    <w:pPr>
      <w:pStyle w:val="Nagwek"/>
      <w:jc w:val="center"/>
    </w:pPr>
    <w:r>
      <w:rPr>
        <w:noProof/>
      </w:rPr>
      <w:drawing>
        <wp:inline distT="0" distB="0" distL="0" distR="0" wp14:anchorId="1EA7791B" wp14:editId="19DDC18D">
          <wp:extent cx="4542817" cy="520065"/>
          <wp:effectExtent l="0" t="0" r="3810" b="635"/>
          <wp:docPr id="753713530" name="Obraz 7537135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4_nowoczesna_gospodarka_kolo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1142"/>
                  <a:stretch>
                    <a:fillRect/>
                  </a:stretch>
                </pic:blipFill>
                <pic:spPr bwMode="auto">
                  <a:xfrm>
                    <a:off x="0" y="0"/>
                    <a:ext cx="4542817" cy="5200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4B988C" w14:textId="77777777" w:rsidR="00E54091" w:rsidRDefault="00E540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04827B0"/>
    <w:multiLevelType w:val="multilevel"/>
    <w:tmpl w:val="AE7EC3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418721C9"/>
    <w:multiLevelType w:val="multilevel"/>
    <w:tmpl w:val="B47C7C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65885F5A"/>
    <w:multiLevelType w:val="multilevel"/>
    <w:tmpl w:val="A32688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69F47625"/>
    <w:multiLevelType w:val="multilevel"/>
    <w:tmpl w:val="96607DB4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 w16cid:durableId="2005277807">
    <w:abstractNumId w:val="8"/>
  </w:num>
  <w:num w:numId="2" w16cid:durableId="547837111">
    <w:abstractNumId w:val="6"/>
  </w:num>
  <w:num w:numId="3" w16cid:durableId="1132794889">
    <w:abstractNumId w:val="5"/>
  </w:num>
  <w:num w:numId="4" w16cid:durableId="1167283754">
    <w:abstractNumId w:val="4"/>
  </w:num>
  <w:num w:numId="5" w16cid:durableId="234633765">
    <w:abstractNumId w:val="7"/>
  </w:num>
  <w:num w:numId="6" w16cid:durableId="1104379488">
    <w:abstractNumId w:val="3"/>
  </w:num>
  <w:num w:numId="7" w16cid:durableId="700663147">
    <w:abstractNumId w:val="2"/>
  </w:num>
  <w:num w:numId="8" w16cid:durableId="1894390216">
    <w:abstractNumId w:val="1"/>
  </w:num>
  <w:num w:numId="9" w16cid:durableId="1624145006">
    <w:abstractNumId w:val="0"/>
  </w:num>
  <w:num w:numId="10" w16cid:durableId="1956673617">
    <w:abstractNumId w:val="8"/>
  </w:num>
  <w:num w:numId="11" w16cid:durableId="1439568344">
    <w:abstractNumId w:val="9"/>
  </w:num>
  <w:num w:numId="12" w16cid:durableId="1219778906">
    <w:abstractNumId w:val="12"/>
  </w:num>
  <w:num w:numId="13" w16cid:durableId="292173497">
    <w:abstractNumId w:val="10"/>
  </w:num>
  <w:num w:numId="14" w16cid:durableId="1419903251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61BE"/>
    <w:rsid w:val="0029639D"/>
    <w:rsid w:val="00326F90"/>
    <w:rsid w:val="00365F0D"/>
    <w:rsid w:val="00442504"/>
    <w:rsid w:val="00571ED7"/>
    <w:rsid w:val="00743588"/>
    <w:rsid w:val="00820089"/>
    <w:rsid w:val="008A0B04"/>
    <w:rsid w:val="00A3614E"/>
    <w:rsid w:val="00AA1D8D"/>
    <w:rsid w:val="00AA6194"/>
    <w:rsid w:val="00B27712"/>
    <w:rsid w:val="00B47730"/>
    <w:rsid w:val="00BA3EE3"/>
    <w:rsid w:val="00BD0CE4"/>
    <w:rsid w:val="00C370A4"/>
    <w:rsid w:val="00C6148A"/>
    <w:rsid w:val="00CB0664"/>
    <w:rsid w:val="00D067E7"/>
    <w:rsid w:val="00DD257F"/>
    <w:rsid w:val="00E360EE"/>
    <w:rsid w:val="00E44D56"/>
    <w:rsid w:val="00E54091"/>
    <w:rsid w:val="00F14A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0DF64F2"/>
  <w14:defaultImageDpi w14:val="300"/>
  <w15:docId w15:val="{7E926840-6D56-9748-92AE-B69D15E21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eastAsiaTheme="majorEastAsia" w:hAnsi="Times New Roman" w:cs="Times New Roman"/>
      <w:b/>
      <w:bCs/>
      <w:color w:val="000000"/>
      <w:sz w:val="2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eastAsiaTheme="majorEastAsia" w:hAnsi="Times New Roman" w:cs="Times New Roman"/>
      <w:b/>
      <w:bCs/>
      <w:color w:val="000000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eastAsiaTheme="majorEastAsia" w:hAnsi="Times New Roman" w:cs="Times New Roman"/>
      <w:b/>
      <w:bCs/>
      <w:color w:val="000000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rsid w:val="00F14AA3"/>
    <w:rPr>
      <w:rFonts w:ascii="Times New Roman" w:hAnsi="Times New Roman" w:cs="Times New Roman"/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="Times New Roman" w:eastAsiaTheme="majorEastAsia" w:hAnsi="Times New Roman" w:cs="Times New Roman"/>
      <w:b/>
      <w:bCs/>
      <w:color w:val="000000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="Times New Roman" w:eastAsiaTheme="majorEastAsia" w:hAnsi="Times New Roman" w:cs="Times New Roman"/>
      <w:b/>
      <w:bCs/>
      <w:color w:val="000000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="Times New Roman" w:eastAsiaTheme="majorEastAsia" w:hAnsi="Times New Roman" w:cs="Times New Roman"/>
      <w:b/>
      <w:bCs/>
      <w:color w:val="000000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cs="Times New Roman"/>
      <w:color w:val="000000"/>
      <w:sz w:val="22"/>
    </w:r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C614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6148A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6148A"/>
    <w:rPr>
      <w:rFonts w:ascii="Aptos" w:hAnsi="Apto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14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148A"/>
    <w:rPr>
      <w:rFonts w:ascii="Aptos" w:hAnsi="Apto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B2BB69F-EC63-314F-BECA-56B565D6358F}">
  <we:reference id="wa200010725" version="1.0.0.1" store="pl-PL" storeType="OMEX"/>
  <we:alternateReferences>
    <we:reference id="WA200010725" version="1.0.0.1" store="" storeType="OMEX"/>
  </we:alternateReferences>
  <we:properties>
    <we:property name="claude.fileId" value="&quot;fcbb7cb0-e01f-4046-a64f-87678992cb50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19</Pages>
  <Words>5549</Words>
  <Characters>38347</Characters>
  <Application>Microsoft Office Word</Application>
  <DocSecurity>0</DocSecurity>
  <Lines>798</Lines>
  <Paragraphs>402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43494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Karolina Rosińska</cp:lastModifiedBy>
  <cp:revision>17</cp:revision>
  <cp:lastPrinted>2026-10-07T19:32:00Z</cp:lastPrinted>
  <dcterms:created xsi:type="dcterms:W3CDTF">2026-10-07T11:51:00Z</dcterms:created>
  <dcterms:modified xsi:type="dcterms:W3CDTF">2026-10-07T19:33:00Z</dcterms:modified>
  <cp:category/>
</cp:coreProperties>
</file>