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500F53" w14:textId="277AF289" w:rsidR="00E54091" w:rsidRPr="00F14AA3" w:rsidRDefault="00E54091" w:rsidP="00E54091">
      <w:pPr>
        <w:jc w:val="center"/>
        <w:rPr>
          <w:rFonts w:ascii="Times New Roman" w:hAnsi="Times New Roman" w:cs="Times New Roman"/>
          <w:b/>
          <w:color w:val="000000"/>
          <w:sz w:val="22"/>
        </w:rPr>
      </w:pPr>
      <w:r w:rsidRPr="00F14AA3">
        <w:rPr>
          <w:rFonts w:ascii="Times New Roman" w:hAnsi="Times New Roman" w:cs="Times New Roman"/>
          <w:b/>
          <w:color w:val="000000"/>
          <w:sz w:val="22"/>
        </w:rPr>
        <w:t>ZAPYTANIE OFERTOWE nr 1/SMART/2026</w:t>
      </w:r>
    </w:p>
    <w:p w14:paraId="3E713FA0" w14:textId="77777777" w:rsidR="00E54091" w:rsidRPr="00F14AA3" w:rsidRDefault="00E54091" w:rsidP="00E54091">
      <w:pPr>
        <w:jc w:val="center"/>
        <w:rPr>
          <w:rFonts w:ascii="Times New Roman" w:hAnsi="Times New Roman" w:cs="Times New Roman"/>
          <w:b/>
          <w:color w:val="000000"/>
          <w:sz w:val="22"/>
        </w:rPr>
      </w:pPr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w </w:t>
      </w:r>
      <w:proofErr w:type="spellStart"/>
      <w:r w:rsidRPr="00F14AA3">
        <w:rPr>
          <w:rFonts w:ascii="Times New Roman" w:hAnsi="Times New Roman" w:cs="Times New Roman"/>
          <w:b/>
          <w:color w:val="000000"/>
          <w:sz w:val="22"/>
        </w:rPr>
        <w:t>trybie</w:t>
      </w:r>
      <w:proofErr w:type="spellEnd"/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b/>
          <w:color w:val="000000"/>
          <w:sz w:val="22"/>
        </w:rPr>
        <w:t>zasady</w:t>
      </w:r>
      <w:proofErr w:type="spellEnd"/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b/>
          <w:color w:val="000000"/>
          <w:sz w:val="22"/>
        </w:rPr>
        <w:t>konkurencyjności</w:t>
      </w:r>
      <w:proofErr w:type="spellEnd"/>
    </w:p>
    <w:p w14:paraId="051C80C1" w14:textId="77777777" w:rsidR="00E54091" w:rsidRPr="00F14AA3" w:rsidRDefault="00E54091" w:rsidP="00E54091">
      <w:pPr>
        <w:rPr>
          <w:rFonts w:ascii="Times New Roman" w:hAnsi="Times New Roman" w:cs="Times New Roman"/>
          <w:color w:val="000000"/>
          <w:sz w:val="22"/>
        </w:rPr>
      </w:pPr>
      <w:r w:rsidRPr="00F14AA3">
        <w:rPr>
          <w:rFonts w:ascii="Times New Roman" w:hAnsi="Times New Roman" w:cs="Times New Roman"/>
          <w:color w:val="000000"/>
          <w:sz w:val="22"/>
        </w:rPr>
        <w:t xml:space="preserve">UBOT TECHNOLOGIES Sp. z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o.o.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z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siedzibą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w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Krakowie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ogłasza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wszczęcie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postępowania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o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udzielenie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zamówienia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zaprasza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Wykonawców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do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składania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ofert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w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związku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z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projektem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planowanym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do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realizacji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w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ramach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>:</w:t>
      </w:r>
    </w:p>
    <w:p w14:paraId="2132C527" w14:textId="77777777" w:rsidR="00E54091" w:rsidRPr="00F14AA3" w:rsidRDefault="00E54091" w:rsidP="00E54091">
      <w:pPr>
        <w:pStyle w:val="Listapunktowana"/>
      </w:pPr>
      <w:r w:rsidRPr="00F14AA3">
        <w:rPr>
          <w:b/>
        </w:rPr>
        <w:t xml:space="preserve">Program: </w:t>
      </w:r>
      <w:proofErr w:type="spellStart"/>
      <w:r w:rsidRPr="00F14AA3">
        <w:t>Fundusze</w:t>
      </w:r>
      <w:proofErr w:type="spellEnd"/>
      <w:r w:rsidRPr="00F14AA3">
        <w:t xml:space="preserve"> </w:t>
      </w:r>
      <w:proofErr w:type="spellStart"/>
      <w:r w:rsidRPr="00F14AA3">
        <w:t>Europejskie</w:t>
      </w:r>
      <w:proofErr w:type="spellEnd"/>
      <w:r w:rsidRPr="00F14AA3">
        <w:t xml:space="preserve"> </w:t>
      </w:r>
      <w:proofErr w:type="spellStart"/>
      <w:r w:rsidRPr="00F14AA3">
        <w:t>dla</w:t>
      </w:r>
      <w:proofErr w:type="spellEnd"/>
      <w:r w:rsidRPr="00F14AA3">
        <w:t xml:space="preserve"> </w:t>
      </w:r>
      <w:proofErr w:type="spellStart"/>
      <w:r w:rsidRPr="00F14AA3">
        <w:t>Nowoczesnej</w:t>
      </w:r>
      <w:proofErr w:type="spellEnd"/>
      <w:r w:rsidRPr="00F14AA3">
        <w:t xml:space="preserve"> </w:t>
      </w:r>
      <w:proofErr w:type="spellStart"/>
      <w:r w:rsidRPr="00F14AA3">
        <w:t>Gospodarki</w:t>
      </w:r>
      <w:proofErr w:type="spellEnd"/>
      <w:r w:rsidRPr="00F14AA3">
        <w:t xml:space="preserve"> 2021–2027 (FENG)</w:t>
      </w:r>
    </w:p>
    <w:p w14:paraId="6DED34FA" w14:textId="06192041" w:rsidR="00E54091" w:rsidRPr="00F14AA3" w:rsidRDefault="00E54091" w:rsidP="00E54091">
      <w:pPr>
        <w:pStyle w:val="Listapunktowana"/>
      </w:pPr>
      <w:r w:rsidRPr="00F14AA3">
        <w:rPr>
          <w:b/>
        </w:rPr>
        <w:t xml:space="preserve">Priorytet: </w:t>
      </w:r>
      <w:r w:rsidRPr="00F14AA3">
        <w:t>Priorytet 1 „</w:t>
      </w:r>
      <w:proofErr w:type="spellStart"/>
      <w:r w:rsidRPr="00F14AA3">
        <w:t>Wsparcie</w:t>
      </w:r>
      <w:proofErr w:type="spellEnd"/>
      <w:r w:rsidRPr="00F14AA3">
        <w:t xml:space="preserve"> </w:t>
      </w:r>
      <w:proofErr w:type="spellStart"/>
      <w:r w:rsidRPr="00F14AA3">
        <w:t>dla</w:t>
      </w:r>
      <w:proofErr w:type="spellEnd"/>
      <w:r w:rsidRPr="00F14AA3">
        <w:t xml:space="preserve"> </w:t>
      </w:r>
      <w:proofErr w:type="spellStart"/>
      <w:r w:rsidRPr="00F14AA3">
        <w:t>przedsiębiorców</w:t>
      </w:r>
      <w:proofErr w:type="spellEnd"/>
      <w:r w:rsidRPr="00F14AA3">
        <w:t>”</w:t>
      </w:r>
    </w:p>
    <w:p w14:paraId="14F56523" w14:textId="0CF700C2" w:rsidR="00E54091" w:rsidRPr="00F14AA3" w:rsidRDefault="00E54091" w:rsidP="00E54091">
      <w:pPr>
        <w:pStyle w:val="Listapunktowana"/>
      </w:pPr>
      <w:proofErr w:type="spellStart"/>
      <w:r w:rsidRPr="00F14AA3">
        <w:rPr>
          <w:b/>
        </w:rPr>
        <w:t>Nabór</w:t>
      </w:r>
      <w:proofErr w:type="spellEnd"/>
      <w:r w:rsidRPr="00F14AA3">
        <w:rPr>
          <w:b/>
        </w:rPr>
        <w:t xml:space="preserve">: </w:t>
      </w:r>
      <w:r w:rsidRPr="00F14AA3">
        <w:t xml:space="preserve">FENG.01.01-IP.01-003/26 – </w:t>
      </w:r>
      <w:proofErr w:type="spellStart"/>
      <w:r w:rsidRPr="00F14AA3">
        <w:t>Ścieżka</w:t>
      </w:r>
      <w:proofErr w:type="spellEnd"/>
      <w:r w:rsidRPr="00F14AA3">
        <w:t xml:space="preserve"> SMART – </w:t>
      </w:r>
      <w:proofErr w:type="spellStart"/>
      <w:r w:rsidRPr="00F14AA3">
        <w:t>projekty</w:t>
      </w:r>
      <w:proofErr w:type="spellEnd"/>
      <w:r w:rsidRPr="00F14AA3">
        <w:t xml:space="preserve"> </w:t>
      </w:r>
      <w:proofErr w:type="spellStart"/>
      <w:r w:rsidRPr="00F14AA3">
        <w:t>realizowane</w:t>
      </w:r>
      <w:proofErr w:type="spellEnd"/>
      <w:r w:rsidRPr="00F14AA3">
        <w:t xml:space="preserve"> w </w:t>
      </w:r>
      <w:proofErr w:type="spellStart"/>
      <w:r w:rsidRPr="00F14AA3">
        <w:t>konsorcjach</w:t>
      </w:r>
      <w:proofErr w:type="spellEnd"/>
    </w:p>
    <w:p w14:paraId="0446773B" w14:textId="77777777" w:rsidR="00571ED7" w:rsidRPr="00F14AA3" w:rsidRDefault="00E54091" w:rsidP="00E54091">
      <w:pPr>
        <w:pStyle w:val="Listapunktowana"/>
      </w:pPr>
      <w:proofErr w:type="spellStart"/>
      <w:r w:rsidRPr="00F14AA3">
        <w:rPr>
          <w:b/>
        </w:rPr>
        <w:t>Tytuł</w:t>
      </w:r>
      <w:proofErr w:type="spellEnd"/>
      <w:r w:rsidRPr="00F14AA3">
        <w:rPr>
          <w:b/>
        </w:rPr>
        <w:t xml:space="preserve"> </w:t>
      </w:r>
      <w:proofErr w:type="spellStart"/>
      <w:r w:rsidRPr="00F14AA3">
        <w:rPr>
          <w:b/>
        </w:rPr>
        <w:t>projektu</w:t>
      </w:r>
      <w:proofErr w:type="spellEnd"/>
      <w:r w:rsidRPr="00F14AA3">
        <w:rPr>
          <w:b/>
        </w:rPr>
        <w:t xml:space="preserve">: </w:t>
      </w:r>
      <w:proofErr w:type="spellStart"/>
      <w:r w:rsidR="00571ED7" w:rsidRPr="00F14AA3">
        <w:rPr>
          <w:b/>
        </w:rPr>
        <w:t>Opracowanie</w:t>
      </w:r>
      <w:proofErr w:type="spellEnd"/>
      <w:r w:rsidR="00571ED7" w:rsidRPr="00F14AA3">
        <w:rPr>
          <w:b/>
        </w:rPr>
        <w:t xml:space="preserve"> </w:t>
      </w:r>
      <w:proofErr w:type="spellStart"/>
      <w:r w:rsidR="00571ED7" w:rsidRPr="00F14AA3">
        <w:rPr>
          <w:b/>
        </w:rPr>
        <w:t>systemu</w:t>
      </w:r>
      <w:proofErr w:type="spellEnd"/>
      <w:r w:rsidR="00571ED7" w:rsidRPr="00F14AA3">
        <w:rPr>
          <w:b/>
        </w:rPr>
        <w:t xml:space="preserve"> </w:t>
      </w:r>
      <w:proofErr w:type="spellStart"/>
      <w:r w:rsidR="00571ED7" w:rsidRPr="00F14AA3">
        <w:rPr>
          <w:b/>
        </w:rPr>
        <w:t>wczesnej</w:t>
      </w:r>
      <w:proofErr w:type="spellEnd"/>
      <w:r w:rsidR="00571ED7" w:rsidRPr="00F14AA3">
        <w:rPr>
          <w:b/>
        </w:rPr>
        <w:t xml:space="preserve"> </w:t>
      </w:r>
      <w:proofErr w:type="spellStart"/>
      <w:r w:rsidR="00571ED7" w:rsidRPr="00F14AA3">
        <w:rPr>
          <w:b/>
        </w:rPr>
        <w:t>diagnozy</w:t>
      </w:r>
      <w:proofErr w:type="spellEnd"/>
      <w:r w:rsidR="00571ED7" w:rsidRPr="00F14AA3">
        <w:rPr>
          <w:b/>
        </w:rPr>
        <w:t xml:space="preserve"> </w:t>
      </w:r>
      <w:proofErr w:type="spellStart"/>
      <w:r w:rsidR="00571ED7" w:rsidRPr="00F14AA3">
        <w:rPr>
          <w:b/>
        </w:rPr>
        <w:t>przyczynowej</w:t>
      </w:r>
      <w:proofErr w:type="spellEnd"/>
      <w:r w:rsidR="00571ED7" w:rsidRPr="00F14AA3">
        <w:rPr>
          <w:b/>
        </w:rPr>
        <w:t xml:space="preserve"> </w:t>
      </w:r>
      <w:proofErr w:type="spellStart"/>
      <w:r w:rsidR="00571ED7" w:rsidRPr="00F14AA3">
        <w:rPr>
          <w:b/>
        </w:rPr>
        <w:t>i</w:t>
      </w:r>
      <w:proofErr w:type="spellEnd"/>
      <w:r w:rsidR="00571ED7" w:rsidRPr="00F14AA3">
        <w:rPr>
          <w:b/>
        </w:rPr>
        <w:t xml:space="preserve"> </w:t>
      </w:r>
      <w:proofErr w:type="spellStart"/>
      <w:r w:rsidR="00571ED7" w:rsidRPr="00F14AA3">
        <w:rPr>
          <w:b/>
        </w:rPr>
        <w:t>autonomicznego</w:t>
      </w:r>
      <w:proofErr w:type="spellEnd"/>
      <w:r w:rsidR="00571ED7" w:rsidRPr="00F14AA3">
        <w:rPr>
          <w:b/>
        </w:rPr>
        <w:t xml:space="preserve"> </w:t>
      </w:r>
      <w:proofErr w:type="spellStart"/>
      <w:r w:rsidR="00571ED7" w:rsidRPr="00F14AA3">
        <w:rPr>
          <w:b/>
        </w:rPr>
        <w:t>przywracania</w:t>
      </w:r>
      <w:proofErr w:type="spellEnd"/>
      <w:r w:rsidR="00571ED7" w:rsidRPr="00F14AA3">
        <w:rPr>
          <w:b/>
        </w:rPr>
        <w:t xml:space="preserve"> </w:t>
      </w:r>
      <w:proofErr w:type="spellStart"/>
      <w:r w:rsidR="00571ED7" w:rsidRPr="00F14AA3">
        <w:rPr>
          <w:b/>
        </w:rPr>
        <w:t>procesu</w:t>
      </w:r>
      <w:proofErr w:type="spellEnd"/>
      <w:r w:rsidR="00571ED7" w:rsidRPr="00F14AA3">
        <w:rPr>
          <w:b/>
        </w:rPr>
        <w:t xml:space="preserve"> FDM z </w:t>
      </w:r>
      <w:proofErr w:type="spellStart"/>
      <w:r w:rsidR="00571ED7" w:rsidRPr="00F14AA3">
        <w:rPr>
          <w:b/>
        </w:rPr>
        <w:t>wykorzystaniem</w:t>
      </w:r>
      <w:proofErr w:type="spellEnd"/>
      <w:r w:rsidR="00571ED7" w:rsidRPr="00F14AA3">
        <w:rPr>
          <w:b/>
        </w:rPr>
        <w:t xml:space="preserve"> </w:t>
      </w:r>
      <w:proofErr w:type="spellStart"/>
      <w:r w:rsidR="00571ED7" w:rsidRPr="00F14AA3">
        <w:rPr>
          <w:b/>
        </w:rPr>
        <w:t>multisensoryki</w:t>
      </w:r>
      <w:proofErr w:type="spellEnd"/>
      <w:r w:rsidR="00571ED7" w:rsidRPr="00F14AA3">
        <w:rPr>
          <w:b/>
        </w:rPr>
        <w:t xml:space="preserve">, AI </w:t>
      </w:r>
      <w:proofErr w:type="spellStart"/>
      <w:r w:rsidR="00571ED7" w:rsidRPr="00F14AA3">
        <w:rPr>
          <w:b/>
        </w:rPr>
        <w:t>i</w:t>
      </w:r>
      <w:proofErr w:type="spellEnd"/>
      <w:r w:rsidR="00571ED7" w:rsidRPr="00F14AA3">
        <w:rPr>
          <w:b/>
        </w:rPr>
        <w:t xml:space="preserve"> </w:t>
      </w:r>
      <w:proofErr w:type="spellStart"/>
      <w:r w:rsidR="00571ED7" w:rsidRPr="00F14AA3">
        <w:rPr>
          <w:b/>
        </w:rPr>
        <w:t>cyfrowego</w:t>
      </w:r>
      <w:proofErr w:type="spellEnd"/>
      <w:r w:rsidR="00571ED7" w:rsidRPr="00F14AA3">
        <w:rPr>
          <w:b/>
        </w:rPr>
        <w:t xml:space="preserve"> </w:t>
      </w:r>
      <w:proofErr w:type="spellStart"/>
      <w:r w:rsidR="00571ED7" w:rsidRPr="00F14AA3">
        <w:rPr>
          <w:b/>
        </w:rPr>
        <w:t>bliźniaka</w:t>
      </w:r>
      <w:proofErr w:type="spellEnd"/>
    </w:p>
    <w:p w14:paraId="0A81B974" w14:textId="2B1FF6A9" w:rsidR="00E54091" w:rsidRPr="00F14AA3" w:rsidRDefault="00E54091" w:rsidP="00571ED7">
      <w:pPr>
        <w:pStyle w:val="Listapunktowana"/>
        <w:numPr>
          <w:ilvl w:val="0"/>
          <w:numId w:val="0"/>
        </w:numPr>
      </w:pPr>
      <w:proofErr w:type="spellStart"/>
      <w:r w:rsidRPr="00F14AA3">
        <w:t>na</w:t>
      </w:r>
      <w:proofErr w:type="spellEnd"/>
      <w:r w:rsidRPr="00F14AA3">
        <w:t xml:space="preserve"> </w:t>
      </w:r>
      <w:proofErr w:type="spellStart"/>
      <w:r w:rsidRPr="00F14AA3">
        <w:t>wyłonienie</w:t>
      </w:r>
      <w:proofErr w:type="spellEnd"/>
      <w:r w:rsidRPr="00F14AA3">
        <w:t xml:space="preserve"> </w:t>
      </w:r>
      <w:proofErr w:type="spellStart"/>
      <w:r w:rsidRPr="00F14AA3">
        <w:t>Wykonawcy</w:t>
      </w:r>
      <w:proofErr w:type="spellEnd"/>
      <w:r w:rsidRPr="00F14AA3">
        <w:t xml:space="preserve"> </w:t>
      </w:r>
      <w:proofErr w:type="spellStart"/>
      <w:r w:rsidRPr="00F14AA3">
        <w:t>usługi</w:t>
      </w:r>
      <w:proofErr w:type="spellEnd"/>
      <w:r w:rsidRPr="00F14AA3">
        <w:t xml:space="preserve"> </w:t>
      </w:r>
      <w:proofErr w:type="spellStart"/>
      <w:r w:rsidRPr="00F14AA3">
        <w:t>badawczo-rozwojowej</w:t>
      </w:r>
      <w:proofErr w:type="spellEnd"/>
      <w:r w:rsidRPr="00F14AA3">
        <w:t xml:space="preserve"> w </w:t>
      </w:r>
      <w:proofErr w:type="spellStart"/>
      <w:r w:rsidRPr="00F14AA3">
        <w:t>zakresie</w:t>
      </w:r>
      <w:proofErr w:type="spellEnd"/>
      <w:r w:rsidRPr="00F14AA3">
        <w:t xml:space="preserve"> </w:t>
      </w:r>
      <w:proofErr w:type="spellStart"/>
      <w:r w:rsidRPr="00F14AA3">
        <w:t>opracowania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walidacji</w:t>
      </w:r>
      <w:proofErr w:type="spellEnd"/>
      <w:r w:rsidRPr="00F14AA3">
        <w:t xml:space="preserve"> </w:t>
      </w:r>
      <w:proofErr w:type="spellStart"/>
      <w:r w:rsidRPr="00F14AA3">
        <w:t>elektroniki</w:t>
      </w:r>
      <w:proofErr w:type="spellEnd"/>
      <w:r w:rsidRPr="00F14AA3">
        <w:t xml:space="preserve"> </w:t>
      </w:r>
      <w:proofErr w:type="spellStart"/>
      <w:r w:rsidRPr="00F14AA3">
        <w:t>pomiarowo-wykonawczej</w:t>
      </w:r>
      <w:proofErr w:type="spellEnd"/>
      <w:r w:rsidRPr="00F14AA3">
        <w:t xml:space="preserve">, firmware </w:t>
      </w:r>
      <w:proofErr w:type="spellStart"/>
      <w:r w:rsidRPr="00F14AA3">
        <w:t>oraz</w:t>
      </w:r>
      <w:proofErr w:type="spellEnd"/>
      <w:r w:rsidRPr="00F14AA3">
        <w:t xml:space="preserve"> </w:t>
      </w:r>
      <w:proofErr w:type="spellStart"/>
      <w:r w:rsidRPr="00F14AA3">
        <w:t>wsparcia</w:t>
      </w:r>
      <w:proofErr w:type="spellEnd"/>
      <w:r w:rsidRPr="00F14AA3">
        <w:t xml:space="preserve"> </w:t>
      </w:r>
      <w:proofErr w:type="spellStart"/>
      <w:r w:rsidRPr="00F14AA3">
        <w:t>uczenia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integracji</w:t>
      </w:r>
      <w:proofErr w:type="spellEnd"/>
      <w:r w:rsidRPr="00F14AA3">
        <w:t xml:space="preserve"> </w:t>
      </w:r>
      <w:proofErr w:type="spellStart"/>
      <w:r w:rsidRPr="00F14AA3">
        <w:t>modeli</w:t>
      </w:r>
      <w:proofErr w:type="spellEnd"/>
      <w:r w:rsidRPr="00F14AA3">
        <w:t xml:space="preserve"> AI </w:t>
      </w:r>
      <w:proofErr w:type="spellStart"/>
      <w:r w:rsidRPr="00F14AA3">
        <w:t>dla</w:t>
      </w:r>
      <w:proofErr w:type="spellEnd"/>
      <w:r w:rsidRPr="00F14AA3">
        <w:t xml:space="preserve"> </w:t>
      </w:r>
      <w:proofErr w:type="spellStart"/>
      <w:r w:rsidRPr="00F14AA3">
        <w:t>systemów</w:t>
      </w:r>
      <w:proofErr w:type="spellEnd"/>
      <w:r w:rsidRPr="00F14AA3">
        <w:t xml:space="preserve"> Rapid-Recognition </w:t>
      </w:r>
      <w:proofErr w:type="spellStart"/>
      <w:r w:rsidRPr="00F14AA3">
        <w:t>i</w:t>
      </w:r>
      <w:proofErr w:type="spellEnd"/>
      <w:r w:rsidRPr="00F14AA3">
        <w:t xml:space="preserve"> U-Change.</w:t>
      </w:r>
    </w:p>
    <w:p w14:paraId="2F7A1E00" w14:textId="43C6187B" w:rsidR="00E54091" w:rsidRPr="00F14AA3" w:rsidRDefault="00E54091" w:rsidP="00E54091">
      <w:pPr>
        <w:rPr>
          <w:rFonts w:ascii="Times New Roman" w:hAnsi="Times New Roman" w:cs="Times New Roman"/>
          <w:color w:val="000000"/>
          <w:sz w:val="22"/>
        </w:rPr>
      </w:pPr>
      <w:r w:rsidRPr="00F14AA3">
        <w:rPr>
          <w:rFonts w:ascii="Times New Roman" w:hAnsi="Times New Roman" w:cs="Times New Roman"/>
          <w:color w:val="000000"/>
          <w:sz w:val="22"/>
        </w:rPr>
        <w:t xml:space="preserve">Data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publikacji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w BK2021: </w:t>
      </w:r>
      <w:r w:rsidR="00743588" w:rsidRPr="00F14AA3">
        <w:rPr>
          <w:rFonts w:ascii="Times New Roman" w:hAnsi="Times New Roman" w:cs="Times New Roman"/>
          <w:color w:val="000000"/>
          <w:sz w:val="22"/>
        </w:rPr>
        <w:t>07.10.2026</w:t>
      </w:r>
    </w:p>
    <w:p w14:paraId="6F03A847" w14:textId="44E565AB" w:rsidR="00E54091" w:rsidRPr="00F14AA3" w:rsidRDefault="00E54091">
      <w:pPr>
        <w:pStyle w:val="Nagwek2"/>
      </w:pPr>
      <w:r w:rsidRPr="00F14AA3">
        <w:t xml:space="preserve">1. </w:t>
      </w:r>
      <w:proofErr w:type="spellStart"/>
      <w:r w:rsidRPr="00F14AA3">
        <w:t>Zamawiający</w:t>
      </w:r>
      <w:proofErr w:type="spellEnd"/>
      <w:r w:rsidRPr="00F14AA3">
        <w:t xml:space="preserve"> i </w:t>
      </w:r>
      <w:proofErr w:type="spellStart"/>
      <w:r w:rsidRPr="00F14AA3">
        <w:t>tryb</w:t>
      </w:r>
      <w:proofErr w:type="spellEnd"/>
      <w:r w:rsidRPr="00F14AA3">
        <w:t xml:space="preserve"> </w:t>
      </w:r>
      <w:proofErr w:type="spellStart"/>
      <w:r w:rsidRPr="00F14AA3">
        <w:t>postępowania</w:t>
      </w:r>
      <w:proofErr w:type="spellEnd"/>
    </w:p>
    <w:p w14:paraId="2306CA17" w14:textId="0876CB30" w:rsidR="00E54091" w:rsidRPr="00F14AA3" w:rsidRDefault="00E54091" w:rsidP="00E54091">
      <w:pPr>
        <w:pStyle w:val="Listapunktowana"/>
      </w:pPr>
      <w:proofErr w:type="spellStart"/>
      <w:r w:rsidRPr="00F14AA3">
        <w:rPr>
          <w:b/>
        </w:rPr>
        <w:t>Zamawiający</w:t>
      </w:r>
      <w:proofErr w:type="spellEnd"/>
      <w:r w:rsidRPr="00F14AA3">
        <w:rPr>
          <w:b/>
        </w:rPr>
        <w:t xml:space="preserve">: </w:t>
      </w:r>
      <w:r w:rsidRPr="00F14AA3">
        <w:t xml:space="preserve">UBOT TECHNOLOGIES Sp. z </w:t>
      </w:r>
      <w:proofErr w:type="spellStart"/>
      <w:r w:rsidRPr="00F14AA3">
        <w:t>o.o.</w:t>
      </w:r>
      <w:proofErr w:type="spellEnd"/>
      <w:r w:rsidRPr="00F14AA3">
        <w:t xml:space="preserve">, ul. </w:t>
      </w:r>
      <w:proofErr w:type="spellStart"/>
      <w:r w:rsidRPr="00F14AA3">
        <w:t>Rybitwy</w:t>
      </w:r>
      <w:proofErr w:type="spellEnd"/>
      <w:r w:rsidRPr="00F14AA3">
        <w:t xml:space="preserve"> 22, 30-722 Kraków, NIP 6793195940, </w:t>
      </w:r>
      <w:r w:rsidR="008A0B04" w:rsidRPr="00F14AA3">
        <w:t>REGON 385429822, KRS 0000826234</w:t>
      </w:r>
      <w:r w:rsidRPr="00F14AA3">
        <w:t>.</w:t>
      </w:r>
    </w:p>
    <w:p w14:paraId="5BA7DC9A" w14:textId="2D3F6119" w:rsidR="00E54091" w:rsidRPr="00F14AA3" w:rsidRDefault="00E54091" w:rsidP="00E54091">
      <w:pPr>
        <w:pStyle w:val="Listapunktowana"/>
      </w:pPr>
      <w:r w:rsidRPr="00F14AA3">
        <w:rPr>
          <w:b/>
        </w:rPr>
        <w:t xml:space="preserve">Osoba do </w:t>
      </w:r>
      <w:proofErr w:type="spellStart"/>
      <w:r w:rsidRPr="00F14AA3">
        <w:rPr>
          <w:b/>
        </w:rPr>
        <w:t>kontaktu</w:t>
      </w:r>
      <w:proofErr w:type="spellEnd"/>
      <w:r w:rsidRPr="00F14AA3">
        <w:rPr>
          <w:b/>
        </w:rPr>
        <w:t xml:space="preserve">: </w:t>
      </w:r>
      <w:r w:rsidRPr="00F14AA3">
        <w:t xml:space="preserve">Dorota </w:t>
      </w:r>
      <w:proofErr w:type="spellStart"/>
      <w:r w:rsidRPr="00F14AA3">
        <w:t>Zdechlikiewicz</w:t>
      </w:r>
      <w:proofErr w:type="spellEnd"/>
      <w:r w:rsidRPr="00F14AA3">
        <w:t xml:space="preserve">, tel. 607 590 787, e-mail: sekretariat@ubot3d.pl. </w:t>
      </w:r>
      <w:proofErr w:type="spellStart"/>
      <w:r w:rsidRPr="00F14AA3">
        <w:t>Komunikacja</w:t>
      </w:r>
      <w:proofErr w:type="spellEnd"/>
      <w:r w:rsidRPr="00F14AA3">
        <w:t xml:space="preserve"> w </w:t>
      </w:r>
      <w:proofErr w:type="spellStart"/>
      <w:r w:rsidRPr="00F14AA3">
        <w:t>postępowaniu</w:t>
      </w:r>
      <w:proofErr w:type="spellEnd"/>
      <w:r w:rsidRPr="00F14AA3">
        <w:t xml:space="preserve">, w </w:t>
      </w:r>
      <w:proofErr w:type="spellStart"/>
      <w:r w:rsidRPr="00F14AA3">
        <w:t>tym</w:t>
      </w:r>
      <w:proofErr w:type="spellEnd"/>
      <w:r w:rsidRPr="00F14AA3">
        <w:t xml:space="preserve"> </w:t>
      </w:r>
      <w:proofErr w:type="spellStart"/>
      <w:r w:rsidRPr="00F14AA3">
        <w:t>pytania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odpowiedzi</w:t>
      </w:r>
      <w:proofErr w:type="spellEnd"/>
      <w:r w:rsidRPr="00F14AA3">
        <w:t xml:space="preserve">, </w:t>
      </w:r>
      <w:proofErr w:type="spellStart"/>
      <w:r w:rsidRPr="00F14AA3">
        <w:t>odbywa</w:t>
      </w:r>
      <w:proofErr w:type="spellEnd"/>
      <w:r w:rsidRPr="00F14AA3">
        <w:t xml:space="preserve"> </w:t>
      </w:r>
      <w:proofErr w:type="spellStart"/>
      <w:r w:rsidRPr="00F14AA3">
        <w:t>się</w:t>
      </w:r>
      <w:proofErr w:type="spellEnd"/>
      <w:r w:rsidRPr="00F14AA3">
        <w:t xml:space="preserve"> </w:t>
      </w:r>
      <w:proofErr w:type="spellStart"/>
      <w:r w:rsidRPr="00F14AA3">
        <w:t>wyłącznie</w:t>
      </w:r>
      <w:proofErr w:type="spellEnd"/>
      <w:r w:rsidRPr="00F14AA3">
        <w:t xml:space="preserve"> za </w:t>
      </w:r>
      <w:proofErr w:type="spellStart"/>
      <w:r w:rsidRPr="00F14AA3">
        <w:t>pośrednictwem</w:t>
      </w:r>
      <w:proofErr w:type="spellEnd"/>
      <w:r w:rsidRPr="00F14AA3">
        <w:t xml:space="preserve"> BK2021.</w:t>
      </w:r>
    </w:p>
    <w:p w14:paraId="19D369A4" w14:textId="77777777" w:rsidR="00E54091" w:rsidRPr="00F14AA3" w:rsidRDefault="00E54091" w:rsidP="00E54091">
      <w:pPr>
        <w:rPr>
          <w:rFonts w:ascii="Times New Roman" w:hAnsi="Times New Roman" w:cs="Times New Roman"/>
          <w:color w:val="000000"/>
          <w:sz w:val="22"/>
        </w:rPr>
      </w:pP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Postępowanie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prowadzone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jest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zgodnie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z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zasadą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konkurencyjności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określoną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w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Wytycznych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dotyczących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kwalifikowalności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wydatków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na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lata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2021–2027, w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wersji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obowiązującej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w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dniu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wszczęcia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postępowania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,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poprzez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>:</w:t>
      </w:r>
    </w:p>
    <w:p w14:paraId="7B736983" w14:textId="77777777" w:rsidR="00E54091" w:rsidRPr="00F14AA3" w:rsidRDefault="00E54091" w:rsidP="00E54091">
      <w:pPr>
        <w:pStyle w:val="Listapunktowana"/>
      </w:pPr>
      <w:proofErr w:type="spellStart"/>
      <w:r w:rsidRPr="00F14AA3">
        <w:t>upublicznienie</w:t>
      </w:r>
      <w:proofErr w:type="spellEnd"/>
      <w:r w:rsidRPr="00F14AA3">
        <w:t xml:space="preserve"> </w:t>
      </w:r>
      <w:proofErr w:type="spellStart"/>
      <w:r w:rsidRPr="00F14AA3">
        <w:t>zapytania</w:t>
      </w:r>
      <w:proofErr w:type="spellEnd"/>
      <w:r w:rsidRPr="00F14AA3">
        <w:t xml:space="preserve"> </w:t>
      </w:r>
      <w:proofErr w:type="spellStart"/>
      <w:r w:rsidRPr="00F14AA3">
        <w:t>ofertowego</w:t>
      </w:r>
      <w:proofErr w:type="spellEnd"/>
      <w:r w:rsidRPr="00F14AA3">
        <w:t xml:space="preserve"> w Bazie </w:t>
      </w:r>
      <w:proofErr w:type="spellStart"/>
      <w:r w:rsidRPr="00F14AA3">
        <w:t>Konkurencyjności</w:t>
      </w:r>
      <w:proofErr w:type="spellEnd"/>
      <w:r w:rsidRPr="00F14AA3">
        <w:t xml:space="preserve"> (BK2021): https://bazakonkurencyjnosci.funduszeeuropejskie.gov.pl;</w:t>
      </w:r>
    </w:p>
    <w:p w14:paraId="38CE224A" w14:textId="77777777" w:rsidR="00E54091" w:rsidRPr="00F14AA3" w:rsidRDefault="00E54091" w:rsidP="00E54091">
      <w:pPr>
        <w:pStyle w:val="Listapunktowana"/>
      </w:pPr>
      <w:proofErr w:type="spellStart"/>
      <w:r w:rsidRPr="00F14AA3">
        <w:t>zebranie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ocenę</w:t>
      </w:r>
      <w:proofErr w:type="spellEnd"/>
      <w:r w:rsidRPr="00F14AA3">
        <w:t xml:space="preserve"> </w:t>
      </w:r>
      <w:proofErr w:type="spellStart"/>
      <w:r w:rsidRPr="00F14AA3">
        <w:t>ofert</w:t>
      </w:r>
      <w:proofErr w:type="spellEnd"/>
      <w:r w:rsidRPr="00F14AA3">
        <w:t xml:space="preserve"> </w:t>
      </w:r>
      <w:proofErr w:type="spellStart"/>
      <w:r w:rsidRPr="00F14AA3">
        <w:t>według</w:t>
      </w:r>
      <w:proofErr w:type="spellEnd"/>
      <w:r w:rsidRPr="00F14AA3">
        <w:t xml:space="preserve"> </w:t>
      </w:r>
      <w:proofErr w:type="spellStart"/>
      <w:r w:rsidRPr="00F14AA3">
        <w:t>kryterium</w:t>
      </w:r>
      <w:proofErr w:type="spellEnd"/>
      <w:r w:rsidRPr="00F14AA3">
        <w:t xml:space="preserve"> </w:t>
      </w:r>
      <w:proofErr w:type="spellStart"/>
      <w:r w:rsidRPr="00F14AA3">
        <w:t>określonego</w:t>
      </w:r>
      <w:proofErr w:type="spellEnd"/>
      <w:r w:rsidRPr="00F14AA3">
        <w:t xml:space="preserve"> w pkt 15;</w:t>
      </w:r>
    </w:p>
    <w:p w14:paraId="35F5B5E0" w14:textId="77777777" w:rsidR="00E54091" w:rsidRPr="00F14AA3" w:rsidRDefault="00E54091" w:rsidP="00E54091">
      <w:pPr>
        <w:pStyle w:val="Listapunktowana"/>
      </w:pPr>
      <w:proofErr w:type="spellStart"/>
      <w:r w:rsidRPr="00F14AA3">
        <w:t>wybór</w:t>
      </w:r>
      <w:proofErr w:type="spellEnd"/>
      <w:r w:rsidRPr="00F14AA3">
        <w:t xml:space="preserve"> </w:t>
      </w:r>
      <w:proofErr w:type="spellStart"/>
      <w:r w:rsidRPr="00F14AA3">
        <w:t>najkorzystniejszej</w:t>
      </w:r>
      <w:proofErr w:type="spellEnd"/>
      <w:r w:rsidRPr="00F14AA3">
        <w:t xml:space="preserve"> </w:t>
      </w:r>
      <w:proofErr w:type="spellStart"/>
      <w:r w:rsidRPr="00F14AA3">
        <w:t>oferty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sporządzenie</w:t>
      </w:r>
      <w:proofErr w:type="spellEnd"/>
      <w:r w:rsidRPr="00F14AA3">
        <w:t xml:space="preserve"> </w:t>
      </w:r>
      <w:proofErr w:type="spellStart"/>
      <w:r w:rsidRPr="00F14AA3">
        <w:t>protokołu</w:t>
      </w:r>
      <w:proofErr w:type="spellEnd"/>
      <w:r w:rsidRPr="00F14AA3">
        <w:t xml:space="preserve"> z </w:t>
      </w:r>
      <w:proofErr w:type="spellStart"/>
      <w:r w:rsidRPr="00F14AA3">
        <w:t>postępowania</w:t>
      </w:r>
      <w:proofErr w:type="spellEnd"/>
      <w:r w:rsidRPr="00F14AA3">
        <w:t>;</w:t>
      </w:r>
    </w:p>
    <w:p w14:paraId="2FD815C3" w14:textId="77777777" w:rsidR="00E54091" w:rsidRPr="00F14AA3" w:rsidRDefault="00E54091" w:rsidP="00E54091">
      <w:pPr>
        <w:pStyle w:val="Listapunktowana"/>
      </w:pPr>
      <w:proofErr w:type="spellStart"/>
      <w:r w:rsidRPr="00F14AA3">
        <w:t>upublicznienie</w:t>
      </w:r>
      <w:proofErr w:type="spellEnd"/>
      <w:r w:rsidRPr="00F14AA3">
        <w:t xml:space="preserve"> </w:t>
      </w:r>
      <w:proofErr w:type="spellStart"/>
      <w:r w:rsidRPr="00F14AA3">
        <w:t>informacji</w:t>
      </w:r>
      <w:proofErr w:type="spellEnd"/>
      <w:r w:rsidRPr="00F14AA3">
        <w:t xml:space="preserve"> o </w:t>
      </w:r>
      <w:proofErr w:type="spellStart"/>
      <w:r w:rsidRPr="00F14AA3">
        <w:t>wyniku</w:t>
      </w:r>
      <w:proofErr w:type="spellEnd"/>
      <w:r w:rsidRPr="00F14AA3">
        <w:t xml:space="preserve"> </w:t>
      </w:r>
      <w:proofErr w:type="spellStart"/>
      <w:r w:rsidRPr="00F14AA3">
        <w:t>postępowania</w:t>
      </w:r>
      <w:proofErr w:type="spellEnd"/>
      <w:r w:rsidRPr="00F14AA3">
        <w:t xml:space="preserve"> w BK2021.</w:t>
      </w:r>
    </w:p>
    <w:p w14:paraId="3C550AF2" w14:textId="77777777" w:rsidR="00E54091" w:rsidRPr="00F14AA3" w:rsidRDefault="00E54091" w:rsidP="00E54091">
      <w:pPr>
        <w:rPr>
          <w:rFonts w:ascii="Times New Roman" w:hAnsi="Times New Roman" w:cs="Times New Roman"/>
          <w:color w:val="000000"/>
          <w:sz w:val="22"/>
        </w:rPr>
      </w:pPr>
      <w:r w:rsidRPr="00F14AA3">
        <w:rPr>
          <w:rFonts w:ascii="Times New Roman" w:hAnsi="Times New Roman" w:cs="Times New Roman"/>
          <w:color w:val="000000"/>
          <w:sz w:val="22"/>
        </w:rPr>
        <w:t xml:space="preserve">Do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postępowania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nie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stosuje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się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przepisów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ustawy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z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dnia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11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września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2019 r. –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Prawo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zamówień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publicznych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>.</w:t>
      </w:r>
    </w:p>
    <w:p w14:paraId="04BD8681" w14:textId="77777777" w:rsidR="00E54091" w:rsidRPr="00F14AA3" w:rsidRDefault="00E54091" w:rsidP="00E54091">
      <w:pPr>
        <w:pStyle w:val="Nagwek2"/>
      </w:pPr>
      <w:r w:rsidRPr="00F14AA3">
        <w:t xml:space="preserve">2. </w:t>
      </w:r>
      <w:proofErr w:type="spellStart"/>
      <w:r w:rsidRPr="00F14AA3">
        <w:t>Kontekst</w:t>
      </w:r>
      <w:proofErr w:type="spellEnd"/>
      <w:r w:rsidRPr="00F14AA3">
        <w:t xml:space="preserve"> </w:t>
      </w:r>
      <w:proofErr w:type="spellStart"/>
      <w:r w:rsidRPr="00F14AA3">
        <w:t>projektu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charakter</w:t>
      </w:r>
      <w:proofErr w:type="spellEnd"/>
      <w:r w:rsidRPr="00F14AA3">
        <w:t xml:space="preserve"> </w:t>
      </w:r>
      <w:proofErr w:type="spellStart"/>
      <w:r w:rsidRPr="00F14AA3">
        <w:t>umowy</w:t>
      </w:r>
      <w:proofErr w:type="spellEnd"/>
    </w:p>
    <w:p w14:paraId="19432FEF" w14:textId="77777777" w:rsidR="00E54091" w:rsidRPr="00F14AA3" w:rsidRDefault="00E54091" w:rsidP="00E54091">
      <w:pPr>
        <w:rPr>
          <w:rFonts w:ascii="Times New Roman" w:hAnsi="Times New Roman" w:cs="Times New Roman"/>
          <w:color w:val="000000"/>
          <w:sz w:val="22"/>
        </w:rPr>
      </w:pP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Postępowanie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prowadzone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jest w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związku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z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przygotowaniem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projektu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badawczo-rozwojowego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planowanego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do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złożenia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w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naborze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FENG.01.01-IP.01-003/26 –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Ścieżka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SMART –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projekty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realizowane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w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konsorcjach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, w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ramach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programu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Fundusze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Europejskie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dla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Nowoczesnej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Gospodarki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2021–2027, Priorytet 1 „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Wsparcie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dla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przedsiębiorców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”. Projekt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dotyczy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systemu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predykcyjnej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kontroli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procesu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druku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FDM z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wykorzystaniem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sensoryki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sztucznej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inteligencji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(Rapid-Recognition)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oraz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systemu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automatycznego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reagowania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na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anomalie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druku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(U-Change)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dla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przemysłowej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drukarki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3D X1000U.</w:t>
      </w:r>
    </w:p>
    <w:p w14:paraId="3026C079" w14:textId="77777777" w:rsidR="00E54091" w:rsidRPr="00F14AA3" w:rsidRDefault="00E54091" w:rsidP="00E54091">
      <w:pPr>
        <w:rPr>
          <w:rFonts w:ascii="Times New Roman" w:hAnsi="Times New Roman" w:cs="Times New Roman"/>
          <w:color w:val="000000"/>
          <w:sz w:val="22"/>
        </w:rPr>
      </w:pPr>
      <w:r w:rsidRPr="00F14AA3">
        <w:rPr>
          <w:rFonts w:ascii="Times New Roman" w:hAnsi="Times New Roman" w:cs="Times New Roman"/>
          <w:color w:val="000000"/>
          <w:sz w:val="22"/>
        </w:rPr>
        <w:t xml:space="preserve">Z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wybranym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Wykonawcą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zostanie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zawarta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umowa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warunkowa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,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której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wejście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w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życie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uzależnione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jest od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przyznania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dofinansowania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zawarcia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przez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Zamawiającego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umowy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o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dofinansowanie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projektu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.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Zamówienie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będzie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realizowane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w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całości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w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ramach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projektu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>.</w:t>
      </w:r>
    </w:p>
    <w:p w14:paraId="51BE4AB0" w14:textId="77777777" w:rsidR="00E54091" w:rsidRPr="00F14AA3" w:rsidRDefault="00E54091" w:rsidP="00E54091">
      <w:pPr>
        <w:pStyle w:val="Nagwek2"/>
      </w:pPr>
      <w:r w:rsidRPr="00F14AA3">
        <w:lastRenderedPageBreak/>
        <w:t xml:space="preserve">3. Nazwa </w:t>
      </w:r>
      <w:proofErr w:type="spellStart"/>
      <w:r w:rsidRPr="00F14AA3">
        <w:t>zamówienia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kody</w:t>
      </w:r>
      <w:proofErr w:type="spellEnd"/>
      <w:r w:rsidRPr="00F14AA3">
        <w:t xml:space="preserve"> CPV</w:t>
      </w:r>
    </w:p>
    <w:p w14:paraId="4E9BB35A" w14:textId="77777777" w:rsidR="00E54091" w:rsidRPr="00F14AA3" w:rsidRDefault="00E54091" w:rsidP="00E54091">
      <w:pPr>
        <w:rPr>
          <w:rFonts w:ascii="Times New Roman" w:hAnsi="Times New Roman" w:cs="Times New Roman"/>
          <w:b/>
          <w:color w:val="000000"/>
          <w:sz w:val="22"/>
        </w:rPr>
      </w:pPr>
      <w:proofErr w:type="spellStart"/>
      <w:r w:rsidRPr="00F14AA3">
        <w:rPr>
          <w:rFonts w:ascii="Times New Roman" w:hAnsi="Times New Roman" w:cs="Times New Roman"/>
          <w:b/>
          <w:color w:val="000000"/>
          <w:sz w:val="22"/>
        </w:rPr>
        <w:t>Usługa</w:t>
      </w:r>
      <w:proofErr w:type="spellEnd"/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b/>
          <w:color w:val="000000"/>
          <w:sz w:val="22"/>
        </w:rPr>
        <w:t>badawczo-rozwojowa</w:t>
      </w:r>
      <w:proofErr w:type="spellEnd"/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 w </w:t>
      </w:r>
      <w:proofErr w:type="spellStart"/>
      <w:r w:rsidRPr="00F14AA3">
        <w:rPr>
          <w:rFonts w:ascii="Times New Roman" w:hAnsi="Times New Roman" w:cs="Times New Roman"/>
          <w:b/>
          <w:color w:val="000000"/>
          <w:sz w:val="22"/>
        </w:rPr>
        <w:t>zakresie</w:t>
      </w:r>
      <w:proofErr w:type="spellEnd"/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b/>
          <w:color w:val="000000"/>
          <w:sz w:val="22"/>
        </w:rPr>
        <w:t>opracowania</w:t>
      </w:r>
      <w:proofErr w:type="spellEnd"/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b/>
          <w:color w:val="000000"/>
          <w:sz w:val="22"/>
        </w:rPr>
        <w:t>i</w:t>
      </w:r>
      <w:proofErr w:type="spellEnd"/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b/>
          <w:color w:val="000000"/>
          <w:sz w:val="22"/>
        </w:rPr>
        <w:t>walidacji</w:t>
      </w:r>
      <w:proofErr w:type="spellEnd"/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b/>
          <w:color w:val="000000"/>
          <w:sz w:val="22"/>
        </w:rPr>
        <w:t>elektroniki</w:t>
      </w:r>
      <w:proofErr w:type="spellEnd"/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b/>
          <w:color w:val="000000"/>
          <w:sz w:val="22"/>
        </w:rPr>
        <w:t>pomiarowo-wykonawczej</w:t>
      </w:r>
      <w:proofErr w:type="spellEnd"/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, firmware </w:t>
      </w:r>
      <w:proofErr w:type="spellStart"/>
      <w:r w:rsidRPr="00F14AA3">
        <w:rPr>
          <w:rFonts w:ascii="Times New Roman" w:hAnsi="Times New Roman" w:cs="Times New Roman"/>
          <w:b/>
          <w:color w:val="000000"/>
          <w:sz w:val="22"/>
        </w:rPr>
        <w:t>oraz</w:t>
      </w:r>
      <w:proofErr w:type="spellEnd"/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b/>
          <w:color w:val="000000"/>
          <w:sz w:val="22"/>
        </w:rPr>
        <w:t>wsparcia</w:t>
      </w:r>
      <w:proofErr w:type="spellEnd"/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b/>
          <w:color w:val="000000"/>
          <w:sz w:val="22"/>
        </w:rPr>
        <w:t>uczenia</w:t>
      </w:r>
      <w:proofErr w:type="spellEnd"/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 i </w:t>
      </w:r>
      <w:proofErr w:type="spellStart"/>
      <w:r w:rsidRPr="00F14AA3">
        <w:rPr>
          <w:rFonts w:ascii="Times New Roman" w:hAnsi="Times New Roman" w:cs="Times New Roman"/>
          <w:b/>
          <w:color w:val="000000"/>
          <w:sz w:val="22"/>
        </w:rPr>
        <w:t>integracji</w:t>
      </w:r>
      <w:proofErr w:type="spellEnd"/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b/>
          <w:color w:val="000000"/>
          <w:sz w:val="22"/>
        </w:rPr>
        <w:t>modeli</w:t>
      </w:r>
      <w:proofErr w:type="spellEnd"/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 AI </w:t>
      </w:r>
      <w:proofErr w:type="spellStart"/>
      <w:r w:rsidRPr="00F14AA3">
        <w:rPr>
          <w:rFonts w:ascii="Times New Roman" w:hAnsi="Times New Roman" w:cs="Times New Roman"/>
          <w:b/>
          <w:color w:val="000000"/>
          <w:sz w:val="22"/>
        </w:rPr>
        <w:t>dla</w:t>
      </w:r>
      <w:proofErr w:type="spellEnd"/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b/>
          <w:color w:val="000000"/>
          <w:sz w:val="22"/>
        </w:rPr>
        <w:t>systemów</w:t>
      </w:r>
      <w:proofErr w:type="spellEnd"/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 Rapid-Recognition </w:t>
      </w:r>
      <w:proofErr w:type="spellStart"/>
      <w:r w:rsidRPr="00F14AA3">
        <w:rPr>
          <w:rFonts w:ascii="Times New Roman" w:hAnsi="Times New Roman" w:cs="Times New Roman"/>
          <w:b/>
          <w:color w:val="000000"/>
          <w:sz w:val="22"/>
        </w:rPr>
        <w:t>i</w:t>
      </w:r>
      <w:proofErr w:type="spellEnd"/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 U-Change </w:t>
      </w:r>
      <w:proofErr w:type="spellStart"/>
      <w:r w:rsidRPr="00F14AA3">
        <w:rPr>
          <w:rFonts w:ascii="Times New Roman" w:hAnsi="Times New Roman" w:cs="Times New Roman"/>
          <w:b/>
          <w:color w:val="000000"/>
          <w:sz w:val="22"/>
        </w:rPr>
        <w:t>przemysłowej</w:t>
      </w:r>
      <w:proofErr w:type="spellEnd"/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b/>
          <w:color w:val="000000"/>
          <w:sz w:val="22"/>
        </w:rPr>
        <w:t>drukarki</w:t>
      </w:r>
      <w:proofErr w:type="spellEnd"/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 FDM.</w:t>
      </w:r>
    </w:p>
    <w:p w14:paraId="064CEA92" w14:textId="77777777" w:rsidR="00E54091" w:rsidRPr="00F14AA3" w:rsidRDefault="00E54091" w:rsidP="00E54091">
      <w:pPr>
        <w:pStyle w:val="Listapunktowana"/>
      </w:pPr>
      <w:r w:rsidRPr="00F14AA3">
        <w:t xml:space="preserve">73000000-2 – </w:t>
      </w:r>
      <w:proofErr w:type="spellStart"/>
      <w:r w:rsidRPr="00F14AA3">
        <w:t>Usługi</w:t>
      </w:r>
      <w:proofErr w:type="spellEnd"/>
      <w:r w:rsidRPr="00F14AA3">
        <w:t xml:space="preserve"> </w:t>
      </w:r>
      <w:proofErr w:type="spellStart"/>
      <w:r w:rsidRPr="00F14AA3">
        <w:t>badawcze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eksperymentalno-rozwojowe</w:t>
      </w:r>
      <w:proofErr w:type="spellEnd"/>
      <w:r w:rsidRPr="00F14AA3">
        <w:t xml:space="preserve"> </w:t>
      </w:r>
      <w:proofErr w:type="spellStart"/>
      <w:r w:rsidRPr="00F14AA3">
        <w:t>oraz</w:t>
      </w:r>
      <w:proofErr w:type="spellEnd"/>
      <w:r w:rsidRPr="00F14AA3">
        <w:t xml:space="preserve"> </w:t>
      </w:r>
      <w:proofErr w:type="spellStart"/>
      <w:r w:rsidRPr="00F14AA3">
        <w:t>pokrewne</w:t>
      </w:r>
      <w:proofErr w:type="spellEnd"/>
      <w:r w:rsidRPr="00F14AA3">
        <w:t xml:space="preserve"> </w:t>
      </w:r>
      <w:proofErr w:type="spellStart"/>
      <w:r w:rsidRPr="00F14AA3">
        <w:t>usługi</w:t>
      </w:r>
      <w:proofErr w:type="spellEnd"/>
      <w:r w:rsidRPr="00F14AA3">
        <w:t xml:space="preserve"> </w:t>
      </w:r>
      <w:proofErr w:type="spellStart"/>
      <w:r w:rsidRPr="00F14AA3">
        <w:t>doradcze</w:t>
      </w:r>
      <w:proofErr w:type="spellEnd"/>
      <w:r w:rsidRPr="00F14AA3">
        <w:t xml:space="preserve"> (</w:t>
      </w:r>
      <w:proofErr w:type="spellStart"/>
      <w:r w:rsidRPr="00F14AA3">
        <w:t>kod</w:t>
      </w:r>
      <w:proofErr w:type="spellEnd"/>
      <w:r w:rsidRPr="00F14AA3">
        <w:t xml:space="preserve"> </w:t>
      </w:r>
      <w:proofErr w:type="spellStart"/>
      <w:r w:rsidRPr="00F14AA3">
        <w:t>główny</w:t>
      </w:r>
      <w:proofErr w:type="spellEnd"/>
      <w:r w:rsidRPr="00F14AA3">
        <w:t>);</w:t>
      </w:r>
    </w:p>
    <w:p w14:paraId="70CFFA19" w14:textId="77777777" w:rsidR="00E54091" w:rsidRPr="00F14AA3" w:rsidRDefault="00E54091" w:rsidP="00E54091">
      <w:pPr>
        <w:pStyle w:val="Listapunktowana"/>
      </w:pPr>
      <w:r w:rsidRPr="00F14AA3">
        <w:t xml:space="preserve">73100000-3 – </w:t>
      </w:r>
      <w:proofErr w:type="spellStart"/>
      <w:r w:rsidRPr="00F14AA3">
        <w:t>Usługi</w:t>
      </w:r>
      <w:proofErr w:type="spellEnd"/>
      <w:r w:rsidRPr="00F14AA3">
        <w:t xml:space="preserve"> </w:t>
      </w:r>
      <w:proofErr w:type="spellStart"/>
      <w:r w:rsidRPr="00F14AA3">
        <w:t>badawcze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eksperymentalno-rozwojowe</w:t>
      </w:r>
      <w:proofErr w:type="spellEnd"/>
      <w:r w:rsidRPr="00F14AA3">
        <w:t>;</w:t>
      </w:r>
    </w:p>
    <w:p w14:paraId="7EB1B0F8" w14:textId="77777777" w:rsidR="00E54091" w:rsidRPr="00F14AA3" w:rsidRDefault="00E54091" w:rsidP="00E54091">
      <w:pPr>
        <w:pStyle w:val="Listapunktowana"/>
      </w:pPr>
      <w:r w:rsidRPr="00F14AA3">
        <w:t xml:space="preserve">72200000-7 – </w:t>
      </w:r>
      <w:proofErr w:type="spellStart"/>
      <w:r w:rsidRPr="00F14AA3">
        <w:t>Usługi</w:t>
      </w:r>
      <w:proofErr w:type="spellEnd"/>
      <w:r w:rsidRPr="00F14AA3">
        <w:t xml:space="preserve"> w </w:t>
      </w:r>
      <w:proofErr w:type="spellStart"/>
      <w:r w:rsidRPr="00F14AA3">
        <w:t>zakresie</w:t>
      </w:r>
      <w:proofErr w:type="spellEnd"/>
      <w:r w:rsidRPr="00F14AA3">
        <w:t xml:space="preserve"> </w:t>
      </w:r>
      <w:proofErr w:type="spellStart"/>
      <w:r w:rsidRPr="00F14AA3">
        <w:t>programowania</w:t>
      </w:r>
      <w:proofErr w:type="spellEnd"/>
      <w:r w:rsidRPr="00F14AA3">
        <w:t xml:space="preserve"> </w:t>
      </w:r>
      <w:proofErr w:type="spellStart"/>
      <w:r w:rsidRPr="00F14AA3">
        <w:t>oprogramowania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doradztwa</w:t>
      </w:r>
      <w:proofErr w:type="spellEnd"/>
      <w:r w:rsidRPr="00F14AA3">
        <w:t>;</w:t>
      </w:r>
    </w:p>
    <w:p w14:paraId="5220D3D7" w14:textId="7C63294E" w:rsidR="002161BE" w:rsidRPr="00F14AA3" w:rsidRDefault="00E54091" w:rsidP="00C6148A">
      <w:pPr>
        <w:pStyle w:val="Listapunktowana"/>
      </w:pPr>
      <w:r w:rsidRPr="00F14AA3">
        <w:t xml:space="preserve">71320000-7 – </w:t>
      </w:r>
      <w:proofErr w:type="spellStart"/>
      <w:r w:rsidRPr="00F14AA3">
        <w:t>Usługi</w:t>
      </w:r>
      <w:proofErr w:type="spellEnd"/>
      <w:r w:rsidRPr="00F14AA3">
        <w:t xml:space="preserve"> </w:t>
      </w:r>
      <w:proofErr w:type="spellStart"/>
      <w:r w:rsidRPr="00F14AA3">
        <w:t>inżynieryjne</w:t>
      </w:r>
      <w:proofErr w:type="spellEnd"/>
      <w:r w:rsidRPr="00F14AA3">
        <w:t xml:space="preserve"> w </w:t>
      </w:r>
      <w:proofErr w:type="spellStart"/>
      <w:r w:rsidRPr="00F14AA3">
        <w:t>zakresie</w:t>
      </w:r>
      <w:proofErr w:type="spellEnd"/>
      <w:r w:rsidRPr="00F14AA3">
        <w:t xml:space="preserve"> </w:t>
      </w:r>
      <w:proofErr w:type="spellStart"/>
      <w:r w:rsidRPr="00F14AA3">
        <w:t>projektowania</w:t>
      </w:r>
      <w:proofErr w:type="spellEnd"/>
      <w:r w:rsidRPr="00F14AA3">
        <w:t>.</w:t>
      </w:r>
    </w:p>
    <w:p w14:paraId="506BBDAA" w14:textId="78F8C3CF" w:rsidR="002161BE" w:rsidRPr="00F14AA3" w:rsidRDefault="00E54091">
      <w:pPr>
        <w:pStyle w:val="Nagwek2"/>
      </w:pPr>
      <w:r w:rsidRPr="00F14AA3">
        <w:t xml:space="preserve">4. Cel </w:t>
      </w:r>
      <w:proofErr w:type="spellStart"/>
      <w:r w:rsidRPr="00F14AA3">
        <w:t>zamówienia</w:t>
      </w:r>
      <w:proofErr w:type="spellEnd"/>
    </w:p>
    <w:p w14:paraId="50580570" w14:textId="77777777" w:rsidR="002161BE" w:rsidRPr="00F14AA3" w:rsidRDefault="00000000">
      <w:pPr>
        <w:rPr>
          <w:rFonts w:ascii="Times New Roman" w:hAnsi="Times New Roman" w:cs="Times New Roman"/>
          <w:color w:val="000000"/>
          <w:sz w:val="22"/>
        </w:rPr>
      </w:pPr>
      <w:r w:rsidRPr="00F14AA3">
        <w:rPr>
          <w:rFonts w:ascii="Times New Roman" w:hAnsi="Times New Roman" w:cs="Times New Roman"/>
          <w:color w:val="000000"/>
          <w:sz w:val="22"/>
        </w:rPr>
        <w:t>Celem zamówienia jest pozyskanie wyspecjalizowanego podwykonawcy B+R wspierającego UBOT w opracowaniu, prototypowaniu, uruchomieniu i eksperymentalnej walidacji elektroniki, firmware oraz wyodrębnionych prac związanych z uczeniem, optymalizacją i integracją modeli AI dla systemów Rapid-Recognition i U-Change. Prace wykonawcy mają być technicznie zintegrowane z zadaniami Z1, Z3, Z4 i Z5 projektu, przy zachowaniu naukowo-technicznego nadzoru, definiowania hipotez badawczych, kryteriów odbioru i decyzji o kierunku prac po stronie UBOT.</w:t>
      </w:r>
    </w:p>
    <w:p w14:paraId="5BD57BFE" w14:textId="77777777" w:rsidR="002161BE" w:rsidRPr="00F14AA3" w:rsidRDefault="00000000">
      <w:pPr>
        <w:rPr>
          <w:rFonts w:ascii="Times New Roman" w:hAnsi="Times New Roman" w:cs="Times New Roman"/>
          <w:color w:val="000000"/>
          <w:sz w:val="22"/>
        </w:rPr>
      </w:pPr>
      <w:r w:rsidRPr="00F14AA3">
        <w:rPr>
          <w:rFonts w:ascii="Times New Roman" w:hAnsi="Times New Roman" w:cs="Times New Roman"/>
          <w:color w:val="000000"/>
          <w:sz w:val="22"/>
        </w:rPr>
        <w:t>Przedmiot zamówienia nie obejmuje opracowania cyfrowego bliźniaka stanowiącego zakres konsorcjanta w Z2. Wykonawca może natomiast wykorzystywać dane syntetyczne przekazane przez UBOT do badań modeli AI w Z3.</w:t>
      </w:r>
    </w:p>
    <w:p w14:paraId="2802A51A" w14:textId="688A7590" w:rsidR="002161BE" w:rsidRPr="00F14AA3" w:rsidRDefault="00E54091">
      <w:pPr>
        <w:pStyle w:val="Nagwek2"/>
      </w:pPr>
      <w:r w:rsidRPr="00F14AA3">
        <w:t xml:space="preserve">5. </w:t>
      </w:r>
      <w:proofErr w:type="spellStart"/>
      <w:r w:rsidRPr="00F14AA3">
        <w:t>Opis</w:t>
      </w:r>
      <w:proofErr w:type="spellEnd"/>
      <w:r w:rsidRPr="00F14AA3">
        <w:t xml:space="preserve"> </w:t>
      </w:r>
      <w:proofErr w:type="spellStart"/>
      <w:r w:rsidRPr="00F14AA3">
        <w:t>przedmiotu</w:t>
      </w:r>
      <w:proofErr w:type="spellEnd"/>
      <w:r w:rsidRPr="00F14AA3">
        <w:t xml:space="preserve"> </w:t>
      </w:r>
      <w:proofErr w:type="spellStart"/>
      <w:r w:rsidRPr="00F14AA3">
        <w:t>zamówienia</w:t>
      </w:r>
      <w:proofErr w:type="spellEnd"/>
    </w:p>
    <w:p w14:paraId="0884AA85" w14:textId="0C85482D" w:rsidR="002161BE" w:rsidRPr="00F14AA3" w:rsidRDefault="00E54091">
      <w:pPr>
        <w:pStyle w:val="Nagwek3"/>
      </w:pPr>
      <w:r w:rsidRPr="00F14AA3">
        <w:t>5.1. Etap I – Z1: elektronika pomiarowa, akwizycja, firmware i infrastruktura danych</w:t>
      </w:r>
    </w:p>
    <w:p w14:paraId="648E5C26" w14:textId="77777777" w:rsidR="002161BE" w:rsidRPr="00F14AA3" w:rsidRDefault="00000000">
      <w:pPr>
        <w:pStyle w:val="Listapunktowana"/>
      </w:pPr>
      <w:r w:rsidRPr="00F14AA3">
        <w:t>udział w opracowaniu architektury wielokanałowego toru pomiarowego dla sygnałów siły/oporu, rzeczywistego posuwu filamentu, prądu/momentu, drgań, akustyki, temperatur i telemetrii;</w:t>
      </w:r>
    </w:p>
    <w:p w14:paraId="4472019C" w14:textId="77777777" w:rsidR="002161BE" w:rsidRPr="00F14AA3" w:rsidRDefault="00000000">
      <w:pPr>
        <w:pStyle w:val="Listapunktowana"/>
      </w:pPr>
      <w:r w:rsidRPr="00F14AA3">
        <w:t>opracowanie/prototypowanie torów wejściowych, kondycjonowania, zasilania, filtracji, ekranowania i synchronizacji kanałów;</w:t>
      </w:r>
    </w:p>
    <w:p w14:paraId="64B49569" w14:textId="77777777" w:rsidR="002161BE" w:rsidRPr="00F14AA3" w:rsidRDefault="00000000">
      <w:pPr>
        <w:pStyle w:val="Listapunktowana"/>
      </w:pPr>
      <w:r w:rsidRPr="00F14AA3">
        <w:t>opracowanie firmware i oprogramowania niskopoziomowego umożliwiającego powtarzalną akwizycję oraz znakowanie czasu;</w:t>
      </w:r>
    </w:p>
    <w:p w14:paraId="7ED4D1E1" w14:textId="77777777" w:rsidR="002161BE" w:rsidRPr="00F14AA3" w:rsidRDefault="00000000">
      <w:pPr>
        <w:pStyle w:val="Listapunktowana"/>
      </w:pPr>
      <w:r w:rsidRPr="00F14AA3">
        <w:t>wsparcie walidacji jakości sygnałów, zakłóceń, szumów, integralności transmisji i EMC/pre-compliance;</w:t>
      </w:r>
    </w:p>
    <w:p w14:paraId="4584A4CA" w14:textId="77777777" w:rsidR="002161BE" w:rsidRPr="00F14AA3" w:rsidRDefault="00000000">
      <w:pPr>
        <w:pStyle w:val="Listapunktowana"/>
      </w:pPr>
      <w:r w:rsidRPr="00F14AA3">
        <w:t>przygotowanie narzędzi programistycznych do rejestracji, wersjonowania, kontroli kompletności i eksportu danych;</w:t>
      </w:r>
    </w:p>
    <w:p w14:paraId="0CB2C38F" w14:textId="77777777" w:rsidR="002161BE" w:rsidRPr="00F14AA3" w:rsidRDefault="00000000">
      <w:pPr>
        <w:pStyle w:val="Listapunktowana"/>
      </w:pPr>
      <w:r w:rsidRPr="00F14AA3">
        <w:t>wsparcie eksploracyjnej analizy danych i przygotowania danych do dalszego uczenia, bez przejmowania roli Z1 w ustalaniu fizycznej przyczyny i ground truth.</w:t>
      </w:r>
    </w:p>
    <w:p w14:paraId="41050730" w14:textId="18F8793D" w:rsidR="002161BE" w:rsidRPr="00F14AA3" w:rsidRDefault="00E54091">
      <w:pPr>
        <w:pStyle w:val="Nagwek3"/>
      </w:pPr>
      <w:r w:rsidRPr="00F14AA3">
        <w:t>5.2. Etap II – Z3: wsparcie uczenia i eksperymentalnej walidacji Rapid-Recognition</w:t>
      </w:r>
    </w:p>
    <w:p w14:paraId="78F185CA" w14:textId="77777777" w:rsidR="002161BE" w:rsidRPr="00F14AA3" w:rsidRDefault="00000000">
      <w:pPr>
        <w:pStyle w:val="Listapunktowana"/>
      </w:pPr>
      <w:r w:rsidRPr="00F14AA3">
        <w:t>opracowanie i utrzymanie powtarzalnego pipeline’u przygotowania danych, uczenia, walidacji i wersjonowania modeli;</w:t>
      </w:r>
    </w:p>
    <w:p w14:paraId="64A68FEA" w14:textId="77777777" w:rsidR="002161BE" w:rsidRPr="00F14AA3" w:rsidRDefault="00000000">
      <w:pPr>
        <w:pStyle w:val="Listapunktowana"/>
      </w:pPr>
      <w:r w:rsidRPr="00F14AA3">
        <w:t>wsparcie porównania reprezentacji czasowych, czasowo-częstotliwościowych oraz reprezentacji uczonych z sekwencji;</w:t>
      </w:r>
    </w:p>
    <w:p w14:paraId="64EBF5AC" w14:textId="77777777" w:rsidR="002161BE" w:rsidRPr="00F14AA3" w:rsidRDefault="00000000">
      <w:pPr>
        <w:pStyle w:val="Listapunktowana"/>
      </w:pPr>
      <w:r w:rsidRPr="00F14AA3">
        <w:t>wsparcie fuzji kanałów sensorycznych oraz analizy usuwania kanałów wejściowych;</w:t>
      </w:r>
    </w:p>
    <w:p w14:paraId="4B3CB661" w14:textId="77777777" w:rsidR="002161BE" w:rsidRPr="00F14AA3" w:rsidRDefault="00000000">
      <w:pPr>
        <w:pStyle w:val="Listapunktowana"/>
      </w:pPr>
      <w:r w:rsidRPr="00F14AA3">
        <w:t>trening i optymalizacja uzgodnionych rodzin modeli uczenia maszynowego, w tym modeli sekwencyjnych/konwolucyjnych, zgodnie z planem badawczym UBOT;</w:t>
      </w:r>
    </w:p>
    <w:p w14:paraId="732D7A7B" w14:textId="77777777" w:rsidR="002161BE" w:rsidRPr="00F14AA3" w:rsidRDefault="00000000">
      <w:pPr>
        <w:pStyle w:val="Listapunktowana"/>
      </w:pPr>
      <w:r w:rsidRPr="00F14AA3">
        <w:t>kalibracja pewności, obsługa stanu „nierozstrzygnięty”, analiza pomyłek i wsparcie eksperymentu real-only vs real+synthetic;</w:t>
      </w:r>
    </w:p>
    <w:p w14:paraId="32C0B952" w14:textId="77777777" w:rsidR="002161BE" w:rsidRPr="00F14AA3" w:rsidRDefault="00000000">
      <w:pPr>
        <w:pStyle w:val="Listapunktowana"/>
      </w:pPr>
      <w:r w:rsidRPr="00F14AA3">
        <w:lastRenderedPageBreak/>
        <w:t>optymalizacja modeli pod późniejsze uruchomienie na platformie edge, w tym profilowanie czasu inferencji i zapotrzebowania na zasoby;</w:t>
      </w:r>
    </w:p>
    <w:p w14:paraId="26924333" w14:textId="77777777" w:rsidR="002161BE" w:rsidRPr="00F14AA3" w:rsidRDefault="00000000">
      <w:pPr>
        <w:pStyle w:val="Listapunktowana"/>
      </w:pPr>
      <w:r w:rsidRPr="00F14AA3">
        <w:t>dostarczenie kompletnych skryptów treningowych, konfiguracji, modeli, wag, środowiska uruchomieniowego oraz raportów umożliwiających pełną reprodukcję wyników.</w:t>
      </w:r>
    </w:p>
    <w:p w14:paraId="5428CF25" w14:textId="56EB87E6" w:rsidR="002161BE" w:rsidRPr="00F14AA3" w:rsidRDefault="00E54091">
      <w:pPr>
        <w:pStyle w:val="Nagwek3"/>
      </w:pPr>
      <w:r w:rsidRPr="00F14AA3">
        <w:t>5.3. Etap III – Z4: transfer Rapid-Recognition na fizyczny X1000U</w:t>
      </w:r>
    </w:p>
    <w:p w14:paraId="3C9FB38E" w14:textId="77777777" w:rsidR="002161BE" w:rsidRPr="00F14AA3" w:rsidRDefault="00000000">
      <w:pPr>
        <w:pStyle w:val="Listapunktowana"/>
      </w:pPr>
      <w:r w:rsidRPr="00F14AA3">
        <w:t>opracowanie/prototypowanie elektroniki edge/DAQ i jej integracja z fizyczną maszyną X1000U;</w:t>
      </w:r>
    </w:p>
    <w:p w14:paraId="55B824C1" w14:textId="77777777" w:rsidR="002161BE" w:rsidRPr="00F14AA3" w:rsidRDefault="00000000">
      <w:pPr>
        <w:pStyle w:val="Listapunktowana"/>
      </w:pPr>
      <w:r w:rsidRPr="00F14AA3">
        <w:t>portowanie zamrożonego modelu i toru przetwarzania na platformę docelową/prototypową;</w:t>
      </w:r>
    </w:p>
    <w:p w14:paraId="1466D59C" w14:textId="77777777" w:rsidR="002161BE" w:rsidRPr="00F14AA3" w:rsidRDefault="00000000">
      <w:pPr>
        <w:pStyle w:val="Listapunktowana"/>
      </w:pPr>
      <w:r w:rsidRPr="00F14AA3">
        <w:t>implementacja buforowania, watchdogów, logowania, wykrywania utraty danych i mechanizmów diagnostycznych;</w:t>
      </w:r>
    </w:p>
    <w:p w14:paraId="481D7ED0" w14:textId="77777777" w:rsidR="002161BE" w:rsidRPr="00F14AA3" w:rsidRDefault="00000000">
      <w:pPr>
        <w:pStyle w:val="Listapunktowana"/>
      </w:pPr>
      <w:r w:rsidRPr="00F14AA3">
        <w:t>pomiar i optymalizacja czasu akwizycja–przetwarzanie–inferencja–wynik;</w:t>
      </w:r>
    </w:p>
    <w:p w14:paraId="2E96D3CB" w14:textId="77777777" w:rsidR="002161BE" w:rsidRPr="00F14AA3" w:rsidRDefault="00000000">
      <w:pPr>
        <w:pStyle w:val="Listapunktowana"/>
      </w:pPr>
      <w:r w:rsidRPr="00F14AA3">
        <w:t>eksperymentalna ocena odporności na zakłócenia od osi, napędów, grzałek, wentylatorów i środowiska elektromagnetycznego;</w:t>
      </w:r>
    </w:p>
    <w:p w14:paraId="6B47F19A" w14:textId="77777777" w:rsidR="002161BE" w:rsidRPr="00F14AA3" w:rsidRDefault="00000000">
      <w:pPr>
        <w:pStyle w:val="Listapunktowana"/>
      </w:pPr>
      <w:r w:rsidRPr="00F14AA3">
        <w:t>opracowanie interfejsu wyjściowego przekazującego klasę przyczyny, poziom pewności, czas diagnozy i rekomendowaną rodzinę reakcji do warstwy wykonawczej.</w:t>
      </w:r>
    </w:p>
    <w:p w14:paraId="420C9F80" w14:textId="7CC3A9C6" w:rsidR="002161BE" w:rsidRPr="00F14AA3" w:rsidRDefault="00E54091">
      <w:pPr>
        <w:pStyle w:val="Nagwek3"/>
      </w:pPr>
      <w:r w:rsidRPr="00F14AA3">
        <w:t>5.4. Etap IV – Z5: elektronika wykonawcza, firmware i integracja U-Change</w:t>
      </w:r>
    </w:p>
    <w:p w14:paraId="794FC365" w14:textId="77777777" w:rsidR="002161BE" w:rsidRPr="00F14AA3" w:rsidRDefault="00000000">
      <w:pPr>
        <w:pStyle w:val="Listapunktowana"/>
      </w:pPr>
      <w:r w:rsidRPr="00F14AA3">
        <w:t>opracowanie/prototypowanie elektroniki wykonawczej dla napędów i mechanizmów U-Change;</w:t>
      </w:r>
    </w:p>
    <w:p w14:paraId="0407E7FD" w14:textId="77777777" w:rsidR="002161BE" w:rsidRPr="00F14AA3" w:rsidRDefault="00000000">
      <w:pPr>
        <w:pStyle w:val="Listapunktowana"/>
      </w:pPr>
      <w:r w:rsidRPr="00F14AA3">
        <w:t>integracja sensorów obecności, pozycji, blokady, stanu materiału oraz pozostałych interlocków bezpieczeństwa;</w:t>
      </w:r>
    </w:p>
    <w:p w14:paraId="3E5B96C6" w14:textId="77777777" w:rsidR="002161BE" w:rsidRPr="00F14AA3" w:rsidRDefault="00000000">
      <w:pPr>
        <w:pStyle w:val="Listapunktowana"/>
      </w:pPr>
      <w:r w:rsidRPr="00F14AA3">
        <w:t>opracowanie firmware oraz interfejsów sterujących dla mechanizmu 10-pozycyjnego magazynu dysz i pozostałych rodzin reakcji;</w:t>
      </w:r>
    </w:p>
    <w:p w14:paraId="5AB3F6CE" w14:textId="77777777" w:rsidR="002161BE" w:rsidRPr="00F14AA3" w:rsidRDefault="00000000">
      <w:pPr>
        <w:pStyle w:val="Listapunktowana"/>
      </w:pPr>
      <w:r w:rsidRPr="00F14AA3">
        <w:t>wsparcie implementacji automatu stanów, timeoutów, stanów bezpiecznych, autoweryfikacji i logowania;</w:t>
      </w:r>
    </w:p>
    <w:p w14:paraId="4510249D" w14:textId="77777777" w:rsidR="002161BE" w:rsidRPr="00F14AA3" w:rsidRDefault="00000000">
      <w:pPr>
        <w:pStyle w:val="Listapunktowana"/>
      </w:pPr>
      <w:r w:rsidRPr="00F14AA3">
        <w:t>integracja interfejsu Rapid-Recognition → decyzja → reakcja wykonawcza;</w:t>
      </w:r>
    </w:p>
    <w:p w14:paraId="757449A6" w14:textId="77777777" w:rsidR="00E54091" w:rsidRPr="00F14AA3" w:rsidRDefault="00000000">
      <w:pPr>
        <w:pStyle w:val="Listapunktowana"/>
      </w:pPr>
      <w:r w:rsidRPr="00F14AA3">
        <w:t>wsparcie prób integracyjnych oraz usuwania błędów ujawnionych podczas testów U-Change.</w:t>
      </w:r>
    </w:p>
    <w:p w14:paraId="1D92DBC3" w14:textId="77777777" w:rsidR="00E54091" w:rsidRPr="00F14AA3" w:rsidRDefault="00E54091" w:rsidP="00E54091">
      <w:pPr>
        <w:pStyle w:val="Nagwek3"/>
      </w:pPr>
      <w:r w:rsidRPr="00F14AA3">
        <w:t xml:space="preserve">5.5. </w:t>
      </w:r>
      <w:proofErr w:type="spellStart"/>
      <w:r w:rsidRPr="00F14AA3">
        <w:t>Wymagania</w:t>
      </w:r>
      <w:proofErr w:type="spellEnd"/>
      <w:r w:rsidRPr="00F14AA3">
        <w:t xml:space="preserve"> </w:t>
      </w:r>
      <w:proofErr w:type="spellStart"/>
      <w:r w:rsidRPr="00F14AA3">
        <w:t>ogólne</w:t>
      </w:r>
      <w:proofErr w:type="spellEnd"/>
    </w:p>
    <w:p w14:paraId="7F155894" w14:textId="77777777" w:rsidR="00E54091" w:rsidRPr="00F14AA3" w:rsidRDefault="00E54091" w:rsidP="00E54091">
      <w:pPr>
        <w:pStyle w:val="Listapunktowana"/>
      </w:pPr>
      <w:proofErr w:type="spellStart"/>
      <w:r w:rsidRPr="00F14AA3">
        <w:t>Szczegółowy</w:t>
      </w:r>
      <w:proofErr w:type="spellEnd"/>
      <w:r w:rsidRPr="00F14AA3">
        <w:t xml:space="preserve"> plan </w:t>
      </w:r>
      <w:proofErr w:type="spellStart"/>
      <w:r w:rsidRPr="00F14AA3">
        <w:t>prac</w:t>
      </w:r>
      <w:proofErr w:type="spellEnd"/>
      <w:r w:rsidRPr="00F14AA3">
        <w:t xml:space="preserve">, </w:t>
      </w:r>
      <w:proofErr w:type="spellStart"/>
      <w:r w:rsidRPr="00F14AA3">
        <w:t>hipotezy</w:t>
      </w:r>
      <w:proofErr w:type="spellEnd"/>
      <w:r w:rsidRPr="00F14AA3">
        <w:t xml:space="preserve"> </w:t>
      </w:r>
      <w:proofErr w:type="spellStart"/>
      <w:r w:rsidRPr="00F14AA3">
        <w:t>badawcze</w:t>
      </w:r>
      <w:proofErr w:type="spellEnd"/>
      <w:r w:rsidRPr="00F14AA3">
        <w:t xml:space="preserve">, </w:t>
      </w:r>
      <w:proofErr w:type="spellStart"/>
      <w:r w:rsidRPr="00F14AA3">
        <w:t>kryteria</w:t>
      </w:r>
      <w:proofErr w:type="spellEnd"/>
      <w:r w:rsidRPr="00F14AA3">
        <w:t xml:space="preserve"> </w:t>
      </w:r>
      <w:proofErr w:type="spellStart"/>
      <w:r w:rsidRPr="00F14AA3">
        <w:t>odbioru</w:t>
      </w:r>
      <w:proofErr w:type="spellEnd"/>
      <w:r w:rsidRPr="00F14AA3">
        <w:t xml:space="preserve"> </w:t>
      </w:r>
      <w:proofErr w:type="spellStart"/>
      <w:r w:rsidRPr="00F14AA3">
        <w:t>poszczególnych</w:t>
      </w:r>
      <w:proofErr w:type="spellEnd"/>
      <w:r w:rsidRPr="00F14AA3">
        <w:t xml:space="preserve"> </w:t>
      </w:r>
      <w:proofErr w:type="spellStart"/>
      <w:r w:rsidRPr="00F14AA3">
        <w:t>etapów</w:t>
      </w:r>
      <w:proofErr w:type="spellEnd"/>
      <w:r w:rsidRPr="00F14AA3">
        <w:t xml:space="preserve"> </w:t>
      </w:r>
      <w:proofErr w:type="spellStart"/>
      <w:r w:rsidRPr="00F14AA3">
        <w:t>oraz</w:t>
      </w:r>
      <w:proofErr w:type="spellEnd"/>
      <w:r w:rsidRPr="00F14AA3">
        <w:t xml:space="preserve"> </w:t>
      </w:r>
      <w:proofErr w:type="spellStart"/>
      <w:r w:rsidRPr="00F14AA3">
        <w:t>decyzje</w:t>
      </w:r>
      <w:proofErr w:type="spellEnd"/>
      <w:r w:rsidRPr="00F14AA3">
        <w:t xml:space="preserve"> o </w:t>
      </w:r>
      <w:proofErr w:type="spellStart"/>
      <w:r w:rsidRPr="00F14AA3">
        <w:t>kierunku</w:t>
      </w:r>
      <w:proofErr w:type="spellEnd"/>
      <w:r w:rsidRPr="00F14AA3">
        <w:t xml:space="preserve"> </w:t>
      </w:r>
      <w:proofErr w:type="spellStart"/>
      <w:r w:rsidRPr="00F14AA3">
        <w:t>dalszych</w:t>
      </w:r>
      <w:proofErr w:type="spellEnd"/>
      <w:r w:rsidRPr="00F14AA3">
        <w:t xml:space="preserve"> </w:t>
      </w:r>
      <w:proofErr w:type="spellStart"/>
      <w:r w:rsidRPr="00F14AA3">
        <w:t>prac</w:t>
      </w:r>
      <w:proofErr w:type="spellEnd"/>
      <w:r w:rsidRPr="00F14AA3">
        <w:t xml:space="preserve"> </w:t>
      </w:r>
      <w:proofErr w:type="spellStart"/>
      <w:r w:rsidRPr="00F14AA3">
        <w:t>definiuje</w:t>
      </w:r>
      <w:proofErr w:type="spellEnd"/>
      <w:r w:rsidRPr="00F14AA3">
        <w:t xml:space="preserve"> </w:t>
      </w:r>
      <w:proofErr w:type="spellStart"/>
      <w:r w:rsidRPr="00F14AA3">
        <w:t>Zamawiający</w:t>
      </w:r>
      <w:proofErr w:type="spellEnd"/>
      <w:r w:rsidRPr="00F14AA3">
        <w:t xml:space="preserve">, </w:t>
      </w:r>
      <w:proofErr w:type="spellStart"/>
      <w:r w:rsidRPr="00F14AA3">
        <w:t>który</w:t>
      </w:r>
      <w:proofErr w:type="spellEnd"/>
      <w:r w:rsidRPr="00F14AA3">
        <w:t xml:space="preserve"> </w:t>
      </w:r>
      <w:proofErr w:type="spellStart"/>
      <w:r w:rsidRPr="00F14AA3">
        <w:t>sprawuje</w:t>
      </w:r>
      <w:proofErr w:type="spellEnd"/>
      <w:r w:rsidRPr="00F14AA3">
        <w:t xml:space="preserve"> </w:t>
      </w:r>
      <w:proofErr w:type="spellStart"/>
      <w:r w:rsidRPr="00F14AA3">
        <w:t>nadzór</w:t>
      </w:r>
      <w:proofErr w:type="spellEnd"/>
      <w:r w:rsidRPr="00F14AA3">
        <w:t xml:space="preserve"> </w:t>
      </w:r>
      <w:proofErr w:type="spellStart"/>
      <w:r w:rsidRPr="00F14AA3">
        <w:t>naukowo-techniczny</w:t>
      </w:r>
      <w:proofErr w:type="spellEnd"/>
      <w:r w:rsidRPr="00F14AA3">
        <w:t xml:space="preserve"> </w:t>
      </w:r>
      <w:proofErr w:type="spellStart"/>
      <w:r w:rsidRPr="00F14AA3">
        <w:t>nad</w:t>
      </w:r>
      <w:proofErr w:type="spellEnd"/>
      <w:r w:rsidRPr="00F14AA3">
        <w:t xml:space="preserve"> </w:t>
      </w:r>
      <w:proofErr w:type="spellStart"/>
      <w:r w:rsidRPr="00F14AA3">
        <w:t>realizacją</w:t>
      </w:r>
      <w:proofErr w:type="spellEnd"/>
      <w:r w:rsidRPr="00F14AA3">
        <w:t xml:space="preserve"> </w:t>
      </w:r>
      <w:proofErr w:type="spellStart"/>
      <w:r w:rsidRPr="00F14AA3">
        <w:t>zamówienia</w:t>
      </w:r>
      <w:proofErr w:type="spellEnd"/>
      <w:r w:rsidRPr="00F14AA3">
        <w:t>.</w:t>
      </w:r>
    </w:p>
    <w:p w14:paraId="092686AF" w14:textId="77777777" w:rsidR="00E54091" w:rsidRPr="00F14AA3" w:rsidRDefault="00E54091" w:rsidP="00E54091">
      <w:pPr>
        <w:pStyle w:val="Listapunktowana"/>
      </w:pPr>
      <w:proofErr w:type="spellStart"/>
      <w:r w:rsidRPr="00F14AA3">
        <w:t>Wskazane</w:t>
      </w:r>
      <w:proofErr w:type="spellEnd"/>
      <w:r w:rsidRPr="00F14AA3">
        <w:t xml:space="preserve"> w </w:t>
      </w:r>
      <w:proofErr w:type="spellStart"/>
      <w:r w:rsidRPr="00F14AA3">
        <w:t>opisie</w:t>
      </w:r>
      <w:proofErr w:type="spellEnd"/>
      <w:r w:rsidRPr="00F14AA3">
        <w:t xml:space="preserve"> </w:t>
      </w:r>
      <w:proofErr w:type="spellStart"/>
      <w:r w:rsidRPr="00F14AA3">
        <w:t>przedmiotu</w:t>
      </w:r>
      <w:proofErr w:type="spellEnd"/>
      <w:r w:rsidRPr="00F14AA3">
        <w:t xml:space="preserve"> </w:t>
      </w:r>
      <w:proofErr w:type="spellStart"/>
      <w:r w:rsidRPr="00F14AA3">
        <w:t>zamówienia</w:t>
      </w:r>
      <w:proofErr w:type="spellEnd"/>
      <w:r w:rsidRPr="00F14AA3">
        <w:t xml:space="preserve"> </w:t>
      </w:r>
      <w:proofErr w:type="spellStart"/>
      <w:r w:rsidRPr="00F14AA3">
        <w:t>przykładowe</w:t>
      </w:r>
      <w:proofErr w:type="spellEnd"/>
      <w:r w:rsidRPr="00F14AA3">
        <w:t xml:space="preserve"> </w:t>
      </w:r>
      <w:proofErr w:type="spellStart"/>
      <w:r w:rsidRPr="00F14AA3">
        <w:t>technologie</w:t>
      </w:r>
      <w:proofErr w:type="spellEnd"/>
      <w:r w:rsidRPr="00F14AA3">
        <w:t xml:space="preserve">, platformy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narzędzia</w:t>
      </w:r>
      <w:proofErr w:type="spellEnd"/>
      <w:r w:rsidRPr="00F14AA3">
        <w:t xml:space="preserve"> </w:t>
      </w:r>
      <w:proofErr w:type="spellStart"/>
      <w:r w:rsidRPr="00F14AA3">
        <w:t>mają</w:t>
      </w:r>
      <w:proofErr w:type="spellEnd"/>
      <w:r w:rsidRPr="00F14AA3">
        <w:t xml:space="preserve"> </w:t>
      </w:r>
      <w:proofErr w:type="spellStart"/>
      <w:r w:rsidRPr="00F14AA3">
        <w:t>charakter</w:t>
      </w:r>
      <w:proofErr w:type="spellEnd"/>
      <w:r w:rsidRPr="00F14AA3">
        <w:t xml:space="preserve"> </w:t>
      </w:r>
      <w:proofErr w:type="spellStart"/>
      <w:r w:rsidRPr="00F14AA3">
        <w:t>orientacyjny</w:t>
      </w:r>
      <w:proofErr w:type="spellEnd"/>
      <w:r w:rsidRPr="00F14AA3">
        <w:t xml:space="preserve">. </w:t>
      </w:r>
      <w:proofErr w:type="spellStart"/>
      <w:r w:rsidRPr="00F14AA3">
        <w:t>Zamawiający</w:t>
      </w:r>
      <w:proofErr w:type="spellEnd"/>
      <w:r w:rsidRPr="00F14AA3">
        <w:t xml:space="preserve"> </w:t>
      </w:r>
      <w:proofErr w:type="spellStart"/>
      <w:r w:rsidRPr="00F14AA3">
        <w:t>dopuszcza</w:t>
      </w:r>
      <w:proofErr w:type="spellEnd"/>
      <w:r w:rsidRPr="00F14AA3">
        <w:t xml:space="preserve"> </w:t>
      </w:r>
      <w:proofErr w:type="spellStart"/>
      <w:r w:rsidRPr="00F14AA3">
        <w:t>rozwiązania</w:t>
      </w:r>
      <w:proofErr w:type="spellEnd"/>
      <w:r w:rsidRPr="00F14AA3">
        <w:t xml:space="preserve"> </w:t>
      </w:r>
      <w:proofErr w:type="spellStart"/>
      <w:r w:rsidRPr="00F14AA3">
        <w:t>równoważne</w:t>
      </w:r>
      <w:proofErr w:type="spellEnd"/>
      <w:r w:rsidRPr="00F14AA3">
        <w:t xml:space="preserve">, </w:t>
      </w:r>
      <w:proofErr w:type="spellStart"/>
      <w:r w:rsidRPr="00F14AA3">
        <w:t>spełniające</w:t>
      </w:r>
      <w:proofErr w:type="spellEnd"/>
      <w:r w:rsidRPr="00F14AA3">
        <w:t xml:space="preserve"> </w:t>
      </w:r>
      <w:proofErr w:type="spellStart"/>
      <w:r w:rsidRPr="00F14AA3">
        <w:t>wymagania</w:t>
      </w:r>
      <w:proofErr w:type="spellEnd"/>
      <w:r w:rsidRPr="00F14AA3">
        <w:t xml:space="preserve"> </w:t>
      </w:r>
      <w:proofErr w:type="spellStart"/>
      <w:r w:rsidRPr="00F14AA3">
        <w:t>funkcjonalne</w:t>
      </w:r>
      <w:proofErr w:type="spellEnd"/>
      <w:r w:rsidRPr="00F14AA3">
        <w:t xml:space="preserve"> </w:t>
      </w:r>
      <w:proofErr w:type="spellStart"/>
      <w:r w:rsidRPr="00F14AA3">
        <w:t>opisu</w:t>
      </w:r>
      <w:proofErr w:type="spellEnd"/>
      <w:r w:rsidRPr="00F14AA3">
        <w:t xml:space="preserve"> </w:t>
      </w:r>
      <w:proofErr w:type="spellStart"/>
      <w:r w:rsidRPr="00F14AA3">
        <w:t>przedmiotu</w:t>
      </w:r>
      <w:proofErr w:type="spellEnd"/>
      <w:r w:rsidRPr="00F14AA3">
        <w:t xml:space="preserve"> </w:t>
      </w:r>
      <w:proofErr w:type="spellStart"/>
      <w:r w:rsidRPr="00F14AA3">
        <w:t>zamówienia</w:t>
      </w:r>
      <w:proofErr w:type="spellEnd"/>
      <w:r w:rsidRPr="00F14AA3">
        <w:t>.</w:t>
      </w:r>
    </w:p>
    <w:p w14:paraId="32EF52D4" w14:textId="77777777" w:rsidR="00E54091" w:rsidRPr="00F14AA3" w:rsidRDefault="00E54091" w:rsidP="00E54091">
      <w:pPr>
        <w:pStyle w:val="Listapunktowana"/>
      </w:pPr>
      <w:proofErr w:type="spellStart"/>
      <w:r w:rsidRPr="00F14AA3">
        <w:t>Elementy</w:t>
      </w:r>
      <w:proofErr w:type="spellEnd"/>
      <w:r w:rsidRPr="00F14AA3">
        <w:t xml:space="preserve"> </w:t>
      </w:r>
      <w:proofErr w:type="spellStart"/>
      <w:r w:rsidRPr="00F14AA3">
        <w:t>sprzętowe</w:t>
      </w:r>
      <w:proofErr w:type="spellEnd"/>
      <w:r w:rsidRPr="00F14AA3">
        <w:t xml:space="preserve"> </w:t>
      </w:r>
      <w:proofErr w:type="spellStart"/>
      <w:r w:rsidRPr="00F14AA3">
        <w:t>niezbędne</w:t>
      </w:r>
      <w:proofErr w:type="spellEnd"/>
      <w:r w:rsidRPr="00F14AA3">
        <w:t xml:space="preserve"> do </w:t>
      </w:r>
      <w:proofErr w:type="spellStart"/>
      <w:r w:rsidRPr="00F14AA3">
        <w:t>budowy</w:t>
      </w:r>
      <w:proofErr w:type="spellEnd"/>
      <w:r w:rsidRPr="00F14AA3">
        <w:t xml:space="preserve"> </w:t>
      </w:r>
      <w:proofErr w:type="spellStart"/>
      <w:r w:rsidRPr="00F14AA3">
        <w:t>prototypów</w:t>
      </w:r>
      <w:proofErr w:type="spellEnd"/>
      <w:r w:rsidRPr="00F14AA3">
        <w:t xml:space="preserve"> (</w:t>
      </w:r>
      <w:proofErr w:type="spellStart"/>
      <w:r w:rsidRPr="00F14AA3">
        <w:t>komponenty</w:t>
      </w:r>
      <w:proofErr w:type="spellEnd"/>
      <w:r w:rsidRPr="00F14AA3">
        <w:t xml:space="preserve"> </w:t>
      </w:r>
      <w:proofErr w:type="spellStart"/>
      <w:r w:rsidRPr="00F14AA3">
        <w:t>elektroniczne</w:t>
      </w:r>
      <w:proofErr w:type="spellEnd"/>
      <w:r w:rsidRPr="00F14AA3">
        <w:t xml:space="preserve">, PCB, </w:t>
      </w:r>
      <w:proofErr w:type="spellStart"/>
      <w:r w:rsidRPr="00F14AA3">
        <w:t>czujniki</w:t>
      </w:r>
      <w:proofErr w:type="spellEnd"/>
      <w:r w:rsidRPr="00F14AA3">
        <w:t xml:space="preserve">) </w:t>
      </w:r>
      <w:proofErr w:type="spellStart"/>
      <w:r w:rsidRPr="00F14AA3">
        <w:t>mogą</w:t>
      </w:r>
      <w:proofErr w:type="spellEnd"/>
      <w:r w:rsidRPr="00F14AA3">
        <w:t xml:space="preserve"> </w:t>
      </w:r>
      <w:proofErr w:type="spellStart"/>
      <w:r w:rsidRPr="00F14AA3">
        <w:t>być</w:t>
      </w:r>
      <w:proofErr w:type="spellEnd"/>
      <w:r w:rsidRPr="00F14AA3">
        <w:t xml:space="preserve"> </w:t>
      </w:r>
      <w:proofErr w:type="spellStart"/>
      <w:r w:rsidRPr="00F14AA3">
        <w:t>zapewniane</w:t>
      </w:r>
      <w:proofErr w:type="spellEnd"/>
      <w:r w:rsidRPr="00F14AA3">
        <w:t xml:space="preserve"> </w:t>
      </w:r>
      <w:proofErr w:type="spellStart"/>
      <w:r w:rsidRPr="00F14AA3">
        <w:t>przez</w:t>
      </w:r>
      <w:proofErr w:type="spellEnd"/>
      <w:r w:rsidRPr="00F14AA3">
        <w:t xml:space="preserve"> </w:t>
      </w:r>
      <w:proofErr w:type="spellStart"/>
      <w:r w:rsidRPr="00F14AA3">
        <w:t>Zamawiającego</w:t>
      </w:r>
      <w:proofErr w:type="spellEnd"/>
      <w:r w:rsidRPr="00F14AA3">
        <w:t xml:space="preserve">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Wykonawcę</w:t>
      </w:r>
      <w:proofErr w:type="spellEnd"/>
      <w:r w:rsidRPr="00F14AA3">
        <w:t xml:space="preserve"> – </w:t>
      </w:r>
      <w:proofErr w:type="spellStart"/>
      <w:r w:rsidRPr="00F14AA3">
        <w:t>zgodnie</w:t>
      </w:r>
      <w:proofErr w:type="spellEnd"/>
      <w:r w:rsidRPr="00F14AA3">
        <w:t xml:space="preserve"> z </w:t>
      </w:r>
      <w:proofErr w:type="spellStart"/>
      <w:r w:rsidRPr="00F14AA3">
        <w:t>ustaleniami</w:t>
      </w:r>
      <w:proofErr w:type="spellEnd"/>
      <w:r w:rsidRPr="00F14AA3">
        <w:t xml:space="preserve"> </w:t>
      </w:r>
      <w:proofErr w:type="spellStart"/>
      <w:r w:rsidRPr="00F14AA3">
        <w:t>umowy</w:t>
      </w:r>
      <w:proofErr w:type="spellEnd"/>
      <w:r w:rsidRPr="00F14AA3">
        <w:t xml:space="preserve">. Cena </w:t>
      </w:r>
      <w:proofErr w:type="spellStart"/>
      <w:r w:rsidRPr="00F14AA3">
        <w:t>oferty</w:t>
      </w:r>
      <w:proofErr w:type="spellEnd"/>
      <w:r w:rsidRPr="00F14AA3">
        <w:t xml:space="preserve"> </w:t>
      </w:r>
      <w:proofErr w:type="spellStart"/>
      <w:r w:rsidRPr="00F14AA3">
        <w:t>obejmuje</w:t>
      </w:r>
      <w:proofErr w:type="spellEnd"/>
      <w:r w:rsidRPr="00F14AA3">
        <w:t xml:space="preserve"> </w:t>
      </w:r>
      <w:proofErr w:type="spellStart"/>
      <w:r w:rsidRPr="00F14AA3">
        <w:t>wszystkie</w:t>
      </w:r>
      <w:proofErr w:type="spellEnd"/>
      <w:r w:rsidRPr="00F14AA3">
        <w:t xml:space="preserve"> </w:t>
      </w:r>
      <w:proofErr w:type="spellStart"/>
      <w:r w:rsidRPr="00F14AA3">
        <w:t>prace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koszty</w:t>
      </w:r>
      <w:proofErr w:type="spellEnd"/>
      <w:r w:rsidRPr="00F14AA3">
        <w:t xml:space="preserve"> po </w:t>
      </w:r>
      <w:proofErr w:type="spellStart"/>
      <w:r w:rsidRPr="00F14AA3">
        <w:t>stronie</w:t>
      </w:r>
      <w:proofErr w:type="spellEnd"/>
      <w:r w:rsidRPr="00F14AA3">
        <w:t xml:space="preserve"> </w:t>
      </w:r>
      <w:proofErr w:type="spellStart"/>
      <w:r w:rsidRPr="00F14AA3">
        <w:t>Wykonawcy</w:t>
      </w:r>
      <w:proofErr w:type="spellEnd"/>
      <w:r w:rsidRPr="00F14AA3">
        <w:t xml:space="preserve">, z </w:t>
      </w:r>
      <w:proofErr w:type="spellStart"/>
      <w:r w:rsidRPr="00F14AA3">
        <w:t>wyjątkiem</w:t>
      </w:r>
      <w:proofErr w:type="spellEnd"/>
      <w:r w:rsidRPr="00F14AA3">
        <w:t xml:space="preserve"> </w:t>
      </w:r>
      <w:proofErr w:type="spellStart"/>
      <w:r w:rsidRPr="00F14AA3">
        <w:t>elementów</w:t>
      </w:r>
      <w:proofErr w:type="spellEnd"/>
      <w:r w:rsidRPr="00F14AA3">
        <w:t xml:space="preserve"> </w:t>
      </w:r>
      <w:proofErr w:type="spellStart"/>
      <w:r w:rsidRPr="00F14AA3">
        <w:t>wyraźnie</w:t>
      </w:r>
      <w:proofErr w:type="spellEnd"/>
      <w:r w:rsidRPr="00F14AA3">
        <w:t xml:space="preserve"> </w:t>
      </w:r>
      <w:proofErr w:type="spellStart"/>
      <w:r w:rsidRPr="00F14AA3">
        <w:t>wskazanych</w:t>
      </w:r>
      <w:proofErr w:type="spellEnd"/>
      <w:r w:rsidRPr="00F14AA3">
        <w:t xml:space="preserve"> w </w:t>
      </w:r>
      <w:proofErr w:type="spellStart"/>
      <w:r w:rsidRPr="00F14AA3">
        <w:t>umowie</w:t>
      </w:r>
      <w:proofErr w:type="spellEnd"/>
      <w:r w:rsidRPr="00F14AA3">
        <w:t xml:space="preserve"> </w:t>
      </w:r>
      <w:proofErr w:type="spellStart"/>
      <w:r w:rsidRPr="00F14AA3">
        <w:t>jako</w:t>
      </w:r>
      <w:proofErr w:type="spellEnd"/>
      <w:r w:rsidRPr="00F14AA3">
        <w:t xml:space="preserve"> </w:t>
      </w:r>
      <w:proofErr w:type="spellStart"/>
      <w:r w:rsidRPr="00F14AA3">
        <w:t>dostarczane</w:t>
      </w:r>
      <w:proofErr w:type="spellEnd"/>
      <w:r w:rsidRPr="00F14AA3">
        <w:t xml:space="preserve"> </w:t>
      </w:r>
      <w:proofErr w:type="spellStart"/>
      <w:r w:rsidRPr="00F14AA3">
        <w:t>przez</w:t>
      </w:r>
      <w:proofErr w:type="spellEnd"/>
      <w:r w:rsidRPr="00F14AA3">
        <w:t xml:space="preserve"> </w:t>
      </w:r>
      <w:proofErr w:type="spellStart"/>
      <w:r w:rsidRPr="00F14AA3">
        <w:t>Zamawiającego</w:t>
      </w:r>
      <w:proofErr w:type="spellEnd"/>
      <w:r w:rsidRPr="00F14AA3">
        <w:t>.</w:t>
      </w:r>
    </w:p>
    <w:p w14:paraId="17596478" w14:textId="57F02604" w:rsidR="002161BE" w:rsidRPr="00F14AA3" w:rsidRDefault="00E54091" w:rsidP="00E54091">
      <w:pPr>
        <w:pStyle w:val="Listapunktowana"/>
      </w:pPr>
      <w:proofErr w:type="spellStart"/>
      <w:r w:rsidRPr="00F14AA3">
        <w:t>Wykonawca</w:t>
      </w:r>
      <w:proofErr w:type="spellEnd"/>
      <w:r w:rsidRPr="00F14AA3">
        <w:t xml:space="preserve"> </w:t>
      </w:r>
      <w:proofErr w:type="spellStart"/>
      <w:r w:rsidRPr="00F14AA3">
        <w:t>prowadzi</w:t>
      </w:r>
      <w:proofErr w:type="spellEnd"/>
      <w:r w:rsidRPr="00F14AA3">
        <w:t xml:space="preserve"> </w:t>
      </w:r>
      <w:proofErr w:type="spellStart"/>
      <w:r w:rsidRPr="00F14AA3">
        <w:t>bieżącą</w:t>
      </w:r>
      <w:proofErr w:type="spellEnd"/>
      <w:r w:rsidRPr="00F14AA3">
        <w:t xml:space="preserve"> </w:t>
      </w:r>
      <w:proofErr w:type="spellStart"/>
      <w:r w:rsidRPr="00F14AA3">
        <w:t>dokumentację</w:t>
      </w:r>
      <w:proofErr w:type="spellEnd"/>
      <w:r w:rsidRPr="00F14AA3">
        <w:t xml:space="preserve"> </w:t>
      </w:r>
      <w:proofErr w:type="spellStart"/>
      <w:r w:rsidRPr="00F14AA3">
        <w:t>prac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przekazuje</w:t>
      </w:r>
      <w:proofErr w:type="spellEnd"/>
      <w:r w:rsidRPr="00F14AA3">
        <w:t xml:space="preserve"> </w:t>
      </w:r>
      <w:proofErr w:type="spellStart"/>
      <w:r w:rsidRPr="00F14AA3">
        <w:t>Zamawiającemu</w:t>
      </w:r>
      <w:proofErr w:type="spellEnd"/>
      <w:r w:rsidRPr="00F14AA3">
        <w:t xml:space="preserve"> </w:t>
      </w:r>
      <w:proofErr w:type="spellStart"/>
      <w:r w:rsidRPr="00F14AA3">
        <w:t>raporty</w:t>
      </w:r>
      <w:proofErr w:type="spellEnd"/>
      <w:r w:rsidRPr="00F14AA3">
        <w:t xml:space="preserve"> z </w:t>
      </w:r>
      <w:proofErr w:type="spellStart"/>
      <w:r w:rsidRPr="00F14AA3">
        <w:t>realizacji</w:t>
      </w:r>
      <w:proofErr w:type="spellEnd"/>
      <w:r w:rsidRPr="00F14AA3">
        <w:t xml:space="preserve"> </w:t>
      </w:r>
      <w:proofErr w:type="spellStart"/>
      <w:r w:rsidRPr="00F14AA3">
        <w:t>każdego</w:t>
      </w:r>
      <w:proofErr w:type="spellEnd"/>
      <w:r w:rsidRPr="00F14AA3">
        <w:t xml:space="preserve"> </w:t>
      </w:r>
      <w:proofErr w:type="spellStart"/>
      <w:r w:rsidRPr="00F14AA3">
        <w:t>etapu</w:t>
      </w:r>
      <w:proofErr w:type="spellEnd"/>
      <w:r w:rsidRPr="00F14AA3">
        <w:t xml:space="preserve">, </w:t>
      </w:r>
      <w:proofErr w:type="spellStart"/>
      <w:r w:rsidRPr="00F14AA3">
        <w:t>umożliwiające</w:t>
      </w:r>
      <w:proofErr w:type="spellEnd"/>
      <w:r w:rsidRPr="00F14AA3">
        <w:t xml:space="preserve"> </w:t>
      </w:r>
      <w:proofErr w:type="spellStart"/>
      <w:r w:rsidRPr="00F14AA3">
        <w:t>wykazanie</w:t>
      </w:r>
      <w:proofErr w:type="spellEnd"/>
      <w:r w:rsidRPr="00F14AA3">
        <w:t xml:space="preserve"> </w:t>
      </w:r>
      <w:proofErr w:type="spellStart"/>
      <w:r w:rsidRPr="00F14AA3">
        <w:t>postępu</w:t>
      </w:r>
      <w:proofErr w:type="spellEnd"/>
      <w:r w:rsidRPr="00F14AA3">
        <w:t xml:space="preserve"> </w:t>
      </w:r>
      <w:proofErr w:type="spellStart"/>
      <w:r w:rsidRPr="00F14AA3">
        <w:t>prac</w:t>
      </w:r>
      <w:proofErr w:type="spellEnd"/>
      <w:r w:rsidRPr="00F14AA3">
        <w:t xml:space="preserve"> </w:t>
      </w:r>
      <w:proofErr w:type="spellStart"/>
      <w:r w:rsidRPr="00F14AA3">
        <w:t>badawczo-rozwojowych</w:t>
      </w:r>
      <w:proofErr w:type="spellEnd"/>
      <w:r w:rsidRPr="00F14AA3">
        <w:t xml:space="preserve"> </w:t>
      </w:r>
      <w:proofErr w:type="spellStart"/>
      <w:r w:rsidRPr="00F14AA3">
        <w:t>przed</w:t>
      </w:r>
      <w:proofErr w:type="spellEnd"/>
      <w:r w:rsidRPr="00F14AA3">
        <w:t xml:space="preserve"> </w:t>
      </w:r>
      <w:proofErr w:type="spellStart"/>
      <w:r w:rsidRPr="00F14AA3">
        <w:t>instytucją</w:t>
      </w:r>
      <w:proofErr w:type="spellEnd"/>
      <w:r w:rsidRPr="00F14AA3">
        <w:t xml:space="preserve"> </w:t>
      </w:r>
      <w:proofErr w:type="spellStart"/>
      <w:r w:rsidRPr="00F14AA3">
        <w:t>finansującą</w:t>
      </w:r>
      <w:proofErr w:type="spellEnd"/>
      <w:r w:rsidRPr="00F14AA3">
        <w:t>.</w:t>
      </w:r>
    </w:p>
    <w:p w14:paraId="5B70035E" w14:textId="4C267DA3" w:rsidR="002161BE" w:rsidRPr="00F14AA3" w:rsidRDefault="00E54091">
      <w:pPr>
        <w:pStyle w:val="Nagwek2"/>
      </w:pPr>
      <w:r w:rsidRPr="00F14AA3">
        <w:t xml:space="preserve">6. </w:t>
      </w:r>
      <w:proofErr w:type="spellStart"/>
      <w:r w:rsidRPr="00F14AA3">
        <w:t>Rezultaty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dokumentacja</w:t>
      </w:r>
      <w:proofErr w:type="spellEnd"/>
    </w:p>
    <w:p w14:paraId="733E1AB1" w14:textId="77777777" w:rsidR="002161BE" w:rsidRPr="00F14AA3" w:rsidRDefault="00000000">
      <w:pPr>
        <w:pStyle w:val="Listapunktowana"/>
      </w:pPr>
      <w:r w:rsidRPr="00F14AA3">
        <w:t>pełna dokumentacja architektury i interfejsów;</w:t>
      </w:r>
    </w:p>
    <w:p w14:paraId="3092E792" w14:textId="77777777" w:rsidR="002161BE" w:rsidRPr="00F14AA3" w:rsidRDefault="00000000">
      <w:pPr>
        <w:pStyle w:val="Listapunktowana"/>
      </w:pPr>
      <w:r w:rsidRPr="00F14AA3">
        <w:t>schematy elektroniczne, projekty PCB, Gerbery, BOM, pliki źródłowe, konfiguracje produkcyjne i testowe – jeżeli powstaną w danym etapie;</w:t>
      </w:r>
    </w:p>
    <w:p w14:paraId="0ECA9BD7" w14:textId="77777777" w:rsidR="002161BE" w:rsidRPr="00F14AA3" w:rsidRDefault="00000000">
      <w:pPr>
        <w:pStyle w:val="Listapunktowana"/>
      </w:pPr>
      <w:r w:rsidRPr="00F14AA3">
        <w:t>firmware wraz z kodem źródłowym, konfiguracją toolchainu, instrukcją kompilacji i programowania;</w:t>
      </w:r>
    </w:p>
    <w:p w14:paraId="0DC94BBE" w14:textId="77777777" w:rsidR="002161BE" w:rsidRPr="00F14AA3" w:rsidRDefault="00000000">
      <w:pPr>
        <w:pStyle w:val="Listapunktowana"/>
      </w:pPr>
      <w:r w:rsidRPr="00F14AA3">
        <w:t>kod źródłowy oprogramowania, skrypty, notebooki, konfiguracje środowisk i pliki zależności;</w:t>
      </w:r>
    </w:p>
    <w:p w14:paraId="7E6B7A2E" w14:textId="77777777" w:rsidR="002161BE" w:rsidRPr="00F14AA3" w:rsidRDefault="00000000">
      <w:pPr>
        <w:pStyle w:val="Listapunktowana"/>
      </w:pPr>
      <w:r w:rsidRPr="00F14AA3">
        <w:lastRenderedPageBreak/>
        <w:t>modele AI, wagi, skrypty treningowe, konfiguracje eksperymentów, dane pośrednie w zakresie prawnie i technicznie możliwym do przekazania;</w:t>
      </w:r>
    </w:p>
    <w:p w14:paraId="7C3B45D2" w14:textId="77777777" w:rsidR="002161BE" w:rsidRPr="00F14AA3" w:rsidRDefault="00000000">
      <w:pPr>
        <w:pStyle w:val="Listapunktowana"/>
      </w:pPr>
      <w:r w:rsidRPr="00F14AA3">
        <w:t>raporty z testów, logi, protokoły uruchomień, raporty EMC/pre-compliance, raporty integralności danych i czasu odpowiedzi – stosownie do etapu;</w:t>
      </w:r>
    </w:p>
    <w:p w14:paraId="08F286F3" w14:textId="77777777" w:rsidR="002161BE" w:rsidRPr="00F14AA3" w:rsidRDefault="00000000">
      <w:pPr>
        <w:pStyle w:val="Listapunktowana"/>
      </w:pPr>
      <w:r w:rsidRPr="00F14AA3">
        <w:t>instrukcja odtworzenia środowiska i wyników oraz lista ograniczeń technicznych.</w:t>
      </w:r>
    </w:p>
    <w:p w14:paraId="185B63E7" w14:textId="77777777" w:rsidR="00E54091" w:rsidRPr="00F14AA3" w:rsidRDefault="00000000">
      <w:pPr>
        <w:rPr>
          <w:rFonts w:ascii="Times New Roman" w:hAnsi="Times New Roman" w:cs="Times New Roman"/>
          <w:color w:val="000000"/>
          <w:sz w:val="22"/>
        </w:rPr>
      </w:pPr>
      <w:r w:rsidRPr="00F14AA3">
        <w:rPr>
          <w:rFonts w:ascii="Times New Roman" w:hAnsi="Times New Roman" w:cs="Times New Roman"/>
          <w:b/>
          <w:color w:val="000000"/>
          <w:sz w:val="22"/>
        </w:rPr>
        <w:t xml:space="preserve">Ważne: </w:t>
      </w:r>
      <w:r w:rsidRPr="00F14AA3">
        <w:rPr>
          <w:rFonts w:ascii="Times New Roman" w:hAnsi="Times New Roman" w:cs="Times New Roman"/>
          <w:color w:val="000000"/>
          <w:sz w:val="22"/>
        </w:rPr>
        <w:t xml:space="preserve">w pracach badawczo-rozwojowych wynik negatywny nie jest automatycznie wadą realizacji. Odbiór opiera się na prawidłowym wykonaniu uzgodnionej metody, kompletności danych, dokumentacji i przekazaniu rezultatów. Nieosiągnięcie hipotezy badawczej projektu samo w sobie nie stanowi podstawy odmowy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odbioru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,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jeżeli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wykonawca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prawidłowo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wykonał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uzgodniony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zakres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>.</w:t>
      </w:r>
    </w:p>
    <w:p w14:paraId="488EF52D" w14:textId="77777777" w:rsidR="00E54091" w:rsidRPr="00F14AA3" w:rsidRDefault="00E54091" w:rsidP="00E54091">
      <w:pPr>
        <w:pStyle w:val="Nagwek2"/>
      </w:pPr>
      <w:r w:rsidRPr="00F14AA3">
        <w:t xml:space="preserve">7. Termin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miejsce</w:t>
      </w:r>
      <w:proofErr w:type="spellEnd"/>
      <w:r w:rsidRPr="00F14AA3">
        <w:t xml:space="preserve"> </w:t>
      </w:r>
      <w:proofErr w:type="spellStart"/>
      <w:r w:rsidRPr="00F14AA3">
        <w:t>realizacji</w:t>
      </w:r>
      <w:proofErr w:type="spellEnd"/>
    </w:p>
    <w:p w14:paraId="2626EC07" w14:textId="77777777" w:rsidR="00E54091" w:rsidRPr="00F14AA3" w:rsidRDefault="00E54091" w:rsidP="00E54091">
      <w:pPr>
        <w:rPr>
          <w:rFonts w:ascii="Times New Roman" w:hAnsi="Times New Roman" w:cs="Times New Roman"/>
          <w:color w:val="000000"/>
          <w:sz w:val="22"/>
        </w:rPr>
      </w:pP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Zamówienie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będzie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realizowane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etapowo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, w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powiązaniu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z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harmonogramem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projektu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.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Okresy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wskazane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w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tabeli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liczone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są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od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miesiąca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rozpoczęcia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realizacji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projektu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(M1):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85"/>
        <w:gridCol w:w="2585"/>
        <w:gridCol w:w="2585"/>
        <w:gridCol w:w="2585"/>
      </w:tblGrid>
      <w:tr w:rsidR="00E54091" w:rsidRPr="00571ED7" w14:paraId="2F9374C8" w14:textId="77777777" w:rsidTr="00F14AA3">
        <w:trPr>
          <w:tblHeader/>
        </w:trPr>
        <w:tc>
          <w:tcPr>
            <w:tcW w:w="2585" w:type="dxa"/>
            <w:shd w:val="clear" w:color="D9E2F3" w:fill="D9E2F3"/>
            <w:vAlign w:val="center"/>
          </w:tcPr>
          <w:p w14:paraId="142D6626" w14:textId="7E582DE9" w:rsidR="00E54091" w:rsidRPr="00F14AA3" w:rsidRDefault="00E54091">
            <w:pPr>
              <w:rPr>
                <w:rFonts w:ascii="Times New Roman" w:hAnsi="Times New Roman"/>
                <w:b/>
                <w:sz w:val="22"/>
              </w:rPr>
            </w:pPr>
            <w:proofErr w:type="spellStart"/>
            <w:r w:rsidRPr="00F14AA3">
              <w:rPr>
                <w:rFonts w:ascii="Times New Roman" w:hAnsi="Times New Roman"/>
                <w:b/>
                <w:sz w:val="22"/>
              </w:rPr>
              <w:t>Etap</w:t>
            </w:r>
            <w:proofErr w:type="spellEnd"/>
          </w:p>
        </w:tc>
        <w:tc>
          <w:tcPr>
            <w:tcW w:w="2585" w:type="dxa"/>
            <w:shd w:val="clear" w:color="D9E2F3" w:fill="D9E2F3"/>
            <w:vAlign w:val="center"/>
          </w:tcPr>
          <w:p w14:paraId="2CB48843" w14:textId="17E643ED" w:rsidR="00E54091" w:rsidRPr="00F14AA3" w:rsidRDefault="00E54091">
            <w:pPr>
              <w:rPr>
                <w:rFonts w:ascii="Times New Roman" w:hAnsi="Times New Roman"/>
                <w:b/>
                <w:sz w:val="22"/>
              </w:rPr>
            </w:pPr>
            <w:proofErr w:type="spellStart"/>
            <w:r w:rsidRPr="00F14AA3">
              <w:rPr>
                <w:rFonts w:ascii="Times New Roman" w:hAnsi="Times New Roman"/>
                <w:b/>
                <w:sz w:val="22"/>
              </w:rPr>
              <w:t>Powiązanie</w:t>
            </w:r>
            <w:proofErr w:type="spellEnd"/>
            <w:r w:rsidRPr="00F14AA3">
              <w:rPr>
                <w:rFonts w:ascii="Times New Roman" w:hAnsi="Times New Roman"/>
                <w:b/>
                <w:sz w:val="22"/>
              </w:rPr>
              <w:t xml:space="preserve"> z </w:t>
            </w:r>
            <w:proofErr w:type="spellStart"/>
            <w:r w:rsidRPr="00F14AA3">
              <w:rPr>
                <w:rFonts w:ascii="Times New Roman" w:hAnsi="Times New Roman"/>
                <w:b/>
                <w:sz w:val="22"/>
              </w:rPr>
              <w:t>zadaniem</w:t>
            </w:r>
            <w:proofErr w:type="spellEnd"/>
            <w:r w:rsidRPr="00F14AA3">
              <w:rPr>
                <w:rFonts w:ascii="Times New Roman" w:hAnsi="Times New Roman"/>
                <w:b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b/>
                <w:sz w:val="22"/>
              </w:rPr>
              <w:t>projektu</w:t>
            </w:r>
            <w:proofErr w:type="spellEnd"/>
          </w:p>
        </w:tc>
        <w:tc>
          <w:tcPr>
            <w:tcW w:w="2585" w:type="dxa"/>
            <w:shd w:val="clear" w:color="D9E2F3" w:fill="D9E2F3"/>
            <w:vAlign w:val="center"/>
          </w:tcPr>
          <w:p w14:paraId="24DC3E9E" w14:textId="77C88D5F" w:rsidR="00E54091" w:rsidRPr="00F14AA3" w:rsidRDefault="00E54091">
            <w:pPr>
              <w:rPr>
                <w:rFonts w:ascii="Times New Roman" w:hAnsi="Times New Roman"/>
                <w:b/>
                <w:sz w:val="22"/>
              </w:rPr>
            </w:pPr>
            <w:proofErr w:type="spellStart"/>
            <w:r w:rsidRPr="00F14AA3">
              <w:rPr>
                <w:rFonts w:ascii="Times New Roman" w:hAnsi="Times New Roman"/>
                <w:b/>
                <w:sz w:val="22"/>
              </w:rPr>
              <w:t>Orientacyjny</w:t>
            </w:r>
            <w:proofErr w:type="spellEnd"/>
            <w:r w:rsidRPr="00F14AA3">
              <w:rPr>
                <w:rFonts w:ascii="Times New Roman" w:hAnsi="Times New Roman"/>
                <w:b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b/>
                <w:sz w:val="22"/>
              </w:rPr>
              <w:t>okres</w:t>
            </w:r>
            <w:proofErr w:type="spellEnd"/>
          </w:p>
        </w:tc>
        <w:tc>
          <w:tcPr>
            <w:tcW w:w="2585" w:type="dxa"/>
            <w:shd w:val="clear" w:color="D9E2F3" w:fill="D9E2F3"/>
            <w:vAlign w:val="center"/>
          </w:tcPr>
          <w:p w14:paraId="305B09CB" w14:textId="63E47124" w:rsidR="00E54091" w:rsidRPr="00F14AA3" w:rsidRDefault="00E54091">
            <w:pPr>
              <w:rPr>
                <w:rFonts w:ascii="Times New Roman" w:hAnsi="Times New Roman"/>
                <w:b/>
                <w:sz w:val="22"/>
              </w:rPr>
            </w:pPr>
            <w:proofErr w:type="spellStart"/>
            <w:r w:rsidRPr="00F14AA3">
              <w:rPr>
                <w:rFonts w:ascii="Times New Roman" w:hAnsi="Times New Roman"/>
                <w:b/>
                <w:sz w:val="22"/>
              </w:rPr>
              <w:t>Główne</w:t>
            </w:r>
            <w:proofErr w:type="spellEnd"/>
            <w:r w:rsidRPr="00F14AA3">
              <w:rPr>
                <w:rFonts w:ascii="Times New Roman" w:hAnsi="Times New Roman"/>
                <w:b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b/>
                <w:sz w:val="22"/>
              </w:rPr>
              <w:t>miejsce</w:t>
            </w:r>
            <w:proofErr w:type="spellEnd"/>
            <w:r w:rsidRPr="00F14AA3">
              <w:rPr>
                <w:rFonts w:ascii="Times New Roman" w:hAnsi="Times New Roman"/>
                <w:b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b/>
                <w:sz w:val="22"/>
              </w:rPr>
              <w:t>realizacji</w:t>
            </w:r>
            <w:proofErr w:type="spellEnd"/>
          </w:p>
        </w:tc>
      </w:tr>
      <w:tr w:rsidR="00E54091" w:rsidRPr="00571ED7" w14:paraId="3E6F5C19" w14:textId="77777777" w:rsidTr="00F14AA3">
        <w:tc>
          <w:tcPr>
            <w:tcW w:w="2585" w:type="dxa"/>
            <w:vAlign w:val="center"/>
          </w:tcPr>
          <w:p w14:paraId="46F3F3CC" w14:textId="4DD5670A" w:rsidR="00E54091" w:rsidRPr="00F14AA3" w:rsidRDefault="00E54091">
            <w:pPr>
              <w:rPr>
                <w:rFonts w:ascii="Times New Roman" w:hAnsi="Times New Roman"/>
                <w:sz w:val="22"/>
              </w:rPr>
            </w:pPr>
            <w:r w:rsidRPr="00F14AA3">
              <w:rPr>
                <w:rFonts w:ascii="Times New Roman" w:hAnsi="Times New Roman"/>
                <w:sz w:val="22"/>
              </w:rPr>
              <w:t>I</w:t>
            </w:r>
          </w:p>
        </w:tc>
        <w:tc>
          <w:tcPr>
            <w:tcW w:w="2585" w:type="dxa"/>
            <w:vAlign w:val="center"/>
          </w:tcPr>
          <w:p w14:paraId="17DCBC78" w14:textId="0EDED93B" w:rsidR="00E54091" w:rsidRPr="00F14AA3" w:rsidRDefault="00E54091">
            <w:pPr>
              <w:rPr>
                <w:rFonts w:ascii="Times New Roman" w:hAnsi="Times New Roman"/>
                <w:sz w:val="22"/>
              </w:rPr>
            </w:pPr>
            <w:r w:rsidRPr="00F14AA3">
              <w:rPr>
                <w:rFonts w:ascii="Times New Roman" w:hAnsi="Times New Roman"/>
                <w:sz w:val="22"/>
              </w:rPr>
              <w:t>Z1</w:t>
            </w:r>
          </w:p>
        </w:tc>
        <w:tc>
          <w:tcPr>
            <w:tcW w:w="2585" w:type="dxa"/>
            <w:vAlign w:val="center"/>
          </w:tcPr>
          <w:p w14:paraId="0A36F587" w14:textId="164063CF" w:rsidR="00E54091" w:rsidRPr="00F14AA3" w:rsidRDefault="00E54091">
            <w:pPr>
              <w:rPr>
                <w:rFonts w:ascii="Times New Roman" w:hAnsi="Times New Roman"/>
                <w:sz w:val="22"/>
              </w:rPr>
            </w:pPr>
            <w:r w:rsidRPr="00F14AA3">
              <w:rPr>
                <w:rFonts w:ascii="Times New Roman" w:hAnsi="Times New Roman"/>
                <w:sz w:val="22"/>
              </w:rPr>
              <w:t>M2–M8</w:t>
            </w:r>
          </w:p>
        </w:tc>
        <w:tc>
          <w:tcPr>
            <w:tcW w:w="2585" w:type="dxa"/>
            <w:vAlign w:val="center"/>
          </w:tcPr>
          <w:p w14:paraId="7975FCC7" w14:textId="3F41B897" w:rsidR="00E54091" w:rsidRPr="00F14AA3" w:rsidRDefault="00E54091">
            <w:pPr>
              <w:rPr>
                <w:rFonts w:ascii="Times New Roman" w:hAnsi="Times New Roman"/>
                <w:sz w:val="22"/>
              </w:rPr>
            </w:pPr>
            <w:proofErr w:type="spellStart"/>
            <w:r w:rsidRPr="00F14AA3">
              <w:rPr>
                <w:rFonts w:ascii="Times New Roman" w:hAnsi="Times New Roman"/>
                <w:sz w:val="22"/>
              </w:rPr>
              <w:t>siedziba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Zamawiającego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/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zaplecze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Wykonawcy</w:t>
            </w:r>
            <w:proofErr w:type="spellEnd"/>
          </w:p>
        </w:tc>
      </w:tr>
      <w:tr w:rsidR="00E54091" w:rsidRPr="00571ED7" w14:paraId="67062EF1" w14:textId="77777777" w:rsidTr="00F14AA3">
        <w:tc>
          <w:tcPr>
            <w:tcW w:w="2585" w:type="dxa"/>
            <w:vAlign w:val="center"/>
          </w:tcPr>
          <w:p w14:paraId="512D0405" w14:textId="57536221" w:rsidR="00E54091" w:rsidRPr="00F14AA3" w:rsidRDefault="00E54091">
            <w:pPr>
              <w:rPr>
                <w:rFonts w:ascii="Times New Roman" w:hAnsi="Times New Roman"/>
                <w:sz w:val="22"/>
              </w:rPr>
            </w:pPr>
            <w:r w:rsidRPr="00F14AA3">
              <w:rPr>
                <w:rFonts w:ascii="Times New Roman" w:hAnsi="Times New Roman"/>
                <w:sz w:val="22"/>
              </w:rPr>
              <w:t>II</w:t>
            </w:r>
          </w:p>
        </w:tc>
        <w:tc>
          <w:tcPr>
            <w:tcW w:w="2585" w:type="dxa"/>
            <w:vAlign w:val="center"/>
          </w:tcPr>
          <w:p w14:paraId="470024F5" w14:textId="34E86DB2" w:rsidR="00E54091" w:rsidRPr="00F14AA3" w:rsidRDefault="00E54091">
            <w:pPr>
              <w:rPr>
                <w:rFonts w:ascii="Times New Roman" w:hAnsi="Times New Roman"/>
                <w:sz w:val="22"/>
              </w:rPr>
            </w:pPr>
            <w:r w:rsidRPr="00F14AA3">
              <w:rPr>
                <w:rFonts w:ascii="Times New Roman" w:hAnsi="Times New Roman"/>
                <w:sz w:val="22"/>
              </w:rPr>
              <w:t>Z3</w:t>
            </w:r>
          </w:p>
        </w:tc>
        <w:tc>
          <w:tcPr>
            <w:tcW w:w="2585" w:type="dxa"/>
            <w:vAlign w:val="center"/>
          </w:tcPr>
          <w:p w14:paraId="6B96AF7B" w14:textId="53C51A1B" w:rsidR="00E54091" w:rsidRPr="00F14AA3" w:rsidRDefault="00E54091">
            <w:pPr>
              <w:rPr>
                <w:rFonts w:ascii="Times New Roman" w:hAnsi="Times New Roman"/>
                <w:sz w:val="22"/>
              </w:rPr>
            </w:pPr>
            <w:r w:rsidRPr="00F14AA3">
              <w:rPr>
                <w:rFonts w:ascii="Times New Roman" w:hAnsi="Times New Roman"/>
                <w:sz w:val="22"/>
              </w:rPr>
              <w:t>M8–M18</w:t>
            </w:r>
          </w:p>
        </w:tc>
        <w:tc>
          <w:tcPr>
            <w:tcW w:w="2585" w:type="dxa"/>
            <w:vAlign w:val="center"/>
          </w:tcPr>
          <w:p w14:paraId="0ED6F1C8" w14:textId="4B8772D9" w:rsidR="00E54091" w:rsidRPr="00F14AA3" w:rsidRDefault="00E54091">
            <w:pPr>
              <w:rPr>
                <w:rFonts w:ascii="Times New Roman" w:hAnsi="Times New Roman"/>
                <w:sz w:val="22"/>
              </w:rPr>
            </w:pPr>
            <w:proofErr w:type="spellStart"/>
            <w:r w:rsidRPr="00F14AA3">
              <w:rPr>
                <w:rFonts w:ascii="Times New Roman" w:hAnsi="Times New Roman"/>
                <w:sz w:val="22"/>
              </w:rPr>
              <w:t>siedziba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Zamawiającego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/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infrastruktura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Wykonawcy</w:t>
            </w:r>
            <w:proofErr w:type="spellEnd"/>
          </w:p>
        </w:tc>
      </w:tr>
      <w:tr w:rsidR="00E54091" w:rsidRPr="00571ED7" w14:paraId="3F22B019" w14:textId="77777777" w:rsidTr="00F14AA3">
        <w:tc>
          <w:tcPr>
            <w:tcW w:w="2585" w:type="dxa"/>
            <w:vAlign w:val="center"/>
          </w:tcPr>
          <w:p w14:paraId="7343B09C" w14:textId="264DBE08" w:rsidR="00E54091" w:rsidRPr="00F14AA3" w:rsidRDefault="00E54091">
            <w:pPr>
              <w:rPr>
                <w:rFonts w:ascii="Times New Roman" w:hAnsi="Times New Roman"/>
                <w:sz w:val="22"/>
              </w:rPr>
            </w:pPr>
            <w:r w:rsidRPr="00F14AA3">
              <w:rPr>
                <w:rFonts w:ascii="Times New Roman" w:hAnsi="Times New Roman"/>
                <w:sz w:val="22"/>
              </w:rPr>
              <w:t>III</w:t>
            </w:r>
          </w:p>
        </w:tc>
        <w:tc>
          <w:tcPr>
            <w:tcW w:w="2585" w:type="dxa"/>
            <w:vAlign w:val="center"/>
          </w:tcPr>
          <w:p w14:paraId="06DB4171" w14:textId="0F801286" w:rsidR="00E54091" w:rsidRPr="00F14AA3" w:rsidRDefault="00E54091">
            <w:pPr>
              <w:rPr>
                <w:rFonts w:ascii="Times New Roman" w:hAnsi="Times New Roman"/>
                <w:sz w:val="22"/>
              </w:rPr>
            </w:pPr>
            <w:r w:rsidRPr="00F14AA3">
              <w:rPr>
                <w:rFonts w:ascii="Times New Roman" w:hAnsi="Times New Roman"/>
                <w:sz w:val="22"/>
              </w:rPr>
              <w:t>Z4</w:t>
            </w:r>
          </w:p>
        </w:tc>
        <w:tc>
          <w:tcPr>
            <w:tcW w:w="2585" w:type="dxa"/>
            <w:vAlign w:val="center"/>
          </w:tcPr>
          <w:p w14:paraId="246A4DC4" w14:textId="3F535B72" w:rsidR="00E54091" w:rsidRPr="00F14AA3" w:rsidRDefault="00E54091">
            <w:pPr>
              <w:rPr>
                <w:rFonts w:ascii="Times New Roman" w:hAnsi="Times New Roman"/>
                <w:sz w:val="22"/>
              </w:rPr>
            </w:pPr>
            <w:r w:rsidRPr="00F14AA3">
              <w:rPr>
                <w:rFonts w:ascii="Times New Roman" w:hAnsi="Times New Roman"/>
                <w:sz w:val="22"/>
              </w:rPr>
              <w:t>M20–M25</w:t>
            </w:r>
          </w:p>
        </w:tc>
        <w:tc>
          <w:tcPr>
            <w:tcW w:w="2585" w:type="dxa"/>
            <w:vAlign w:val="center"/>
          </w:tcPr>
          <w:p w14:paraId="1D361725" w14:textId="7BE80A2A" w:rsidR="00E54091" w:rsidRPr="00F14AA3" w:rsidRDefault="00E54091">
            <w:pPr>
              <w:rPr>
                <w:rFonts w:ascii="Times New Roman" w:hAnsi="Times New Roman"/>
                <w:sz w:val="22"/>
              </w:rPr>
            </w:pPr>
            <w:proofErr w:type="spellStart"/>
            <w:r w:rsidRPr="00F14AA3">
              <w:rPr>
                <w:rFonts w:ascii="Times New Roman" w:hAnsi="Times New Roman"/>
                <w:sz w:val="22"/>
              </w:rPr>
              <w:t>siedziba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Zamawiającego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(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fizyczna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maszyna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X1000U) /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infrastruktura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Wykonawcy</w:t>
            </w:r>
            <w:proofErr w:type="spellEnd"/>
          </w:p>
        </w:tc>
      </w:tr>
      <w:tr w:rsidR="00E54091" w:rsidRPr="00571ED7" w14:paraId="386463DF" w14:textId="77777777" w:rsidTr="00F14AA3">
        <w:tc>
          <w:tcPr>
            <w:tcW w:w="2585" w:type="dxa"/>
            <w:vAlign w:val="center"/>
          </w:tcPr>
          <w:p w14:paraId="30CA77C4" w14:textId="0FDAE0BA" w:rsidR="00E54091" w:rsidRPr="00F14AA3" w:rsidRDefault="00E54091">
            <w:pPr>
              <w:rPr>
                <w:rFonts w:ascii="Times New Roman" w:hAnsi="Times New Roman"/>
                <w:sz w:val="22"/>
              </w:rPr>
            </w:pPr>
            <w:r w:rsidRPr="00F14AA3">
              <w:rPr>
                <w:rFonts w:ascii="Times New Roman" w:hAnsi="Times New Roman"/>
                <w:sz w:val="22"/>
              </w:rPr>
              <w:t>IV</w:t>
            </w:r>
          </w:p>
        </w:tc>
        <w:tc>
          <w:tcPr>
            <w:tcW w:w="2585" w:type="dxa"/>
            <w:vAlign w:val="center"/>
          </w:tcPr>
          <w:p w14:paraId="62615505" w14:textId="5AEBEF99" w:rsidR="00E54091" w:rsidRPr="00F14AA3" w:rsidRDefault="00E54091">
            <w:pPr>
              <w:rPr>
                <w:rFonts w:ascii="Times New Roman" w:hAnsi="Times New Roman"/>
                <w:sz w:val="22"/>
              </w:rPr>
            </w:pPr>
            <w:r w:rsidRPr="00F14AA3">
              <w:rPr>
                <w:rFonts w:ascii="Times New Roman" w:hAnsi="Times New Roman"/>
                <w:sz w:val="22"/>
              </w:rPr>
              <w:t>Z5</w:t>
            </w:r>
          </w:p>
        </w:tc>
        <w:tc>
          <w:tcPr>
            <w:tcW w:w="2585" w:type="dxa"/>
            <w:vAlign w:val="center"/>
          </w:tcPr>
          <w:p w14:paraId="4B079135" w14:textId="2853AAFB" w:rsidR="00E54091" w:rsidRPr="00F14AA3" w:rsidRDefault="00E54091">
            <w:pPr>
              <w:rPr>
                <w:rFonts w:ascii="Times New Roman" w:hAnsi="Times New Roman"/>
                <w:sz w:val="22"/>
              </w:rPr>
            </w:pPr>
            <w:r w:rsidRPr="00F14AA3">
              <w:rPr>
                <w:rFonts w:ascii="Times New Roman" w:hAnsi="Times New Roman"/>
                <w:sz w:val="22"/>
              </w:rPr>
              <w:t>M24–M29</w:t>
            </w:r>
          </w:p>
        </w:tc>
        <w:tc>
          <w:tcPr>
            <w:tcW w:w="2585" w:type="dxa"/>
            <w:vAlign w:val="center"/>
          </w:tcPr>
          <w:p w14:paraId="7C5A89C6" w14:textId="2CD33654" w:rsidR="00E54091" w:rsidRPr="00F14AA3" w:rsidRDefault="00E54091">
            <w:pPr>
              <w:rPr>
                <w:rFonts w:ascii="Times New Roman" w:hAnsi="Times New Roman"/>
                <w:sz w:val="22"/>
              </w:rPr>
            </w:pPr>
            <w:proofErr w:type="spellStart"/>
            <w:r w:rsidRPr="00F14AA3">
              <w:rPr>
                <w:rFonts w:ascii="Times New Roman" w:hAnsi="Times New Roman"/>
                <w:sz w:val="22"/>
              </w:rPr>
              <w:t>siedziba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Zamawiającego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(U-Change) /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infrastruktura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Wykonawcy</w:t>
            </w:r>
            <w:proofErr w:type="spellEnd"/>
          </w:p>
        </w:tc>
      </w:tr>
    </w:tbl>
    <w:p w14:paraId="7B43662B" w14:textId="77777777" w:rsidR="00E54091" w:rsidRPr="00F14AA3" w:rsidRDefault="00E54091" w:rsidP="00E54091">
      <w:pPr>
        <w:rPr>
          <w:rFonts w:ascii="Times New Roman" w:hAnsi="Times New Roman" w:cs="Times New Roman"/>
          <w:color w:val="000000"/>
          <w:sz w:val="22"/>
        </w:rPr>
      </w:pPr>
    </w:p>
    <w:p w14:paraId="5A06AF6D" w14:textId="20F98599" w:rsidR="00E54091" w:rsidRPr="00F14AA3" w:rsidRDefault="00E54091" w:rsidP="00E54091">
      <w:pPr>
        <w:rPr>
          <w:rFonts w:ascii="Times New Roman" w:hAnsi="Times New Roman" w:cs="Times New Roman"/>
          <w:color w:val="000000"/>
          <w:sz w:val="22"/>
        </w:rPr>
      </w:pP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Planowany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termin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rozpoczęcia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realizacji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zamówienia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: </w:t>
      </w:r>
      <w:r w:rsidR="00E44D56" w:rsidRPr="00F14AA3">
        <w:rPr>
          <w:rFonts w:ascii="Times New Roman" w:hAnsi="Times New Roman" w:cs="Times New Roman"/>
          <w:color w:val="000000"/>
          <w:sz w:val="22"/>
        </w:rPr>
        <w:t>0</w:t>
      </w:r>
      <w:r w:rsidR="00571ED7" w:rsidRPr="00F14AA3">
        <w:rPr>
          <w:rFonts w:ascii="Times New Roman" w:hAnsi="Times New Roman" w:cs="Times New Roman"/>
          <w:color w:val="000000"/>
          <w:sz w:val="22"/>
        </w:rPr>
        <w:t>1.07.2027</w:t>
      </w:r>
    </w:p>
    <w:p w14:paraId="6C865436" w14:textId="3B434351" w:rsidR="00E54091" w:rsidRPr="00F14AA3" w:rsidRDefault="00E54091" w:rsidP="00E54091">
      <w:pPr>
        <w:rPr>
          <w:rFonts w:ascii="Times New Roman" w:hAnsi="Times New Roman" w:cs="Times New Roman"/>
          <w:color w:val="000000"/>
          <w:sz w:val="22"/>
        </w:rPr>
      </w:pP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Maksymalny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termin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realizacji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zamówienia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: do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końca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29.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miesiąca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realizacji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projektu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,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nie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później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="00571ED7" w:rsidRPr="00F14AA3">
        <w:rPr>
          <w:rFonts w:ascii="Times New Roman" w:hAnsi="Times New Roman" w:cs="Times New Roman"/>
          <w:color w:val="000000"/>
          <w:sz w:val="22"/>
        </w:rPr>
        <w:t>niż</w:t>
      </w:r>
      <w:proofErr w:type="spellEnd"/>
      <w:r w:rsidR="00571ED7" w:rsidRPr="00F14AA3">
        <w:rPr>
          <w:rFonts w:ascii="Times New Roman" w:hAnsi="Times New Roman" w:cs="Times New Roman"/>
          <w:color w:val="000000"/>
          <w:sz w:val="22"/>
        </w:rPr>
        <w:t xml:space="preserve"> do 31.10.2029</w:t>
      </w:r>
    </w:p>
    <w:p w14:paraId="541D0693" w14:textId="77777777" w:rsidR="00E54091" w:rsidRPr="00F14AA3" w:rsidRDefault="00E54091" w:rsidP="00E54091">
      <w:pPr>
        <w:rPr>
          <w:rFonts w:ascii="Times New Roman" w:hAnsi="Times New Roman" w:cs="Times New Roman"/>
          <w:color w:val="000000"/>
          <w:sz w:val="22"/>
        </w:rPr>
      </w:pP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Sesje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integracyjne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na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fizycznym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urządzeniu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odbywają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się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w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siedzibie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Zamawiającego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: ul.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Rybitwy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22, 30-722 Kraków.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Prace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analityczne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,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projektowe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programistyczne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mogą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być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realizowane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zdalnie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lub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w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siedzibie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Wykonawcy.</w:t>
      </w:r>
    </w:p>
    <w:p w14:paraId="7EA5C4CC" w14:textId="1B33ED07" w:rsidR="00E54091" w:rsidRPr="00F14AA3" w:rsidRDefault="00E54091" w:rsidP="00E54091">
      <w:pPr>
        <w:rPr>
          <w:rFonts w:ascii="Times New Roman" w:hAnsi="Times New Roman" w:cs="Times New Roman"/>
          <w:color w:val="000000"/>
          <w:sz w:val="22"/>
        </w:rPr>
      </w:pP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Okresy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realizacji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poszczególnych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etapów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mogą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ulec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przesunięciu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w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granicach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określonych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w pkt </w:t>
      </w:r>
      <w:r w:rsidR="00C370A4" w:rsidRPr="00C370A4">
        <w:rPr>
          <w:rFonts w:ascii="Times New Roman" w:hAnsi="Times New Roman" w:cs="Times New Roman"/>
          <w:color w:val="000000"/>
          <w:sz w:val="22"/>
        </w:rPr>
        <w:t>20</w:t>
      </w:r>
      <w:r w:rsidRPr="00F14AA3">
        <w:rPr>
          <w:rFonts w:ascii="Times New Roman" w:hAnsi="Times New Roman" w:cs="Times New Roman"/>
          <w:color w:val="000000"/>
          <w:sz w:val="22"/>
        </w:rPr>
        <w:t xml:space="preserve"> (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warunki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istotnych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zmian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umowy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), w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szczególności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w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związku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z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przebiegiem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prac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badawczych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harmonogramem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projektu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zatwierdzonym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przez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instytucję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finansującą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>.</w:t>
      </w:r>
    </w:p>
    <w:p w14:paraId="43310F55" w14:textId="77777777" w:rsidR="00E54091" w:rsidRPr="00F14AA3" w:rsidRDefault="00E54091" w:rsidP="00E54091">
      <w:pPr>
        <w:pStyle w:val="Nagwek2"/>
      </w:pPr>
      <w:r w:rsidRPr="00F14AA3">
        <w:t xml:space="preserve">8. </w:t>
      </w:r>
      <w:proofErr w:type="spellStart"/>
      <w:r w:rsidRPr="00F14AA3">
        <w:t>Odbiór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warunki</w:t>
      </w:r>
      <w:proofErr w:type="spellEnd"/>
      <w:r w:rsidRPr="00F14AA3">
        <w:t xml:space="preserve"> </w:t>
      </w:r>
      <w:proofErr w:type="spellStart"/>
      <w:r w:rsidRPr="00F14AA3">
        <w:t>płatności</w:t>
      </w:r>
      <w:proofErr w:type="spellEnd"/>
    </w:p>
    <w:p w14:paraId="1ED0A1B6" w14:textId="77777777" w:rsidR="00E54091" w:rsidRPr="00F14AA3" w:rsidRDefault="00E54091" w:rsidP="00E54091">
      <w:pPr>
        <w:pStyle w:val="Listapunktowana"/>
      </w:pPr>
      <w:proofErr w:type="spellStart"/>
      <w:r w:rsidRPr="00F14AA3">
        <w:t>Wynagrodzenie</w:t>
      </w:r>
      <w:proofErr w:type="spellEnd"/>
      <w:r w:rsidRPr="00F14AA3">
        <w:t xml:space="preserve"> ma </w:t>
      </w:r>
      <w:proofErr w:type="spellStart"/>
      <w:r w:rsidRPr="00F14AA3">
        <w:t>charakter</w:t>
      </w:r>
      <w:proofErr w:type="spellEnd"/>
      <w:r w:rsidRPr="00F14AA3">
        <w:t xml:space="preserve"> </w:t>
      </w:r>
      <w:proofErr w:type="spellStart"/>
      <w:r w:rsidRPr="00F14AA3">
        <w:t>ryczałtowy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jest </w:t>
      </w:r>
      <w:proofErr w:type="spellStart"/>
      <w:r w:rsidRPr="00F14AA3">
        <w:t>ustalane</w:t>
      </w:r>
      <w:proofErr w:type="spellEnd"/>
      <w:r w:rsidRPr="00F14AA3">
        <w:t xml:space="preserve"> </w:t>
      </w:r>
      <w:proofErr w:type="spellStart"/>
      <w:r w:rsidRPr="00F14AA3">
        <w:t>odrębnie</w:t>
      </w:r>
      <w:proofErr w:type="spellEnd"/>
      <w:r w:rsidRPr="00F14AA3">
        <w:t xml:space="preserve"> </w:t>
      </w:r>
      <w:proofErr w:type="spellStart"/>
      <w:r w:rsidRPr="00F14AA3">
        <w:t>dla</w:t>
      </w:r>
      <w:proofErr w:type="spellEnd"/>
      <w:r w:rsidRPr="00F14AA3">
        <w:t xml:space="preserve"> </w:t>
      </w:r>
      <w:proofErr w:type="spellStart"/>
      <w:r w:rsidRPr="00F14AA3">
        <w:t>każdego</w:t>
      </w:r>
      <w:proofErr w:type="spellEnd"/>
      <w:r w:rsidRPr="00F14AA3">
        <w:t xml:space="preserve"> z </w:t>
      </w:r>
      <w:proofErr w:type="spellStart"/>
      <w:r w:rsidRPr="00F14AA3">
        <w:t>Etapów</w:t>
      </w:r>
      <w:proofErr w:type="spellEnd"/>
      <w:r w:rsidRPr="00F14AA3">
        <w:t xml:space="preserve"> I–IV. Suma </w:t>
      </w:r>
      <w:proofErr w:type="spellStart"/>
      <w:r w:rsidRPr="00F14AA3">
        <w:t>cen</w:t>
      </w:r>
      <w:proofErr w:type="spellEnd"/>
      <w:r w:rsidRPr="00F14AA3">
        <w:t xml:space="preserve"> </w:t>
      </w:r>
      <w:proofErr w:type="spellStart"/>
      <w:r w:rsidRPr="00F14AA3">
        <w:t>etapów</w:t>
      </w:r>
      <w:proofErr w:type="spellEnd"/>
      <w:r w:rsidRPr="00F14AA3">
        <w:t xml:space="preserve"> </w:t>
      </w:r>
      <w:proofErr w:type="spellStart"/>
      <w:r w:rsidRPr="00F14AA3">
        <w:t>stanowi</w:t>
      </w:r>
      <w:proofErr w:type="spellEnd"/>
      <w:r w:rsidRPr="00F14AA3">
        <w:t xml:space="preserve"> </w:t>
      </w:r>
      <w:proofErr w:type="spellStart"/>
      <w:r w:rsidRPr="00F14AA3">
        <w:t>cenę</w:t>
      </w:r>
      <w:proofErr w:type="spellEnd"/>
      <w:r w:rsidRPr="00F14AA3">
        <w:t xml:space="preserve"> </w:t>
      </w:r>
      <w:proofErr w:type="spellStart"/>
      <w:r w:rsidRPr="00F14AA3">
        <w:t>oferty</w:t>
      </w:r>
      <w:proofErr w:type="spellEnd"/>
      <w:r w:rsidRPr="00F14AA3">
        <w:t>.</w:t>
      </w:r>
    </w:p>
    <w:p w14:paraId="3C282359" w14:textId="77777777" w:rsidR="00E54091" w:rsidRPr="00F14AA3" w:rsidRDefault="00E54091" w:rsidP="00E54091">
      <w:pPr>
        <w:pStyle w:val="Listapunktowana"/>
      </w:pPr>
      <w:proofErr w:type="spellStart"/>
      <w:r w:rsidRPr="00F14AA3">
        <w:t>Każdy</w:t>
      </w:r>
      <w:proofErr w:type="spellEnd"/>
      <w:r w:rsidRPr="00F14AA3">
        <w:t xml:space="preserve"> </w:t>
      </w:r>
      <w:proofErr w:type="spellStart"/>
      <w:r w:rsidRPr="00F14AA3">
        <w:t>etap</w:t>
      </w:r>
      <w:proofErr w:type="spellEnd"/>
      <w:r w:rsidRPr="00F14AA3">
        <w:t xml:space="preserve"> </w:t>
      </w:r>
      <w:proofErr w:type="spellStart"/>
      <w:r w:rsidRPr="00F14AA3">
        <w:t>podlega</w:t>
      </w:r>
      <w:proofErr w:type="spellEnd"/>
      <w:r w:rsidRPr="00F14AA3">
        <w:t xml:space="preserve"> </w:t>
      </w:r>
      <w:proofErr w:type="spellStart"/>
      <w:r w:rsidRPr="00F14AA3">
        <w:t>odrębnemu</w:t>
      </w:r>
      <w:proofErr w:type="spellEnd"/>
      <w:r w:rsidRPr="00F14AA3">
        <w:t xml:space="preserve"> </w:t>
      </w:r>
      <w:proofErr w:type="spellStart"/>
      <w:r w:rsidRPr="00F14AA3">
        <w:t>odbiorowi</w:t>
      </w:r>
      <w:proofErr w:type="spellEnd"/>
      <w:r w:rsidRPr="00F14AA3">
        <w:t xml:space="preserve"> </w:t>
      </w:r>
      <w:proofErr w:type="spellStart"/>
      <w:r w:rsidRPr="00F14AA3">
        <w:t>na</w:t>
      </w:r>
      <w:proofErr w:type="spellEnd"/>
      <w:r w:rsidRPr="00F14AA3">
        <w:t xml:space="preserve"> </w:t>
      </w:r>
      <w:proofErr w:type="spellStart"/>
      <w:r w:rsidRPr="00F14AA3">
        <w:t>podstawie</w:t>
      </w:r>
      <w:proofErr w:type="spellEnd"/>
      <w:r w:rsidRPr="00F14AA3">
        <w:t xml:space="preserve"> </w:t>
      </w:r>
      <w:proofErr w:type="spellStart"/>
      <w:r w:rsidRPr="00F14AA3">
        <w:t>pakietu</w:t>
      </w:r>
      <w:proofErr w:type="spellEnd"/>
      <w:r w:rsidRPr="00F14AA3">
        <w:t xml:space="preserve"> </w:t>
      </w:r>
      <w:proofErr w:type="spellStart"/>
      <w:r w:rsidRPr="00F14AA3">
        <w:t>rezultatów</w:t>
      </w:r>
      <w:proofErr w:type="spellEnd"/>
      <w:r w:rsidRPr="00F14AA3">
        <w:t xml:space="preserve">, o </w:t>
      </w:r>
      <w:proofErr w:type="spellStart"/>
      <w:r w:rsidRPr="00F14AA3">
        <w:t>którym</w:t>
      </w:r>
      <w:proofErr w:type="spellEnd"/>
      <w:r w:rsidRPr="00F14AA3">
        <w:t xml:space="preserve"> </w:t>
      </w:r>
      <w:proofErr w:type="spellStart"/>
      <w:r w:rsidRPr="00F14AA3">
        <w:t>mowa</w:t>
      </w:r>
      <w:proofErr w:type="spellEnd"/>
      <w:r w:rsidRPr="00F14AA3">
        <w:t xml:space="preserve"> w pkt 6,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protokołu</w:t>
      </w:r>
      <w:proofErr w:type="spellEnd"/>
      <w:r w:rsidRPr="00F14AA3">
        <w:t xml:space="preserve"> </w:t>
      </w:r>
      <w:proofErr w:type="spellStart"/>
      <w:r w:rsidRPr="00F14AA3">
        <w:t>odbioru</w:t>
      </w:r>
      <w:proofErr w:type="spellEnd"/>
      <w:r w:rsidRPr="00F14AA3">
        <w:t xml:space="preserve"> </w:t>
      </w:r>
      <w:proofErr w:type="spellStart"/>
      <w:r w:rsidRPr="00F14AA3">
        <w:t>podpisanego</w:t>
      </w:r>
      <w:proofErr w:type="spellEnd"/>
      <w:r w:rsidRPr="00F14AA3">
        <w:t xml:space="preserve"> </w:t>
      </w:r>
      <w:proofErr w:type="spellStart"/>
      <w:r w:rsidRPr="00F14AA3">
        <w:t>przez</w:t>
      </w:r>
      <w:proofErr w:type="spellEnd"/>
      <w:r w:rsidRPr="00F14AA3">
        <w:t xml:space="preserve"> </w:t>
      </w:r>
      <w:proofErr w:type="spellStart"/>
      <w:r w:rsidRPr="00F14AA3">
        <w:t>strony</w:t>
      </w:r>
      <w:proofErr w:type="spellEnd"/>
      <w:r w:rsidRPr="00F14AA3">
        <w:t>.</w:t>
      </w:r>
    </w:p>
    <w:p w14:paraId="3A7CEB13" w14:textId="77777777" w:rsidR="00E54091" w:rsidRPr="00F14AA3" w:rsidRDefault="00E54091" w:rsidP="00E54091">
      <w:pPr>
        <w:pStyle w:val="Listapunktowana"/>
      </w:pPr>
      <w:proofErr w:type="spellStart"/>
      <w:r w:rsidRPr="00F14AA3">
        <w:lastRenderedPageBreak/>
        <w:t>Zamawiający</w:t>
      </w:r>
      <w:proofErr w:type="spellEnd"/>
      <w:r w:rsidRPr="00F14AA3">
        <w:t xml:space="preserve"> </w:t>
      </w:r>
      <w:proofErr w:type="spellStart"/>
      <w:r w:rsidRPr="00F14AA3">
        <w:t>może</w:t>
      </w:r>
      <w:proofErr w:type="spellEnd"/>
      <w:r w:rsidRPr="00F14AA3">
        <w:t xml:space="preserve"> </w:t>
      </w:r>
      <w:proofErr w:type="spellStart"/>
      <w:r w:rsidRPr="00F14AA3">
        <w:t>zgłosić</w:t>
      </w:r>
      <w:proofErr w:type="spellEnd"/>
      <w:r w:rsidRPr="00F14AA3">
        <w:t xml:space="preserve"> </w:t>
      </w:r>
      <w:proofErr w:type="spellStart"/>
      <w:r w:rsidRPr="00F14AA3">
        <w:t>wady</w:t>
      </w:r>
      <w:proofErr w:type="spellEnd"/>
      <w:r w:rsidRPr="00F14AA3">
        <w:t xml:space="preserve">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braki</w:t>
      </w:r>
      <w:proofErr w:type="spellEnd"/>
      <w:r w:rsidRPr="00F14AA3">
        <w:t xml:space="preserve"> </w:t>
      </w:r>
      <w:proofErr w:type="spellStart"/>
      <w:r w:rsidRPr="00F14AA3">
        <w:t>rezultatów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dokumentacji</w:t>
      </w:r>
      <w:proofErr w:type="spellEnd"/>
      <w:r w:rsidRPr="00F14AA3">
        <w:t xml:space="preserve"> </w:t>
      </w:r>
      <w:proofErr w:type="spellStart"/>
      <w:r w:rsidRPr="00F14AA3">
        <w:t>oraz</w:t>
      </w:r>
      <w:proofErr w:type="spellEnd"/>
      <w:r w:rsidRPr="00F14AA3">
        <w:t xml:space="preserve"> </w:t>
      </w:r>
      <w:proofErr w:type="spellStart"/>
      <w:r w:rsidRPr="00F14AA3">
        <w:t>wyznaczyć</w:t>
      </w:r>
      <w:proofErr w:type="spellEnd"/>
      <w:r w:rsidRPr="00F14AA3">
        <w:t xml:space="preserve"> </w:t>
      </w:r>
      <w:proofErr w:type="spellStart"/>
      <w:r w:rsidRPr="00F14AA3">
        <w:t>odpowiedni</w:t>
      </w:r>
      <w:proofErr w:type="spellEnd"/>
      <w:r w:rsidRPr="00F14AA3">
        <w:t xml:space="preserve"> </w:t>
      </w:r>
      <w:proofErr w:type="spellStart"/>
      <w:r w:rsidRPr="00F14AA3">
        <w:t>termin</w:t>
      </w:r>
      <w:proofErr w:type="spellEnd"/>
      <w:r w:rsidRPr="00F14AA3">
        <w:t xml:space="preserve"> </w:t>
      </w:r>
      <w:proofErr w:type="spellStart"/>
      <w:r w:rsidRPr="00F14AA3">
        <w:t>na</w:t>
      </w:r>
      <w:proofErr w:type="spellEnd"/>
      <w:r w:rsidRPr="00F14AA3">
        <w:t xml:space="preserve"> ich </w:t>
      </w:r>
      <w:proofErr w:type="spellStart"/>
      <w:r w:rsidRPr="00F14AA3">
        <w:t>usunięcie</w:t>
      </w:r>
      <w:proofErr w:type="spellEnd"/>
      <w:r w:rsidRPr="00F14AA3">
        <w:t xml:space="preserve">. Do </w:t>
      </w:r>
      <w:proofErr w:type="spellStart"/>
      <w:r w:rsidRPr="00F14AA3">
        <w:t>czasu</w:t>
      </w:r>
      <w:proofErr w:type="spellEnd"/>
      <w:r w:rsidRPr="00F14AA3">
        <w:t xml:space="preserve"> ich </w:t>
      </w:r>
      <w:proofErr w:type="spellStart"/>
      <w:r w:rsidRPr="00F14AA3">
        <w:t>usunięcia</w:t>
      </w:r>
      <w:proofErr w:type="spellEnd"/>
      <w:r w:rsidRPr="00F14AA3">
        <w:t xml:space="preserve"> </w:t>
      </w:r>
      <w:proofErr w:type="spellStart"/>
      <w:r w:rsidRPr="00F14AA3">
        <w:t>Zamawiający</w:t>
      </w:r>
      <w:proofErr w:type="spellEnd"/>
      <w:r w:rsidRPr="00F14AA3">
        <w:t xml:space="preserve"> </w:t>
      </w:r>
      <w:proofErr w:type="spellStart"/>
      <w:r w:rsidRPr="00F14AA3">
        <w:t>może</w:t>
      </w:r>
      <w:proofErr w:type="spellEnd"/>
      <w:r w:rsidRPr="00F14AA3">
        <w:t xml:space="preserve"> </w:t>
      </w:r>
      <w:proofErr w:type="spellStart"/>
      <w:r w:rsidRPr="00F14AA3">
        <w:t>odmówić</w:t>
      </w:r>
      <w:proofErr w:type="spellEnd"/>
      <w:r w:rsidRPr="00F14AA3">
        <w:t xml:space="preserve"> </w:t>
      </w:r>
      <w:proofErr w:type="spellStart"/>
      <w:r w:rsidRPr="00F14AA3">
        <w:t>podpisania</w:t>
      </w:r>
      <w:proofErr w:type="spellEnd"/>
      <w:r w:rsidRPr="00F14AA3">
        <w:t xml:space="preserve"> </w:t>
      </w:r>
      <w:proofErr w:type="spellStart"/>
      <w:r w:rsidRPr="00F14AA3">
        <w:t>protokołu</w:t>
      </w:r>
      <w:proofErr w:type="spellEnd"/>
      <w:r w:rsidRPr="00F14AA3">
        <w:t xml:space="preserve"> </w:t>
      </w:r>
      <w:proofErr w:type="spellStart"/>
      <w:r w:rsidRPr="00F14AA3">
        <w:t>odbioru</w:t>
      </w:r>
      <w:proofErr w:type="spellEnd"/>
      <w:r w:rsidRPr="00F14AA3">
        <w:t>.</w:t>
      </w:r>
    </w:p>
    <w:p w14:paraId="75BBFEB9" w14:textId="77777777" w:rsidR="00E54091" w:rsidRPr="00F14AA3" w:rsidRDefault="00E54091" w:rsidP="00E54091">
      <w:pPr>
        <w:pStyle w:val="Listapunktowana"/>
      </w:pPr>
      <w:proofErr w:type="spellStart"/>
      <w:r w:rsidRPr="00F14AA3">
        <w:t>Negatywny</w:t>
      </w:r>
      <w:proofErr w:type="spellEnd"/>
      <w:r w:rsidRPr="00F14AA3">
        <w:t xml:space="preserve"> </w:t>
      </w:r>
      <w:proofErr w:type="spellStart"/>
      <w:r w:rsidRPr="00F14AA3">
        <w:t>wynik</w:t>
      </w:r>
      <w:proofErr w:type="spellEnd"/>
      <w:r w:rsidRPr="00F14AA3">
        <w:t xml:space="preserve"> </w:t>
      </w:r>
      <w:proofErr w:type="spellStart"/>
      <w:r w:rsidRPr="00F14AA3">
        <w:t>eksperymentu</w:t>
      </w:r>
      <w:proofErr w:type="spellEnd"/>
      <w:r w:rsidRPr="00F14AA3">
        <w:t xml:space="preserve"> </w:t>
      </w:r>
      <w:proofErr w:type="spellStart"/>
      <w:r w:rsidRPr="00F14AA3">
        <w:t>badawczo-rozwojowego</w:t>
      </w:r>
      <w:proofErr w:type="spellEnd"/>
      <w:r w:rsidRPr="00F14AA3">
        <w:t xml:space="preserve"> </w:t>
      </w:r>
      <w:proofErr w:type="spellStart"/>
      <w:r w:rsidRPr="00F14AA3">
        <w:t>nie</w:t>
      </w:r>
      <w:proofErr w:type="spellEnd"/>
      <w:r w:rsidRPr="00F14AA3">
        <w:t xml:space="preserve"> </w:t>
      </w:r>
      <w:proofErr w:type="spellStart"/>
      <w:r w:rsidRPr="00F14AA3">
        <w:t>stanowi</w:t>
      </w:r>
      <w:proofErr w:type="spellEnd"/>
      <w:r w:rsidRPr="00F14AA3">
        <w:t xml:space="preserve"> </w:t>
      </w:r>
      <w:proofErr w:type="spellStart"/>
      <w:r w:rsidRPr="00F14AA3">
        <w:t>wady</w:t>
      </w:r>
      <w:proofErr w:type="spellEnd"/>
      <w:r w:rsidRPr="00F14AA3">
        <w:t xml:space="preserve">, </w:t>
      </w:r>
      <w:proofErr w:type="spellStart"/>
      <w:r w:rsidRPr="00F14AA3">
        <w:t>jeżeli</w:t>
      </w:r>
      <w:proofErr w:type="spellEnd"/>
      <w:r w:rsidRPr="00F14AA3">
        <w:t xml:space="preserve"> </w:t>
      </w:r>
      <w:proofErr w:type="spellStart"/>
      <w:r w:rsidRPr="00F14AA3">
        <w:t>Wykonawca</w:t>
      </w:r>
      <w:proofErr w:type="spellEnd"/>
      <w:r w:rsidRPr="00F14AA3">
        <w:t xml:space="preserve"> </w:t>
      </w:r>
      <w:proofErr w:type="spellStart"/>
      <w:r w:rsidRPr="00F14AA3">
        <w:t>wykonał</w:t>
      </w:r>
      <w:proofErr w:type="spellEnd"/>
      <w:r w:rsidRPr="00F14AA3">
        <w:t xml:space="preserve"> </w:t>
      </w:r>
      <w:proofErr w:type="spellStart"/>
      <w:r w:rsidRPr="00F14AA3">
        <w:t>zatwierdzoną</w:t>
      </w:r>
      <w:proofErr w:type="spellEnd"/>
      <w:r w:rsidRPr="00F14AA3">
        <w:t xml:space="preserve"> </w:t>
      </w:r>
      <w:proofErr w:type="spellStart"/>
      <w:r w:rsidRPr="00F14AA3">
        <w:t>metodykę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przekazał</w:t>
      </w:r>
      <w:proofErr w:type="spellEnd"/>
      <w:r w:rsidRPr="00F14AA3">
        <w:t xml:space="preserve"> </w:t>
      </w:r>
      <w:proofErr w:type="spellStart"/>
      <w:r w:rsidRPr="00F14AA3">
        <w:t>komplet</w:t>
      </w:r>
      <w:proofErr w:type="spellEnd"/>
      <w:r w:rsidRPr="00F14AA3">
        <w:t xml:space="preserve"> </w:t>
      </w:r>
      <w:proofErr w:type="spellStart"/>
      <w:r w:rsidRPr="00F14AA3">
        <w:t>danych</w:t>
      </w:r>
      <w:proofErr w:type="spellEnd"/>
      <w:r w:rsidRPr="00F14AA3">
        <w:t xml:space="preserve">, </w:t>
      </w:r>
      <w:proofErr w:type="spellStart"/>
      <w:r w:rsidRPr="00F14AA3">
        <w:t>kodu</w:t>
      </w:r>
      <w:proofErr w:type="spellEnd"/>
      <w:r w:rsidRPr="00F14AA3">
        <w:t xml:space="preserve"> </w:t>
      </w:r>
      <w:proofErr w:type="spellStart"/>
      <w:r w:rsidRPr="00F14AA3">
        <w:t>źródłowego</w:t>
      </w:r>
      <w:proofErr w:type="spellEnd"/>
      <w:r w:rsidRPr="00F14AA3">
        <w:t xml:space="preserve">, </w:t>
      </w:r>
      <w:proofErr w:type="spellStart"/>
      <w:r w:rsidRPr="00F14AA3">
        <w:t>dokumentacji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raportów</w:t>
      </w:r>
      <w:proofErr w:type="spellEnd"/>
      <w:r w:rsidRPr="00F14AA3">
        <w:t>.</w:t>
      </w:r>
    </w:p>
    <w:p w14:paraId="52A4927E" w14:textId="77777777" w:rsidR="00E54091" w:rsidRPr="00F14AA3" w:rsidRDefault="00E54091" w:rsidP="00E54091">
      <w:pPr>
        <w:pStyle w:val="Listapunktowana"/>
      </w:pPr>
      <w:proofErr w:type="spellStart"/>
      <w:r w:rsidRPr="00F14AA3">
        <w:t>Płatność</w:t>
      </w:r>
      <w:proofErr w:type="spellEnd"/>
      <w:r w:rsidRPr="00F14AA3">
        <w:t xml:space="preserve"> za </w:t>
      </w:r>
      <w:proofErr w:type="spellStart"/>
      <w:r w:rsidRPr="00F14AA3">
        <w:t>dany</w:t>
      </w:r>
      <w:proofErr w:type="spellEnd"/>
      <w:r w:rsidRPr="00F14AA3">
        <w:t xml:space="preserve"> </w:t>
      </w:r>
      <w:proofErr w:type="spellStart"/>
      <w:r w:rsidRPr="00F14AA3">
        <w:t>etap</w:t>
      </w:r>
      <w:proofErr w:type="spellEnd"/>
      <w:r w:rsidRPr="00F14AA3">
        <w:t xml:space="preserve"> </w:t>
      </w:r>
      <w:proofErr w:type="spellStart"/>
      <w:r w:rsidRPr="00F14AA3">
        <w:t>nastąpi</w:t>
      </w:r>
      <w:proofErr w:type="spellEnd"/>
      <w:r w:rsidRPr="00F14AA3">
        <w:t xml:space="preserve"> </w:t>
      </w:r>
      <w:proofErr w:type="spellStart"/>
      <w:r w:rsidRPr="00F14AA3">
        <w:t>przelewem</w:t>
      </w:r>
      <w:proofErr w:type="spellEnd"/>
      <w:r w:rsidRPr="00F14AA3">
        <w:t xml:space="preserve"> w </w:t>
      </w:r>
      <w:proofErr w:type="spellStart"/>
      <w:r w:rsidRPr="00F14AA3">
        <w:t>terminie</w:t>
      </w:r>
      <w:proofErr w:type="spellEnd"/>
      <w:r w:rsidRPr="00F14AA3">
        <w:t xml:space="preserve"> 30 </w:t>
      </w:r>
      <w:proofErr w:type="spellStart"/>
      <w:r w:rsidRPr="00F14AA3">
        <w:t>dni</w:t>
      </w:r>
      <w:proofErr w:type="spellEnd"/>
      <w:r w:rsidRPr="00F14AA3">
        <w:t xml:space="preserve"> </w:t>
      </w:r>
      <w:proofErr w:type="spellStart"/>
      <w:r w:rsidRPr="00F14AA3">
        <w:t>od</w:t>
      </w:r>
      <w:proofErr w:type="spellEnd"/>
      <w:r w:rsidRPr="00F14AA3">
        <w:t xml:space="preserve"> </w:t>
      </w:r>
      <w:proofErr w:type="spellStart"/>
      <w:r w:rsidRPr="00F14AA3">
        <w:t>dnia</w:t>
      </w:r>
      <w:proofErr w:type="spellEnd"/>
      <w:r w:rsidRPr="00F14AA3">
        <w:t xml:space="preserve"> </w:t>
      </w:r>
      <w:proofErr w:type="spellStart"/>
      <w:r w:rsidRPr="00F14AA3">
        <w:t>doręczenia</w:t>
      </w:r>
      <w:proofErr w:type="spellEnd"/>
      <w:r w:rsidRPr="00F14AA3">
        <w:t xml:space="preserve"> </w:t>
      </w:r>
      <w:proofErr w:type="spellStart"/>
      <w:r w:rsidRPr="00F14AA3">
        <w:t>Zamawiającemu</w:t>
      </w:r>
      <w:proofErr w:type="spellEnd"/>
      <w:r w:rsidRPr="00F14AA3">
        <w:t xml:space="preserve"> </w:t>
      </w:r>
      <w:proofErr w:type="spellStart"/>
      <w:r w:rsidRPr="00F14AA3">
        <w:t>prawidłowo</w:t>
      </w:r>
      <w:proofErr w:type="spellEnd"/>
      <w:r w:rsidRPr="00F14AA3">
        <w:t xml:space="preserve"> </w:t>
      </w:r>
      <w:proofErr w:type="spellStart"/>
      <w:r w:rsidRPr="00F14AA3">
        <w:t>wystawionej</w:t>
      </w:r>
      <w:proofErr w:type="spellEnd"/>
      <w:r w:rsidRPr="00F14AA3">
        <w:t xml:space="preserve"> </w:t>
      </w:r>
      <w:proofErr w:type="spellStart"/>
      <w:r w:rsidRPr="00F14AA3">
        <w:t>faktury</w:t>
      </w:r>
      <w:proofErr w:type="spellEnd"/>
      <w:r w:rsidRPr="00F14AA3">
        <w:t xml:space="preserve">, </w:t>
      </w:r>
      <w:proofErr w:type="spellStart"/>
      <w:r w:rsidRPr="00F14AA3">
        <w:t>wystawionej</w:t>
      </w:r>
      <w:proofErr w:type="spellEnd"/>
      <w:r w:rsidRPr="00F14AA3">
        <w:t xml:space="preserve"> po </w:t>
      </w:r>
      <w:proofErr w:type="spellStart"/>
      <w:r w:rsidRPr="00F14AA3">
        <w:t>podpisaniu</w:t>
      </w:r>
      <w:proofErr w:type="spellEnd"/>
      <w:r w:rsidRPr="00F14AA3">
        <w:t xml:space="preserve"> </w:t>
      </w:r>
      <w:proofErr w:type="spellStart"/>
      <w:r w:rsidRPr="00F14AA3">
        <w:t>protokołu</w:t>
      </w:r>
      <w:proofErr w:type="spellEnd"/>
      <w:r w:rsidRPr="00F14AA3">
        <w:t xml:space="preserve"> </w:t>
      </w:r>
      <w:proofErr w:type="spellStart"/>
      <w:r w:rsidRPr="00F14AA3">
        <w:t>odbioru</w:t>
      </w:r>
      <w:proofErr w:type="spellEnd"/>
      <w:r w:rsidRPr="00F14AA3">
        <w:t xml:space="preserve"> bez </w:t>
      </w:r>
      <w:proofErr w:type="spellStart"/>
      <w:r w:rsidRPr="00F14AA3">
        <w:t>zastrzeżeń</w:t>
      </w:r>
      <w:proofErr w:type="spellEnd"/>
      <w:r w:rsidRPr="00F14AA3">
        <w:t>.</w:t>
      </w:r>
    </w:p>
    <w:p w14:paraId="3B06C5AE" w14:textId="77777777" w:rsidR="00E54091" w:rsidRPr="00F14AA3" w:rsidRDefault="00E54091" w:rsidP="00E54091">
      <w:pPr>
        <w:pStyle w:val="Listapunktowana"/>
      </w:pPr>
      <w:proofErr w:type="spellStart"/>
      <w:r w:rsidRPr="00F14AA3">
        <w:t>Zamawiający</w:t>
      </w:r>
      <w:proofErr w:type="spellEnd"/>
      <w:r w:rsidRPr="00F14AA3">
        <w:t xml:space="preserve"> </w:t>
      </w:r>
      <w:proofErr w:type="spellStart"/>
      <w:r w:rsidRPr="00F14AA3">
        <w:t>nie</w:t>
      </w:r>
      <w:proofErr w:type="spellEnd"/>
      <w:r w:rsidRPr="00F14AA3">
        <w:t xml:space="preserve"> </w:t>
      </w:r>
      <w:proofErr w:type="spellStart"/>
      <w:r w:rsidRPr="00F14AA3">
        <w:t>przewiduje</w:t>
      </w:r>
      <w:proofErr w:type="spellEnd"/>
      <w:r w:rsidRPr="00F14AA3">
        <w:t xml:space="preserve"> </w:t>
      </w:r>
      <w:proofErr w:type="spellStart"/>
      <w:r w:rsidRPr="00F14AA3">
        <w:t>udzielania</w:t>
      </w:r>
      <w:proofErr w:type="spellEnd"/>
      <w:r w:rsidRPr="00F14AA3">
        <w:t xml:space="preserve"> </w:t>
      </w:r>
      <w:proofErr w:type="spellStart"/>
      <w:r w:rsidRPr="00F14AA3">
        <w:t>zaliczek</w:t>
      </w:r>
      <w:proofErr w:type="spellEnd"/>
      <w:r w:rsidRPr="00F14AA3">
        <w:t>.</w:t>
      </w:r>
    </w:p>
    <w:p w14:paraId="77BC6893" w14:textId="77777777" w:rsidR="00E54091" w:rsidRPr="00F14AA3" w:rsidRDefault="00E54091" w:rsidP="00E54091">
      <w:pPr>
        <w:pStyle w:val="Nagwek2"/>
      </w:pPr>
      <w:r w:rsidRPr="00F14AA3">
        <w:t xml:space="preserve">9. </w:t>
      </w:r>
      <w:proofErr w:type="spellStart"/>
      <w:r w:rsidRPr="00F14AA3">
        <w:t>Wsparcie</w:t>
      </w:r>
      <w:proofErr w:type="spellEnd"/>
      <w:r w:rsidRPr="00F14AA3">
        <w:t xml:space="preserve"> </w:t>
      </w:r>
      <w:proofErr w:type="spellStart"/>
      <w:r w:rsidRPr="00F14AA3">
        <w:t>techniczne</w:t>
      </w:r>
      <w:proofErr w:type="spellEnd"/>
      <w:r w:rsidRPr="00F14AA3">
        <w:t xml:space="preserve"> (SLA)</w:t>
      </w:r>
    </w:p>
    <w:p w14:paraId="78B11C05" w14:textId="77777777" w:rsidR="00E54091" w:rsidRPr="00F14AA3" w:rsidRDefault="00E54091" w:rsidP="00E54091">
      <w:pPr>
        <w:rPr>
          <w:rFonts w:ascii="Times New Roman" w:hAnsi="Times New Roman" w:cs="Times New Roman"/>
          <w:color w:val="000000"/>
          <w:sz w:val="22"/>
        </w:rPr>
      </w:pP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Wymagania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określone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w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niniejszym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punkcie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są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obowiązkowe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dla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wszystkich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Wykonawców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nie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stanowią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kryterium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oceny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ofert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>.</w:t>
      </w:r>
    </w:p>
    <w:p w14:paraId="01CE5547" w14:textId="77777777" w:rsidR="00E54091" w:rsidRPr="00F14AA3" w:rsidRDefault="00E54091" w:rsidP="00E54091">
      <w:pPr>
        <w:pStyle w:val="Listapunktowana"/>
      </w:pPr>
      <w:proofErr w:type="spellStart"/>
      <w:r w:rsidRPr="00F14AA3">
        <w:t>Zgłoszenie</w:t>
      </w:r>
      <w:proofErr w:type="spellEnd"/>
      <w:r w:rsidRPr="00F14AA3">
        <w:t xml:space="preserve"> </w:t>
      </w:r>
      <w:proofErr w:type="spellStart"/>
      <w:r w:rsidRPr="00F14AA3">
        <w:t>krytyczne</w:t>
      </w:r>
      <w:proofErr w:type="spellEnd"/>
      <w:r w:rsidRPr="00F14AA3">
        <w:t xml:space="preserve"> </w:t>
      </w:r>
      <w:proofErr w:type="spellStart"/>
      <w:r w:rsidRPr="00F14AA3">
        <w:t>oznacza</w:t>
      </w:r>
      <w:proofErr w:type="spellEnd"/>
      <w:r w:rsidRPr="00F14AA3">
        <w:t xml:space="preserve"> problem </w:t>
      </w:r>
      <w:proofErr w:type="spellStart"/>
      <w:r w:rsidRPr="00F14AA3">
        <w:t>blokujący</w:t>
      </w:r>
      <w:proofErr w:type="spellEnd"/>
      <w:r w:rsidRPr="00F14AA3">
        <w:t xml:space="preserve"> </w:t>
      </w:r>
      <w:proofErr w:type="spellStart"/>
      <w:r w:rsidRPr="00F14AA3">
        <w:t>wykonanie</w:t>
      </w:r>
      <w:proofErr w:type="spellEnd"/>
      <w:r w:rsidRPr="00F14AA3">
        <w:t xml:space="preserve"> </w:t>
      </w:r>
      <w:proofErr w:type="spellStart"/>
      <w:r w:rsidRPr="00F14AA3">
        <w:t>uzgodnionej</w:t>
      </w:r>
      <w:proofErr w:type="spellEnd"/>
      <w:r w:rsidRPr="00F14AA3">
        <w:t xml:space="preserve"> </w:t>
      </w:r>
      <w:proofErr w:type="spellStart"/>
      <w:r w:rsidRPr="00F14AA3">
        <w:t>próby</w:t>
      </w:r>
      <w:proofErr w:type="spellEnd"/>
      <w:r w:rsidRPr="00F14AA3">
        <w:t xml:space="preserve">, </w:t>
      </w:r>
      <w:proofErr w:type="spellStart"/>
      <w:r w:rsidRPr="00F14AA3">
        <w:t>zbieranie</w:t>
      </w:r>
      <w:proofErr w:type="spellEnd"/>
      <w:r w:rsidRPr="00F14AA3">
        <w:t xml:space="preserve"> </w:t>
      </w:r>
      <w:proofErr w:type="spellStart"/>
      <w:r w:rsidRPr="00F14AA3">
        <w:t>danych</w:t>
      </w:r>
      <w:proofErr w:type="spellEnd"/>
      <w:r w:rsidRPr="00F14AA3">
        <w:t xml:space="preserve">, </w:t>
      </w:r>
      <w:proofErr w:type="spellStart"/>
      <w:r w:rsidRPr="00F14AA3">
        <w:t>uruchomienie</w:t>
      </w:r>
      <w:proofErr w:type="spellEnd"/>
      <w:r w:rsidRPr="00F14AA3">
        <w:t xml:space="preserve"> firmware, </w:t>
      </w:r>
      <w:proofErr w:type="spellStart"/>
      <w:r w:rsidRPr="00F14AA3">
        <w:t>inferencję</w:t>
      </w:r>
      <w:proofErr w:type="spellEnd"/>
      <w:r w:rsidRPr="00F14AA3">
        <w:t xml:space="preserve"> </w:t>
      </w:r>
      <w:proofErr w:type="spellStart"/>
      <w:r w:rsidRPr="00F14AA3">
        <w:t>albo</w:t>
      </w:r>
      <w:proofErr w:type="spellEnd"/>
      <w:r w:rsidRPr="00F14AA3">
        <w:t xml:space="preserve"> </w:t>
      </w:r>
      <w:proofErr w:type="spellStart"/>
      <w:r w:rsidRPr="00F14AA3">
        <w:t>pracę</w:t>
      </w:r>
      <w:proofErr w:type="spellEnd"/>
      <w:r w:rsidRPr="00F14AA3">
        <w:t xml:space="preserve"> </w:t>
      </w:r>
      <w:proofErr w:type="spellStart"/>
      <w:r w:rsidRPr="00F14AA3">
        <w:t>prototypowej</w:t>
      </w:r>
      <w:proofErr w:type="spellEnd"/>
      <w:r w:rsidRPr="00F14AA3">
        <w:t xml:space="preserve"> </w:t>
      </w:r>
      <w:proofErr w:type="spellStart"/>
      <w:r w:rsidRPr="00F14AA3">
        <w:t>elektroniki</w:t>
      </w:r>
      <w:proofErr w:type="spellEnd"/>
      <w:r w:rsidRPr="00F14AA3">
        <w:t xml:space="preserve"> w </w:t>
      </w:r>
      <w:proofErr w:type="spellStart"/>
      <w:r w:rsidRPr="00F14AA3">
        <w:t>zakresie</w:t>
      </w:r>
      <w:proofErr w:type="spellEnd"/>
      <w:r w:rsidRPr="00F14AA3">
        <w:t xml:space="preserve"> </w:t>
      </w:r>
      <w:proofErr w:type="spellStart"/>
      <w:r w:rsidRPr="00F14AA3">
        <w:t>realizowanym</w:t>
      </w:r>
      <w:proofErr w:type="spellEnd"/>
      <w:r w:rsidRPr="00F14AA3">
        <w:t xml:space="preserve"> </w:t>
      </w:r>
      <w:proofErr w:type="spellStart"/>
      <w:r w:rsidRPr="00F14AA3">
        <w:t>przez</w:t>
      </w:r>
      <w:proofErr w:type="spellEnd"/>
      <w:r w:rsidRPr="00F14AA3">
        <w:t xml:space="preserve"> </w:t>
      </w:r>
      <w:proofErr w:type="spellStart"/>
      <w:r w:rsidRPr="00F14AA3">
        <w:t>Wykonawcę</w:t>
      </w:r>
      <w:proofErr w:type="spellEnd"/>
      <w:r w:rsidRPr="00F14AA3">
        <w:t>.</w:t>
      </w:r>
    </w:p>
    <w:p w14:paraId="066FD6CC" w14:textId="77777777" w:rsidR="00E54091" w:rsidRPr="00F14AA3" w:rsidRDefault="00E54091" w:rsidP="00E54091">
      <w:pPr>
        <w:pStyle w:val="Listapunktowana"/>
      </w:pPr>
      <w:proofErr w:type="spellStart"/>
      <w:r w:rsidRPr="00F14AA3">
        <w:t>Maksymalny</w:t>
      </w:r>
      <w:proofErr w:type="spellEnd"/>
      <w:r w:rsidRPr="00F14AA3">
        <w:t xml:space="preserve"> </w:t>
      </w:r>
      <w:proofErr w:type="spellStart"/>
      <w:r w:rsidRPr="00F14AA3">
        <w:t>czas</w:t>
      </w:r>
      <w:proofErr w:type="spellEnd"/>
      <w:r w:rsidRPr="00F14AA3">
        <w:t xml:space="preserve"> </w:t>
      </w:r>
      <w:proofErr w:type="spellStart"/>
      <w:r w:rsidRPr="00F14AA3">
        <w:t>reakcji</w:t>
      </w:r>
      <w:proofErr w:type="spellEnd"/>
      <w:r w:rsidRPr="00F14AA3">
        <w:t xml:space="preserve"> </w:t>
      </w:r>
      <w:proofErr w:type="spellStart"/>
      <w:r w:rsidRPr="00F14AA3">
        <w:t>na</w:t>
      </w:r>
      <w:proofErr w:type="spellEnd"/>
      <w:r w:rsidRPr="00F14AA3">
        <w:t xml:space="preserve"> </w:t>
      </w:r>
      <w:proofErr w:type="spellStart"/>
      <w:r w:rsidRPr="00F14AA3">
        <w:t>zgłoszenie</w:t>
      </w:r>
      <w:proofErr w:type="spellEnd"/>
      <w:r w:rsidRPr="00F14AA3">
        <w:t xml:space="preserve"> </w:t>
      </w:r>
      <w:proofErr w:type="spellStart"/>
      <w:r w:rsidRPr="00F14AA3">
        <w:t>krytyczne</w:t>
      </w:r>
      <w:proofErr w:type="spellEnd"/>
      <w:r w:rsidRPr="00F14AA3">
        <w:t xml:space="preserve"> </w:t>
      </w:r>
      <w:proofErr w:type="spellStart"/>
      <w:r w:rsidRPr="00F14AA3">
        <w:t>wynosi</w:t>
      </w:r>
      <w:proofErr w:type="spellEnd"/>
      <w:r w:rsidRPr="00F14AA3">
        <w:t xml:space="preserve"> 48 </w:t>
      </w:r>
      <w:proofErr w:type="spellStart"/>
      <w:r w:rsidRPr="00F14AA3">
        <w:t>godzin</w:t>
      </w:r>
      <w:proofErr w:type="spellEnd"/>
      <w:r w:rsidRPr="00F14AA3">
        <w:t xml:space="preserve">. </w:t>
      </w:r>
      <w:proofErr w:type="spellStart"/>
      <w:r w:rsidRPr="00F14AA3">
        <w:t>Czas</w:t>
      </w:r>
      <w:proofErr w:type="spellEnd"/>
      <w:r w:rsidRPr="00F14AA3">
        <w:t xml:space="preserve"> </w:t>
      </w:r>
      <w:proofErr w:type="spellStart"/>
      <w:r w:rsidRPr="00F14AA3">
        <w:t>reakcji</w:t>
      </w:r>
      <w:proofErr w:type="spellEnd"/>
      <w:r w:rsidRPr="00F14AA3">
        <w:t xml:space="preserve"> </w:t>
      </w:r>
      <w:proofErr w:type="spellStart"/>
      <w:r w:rsidRPr="00F14AA3">
        <w:t>liczony</w:t>
      </w:r>
      <w:proofErr w:type="spellEnd"/>
      <w:r w:rsidRPr="00F14AA3">
        <w:t xml:space="preserve"> jest od </w:t>
      </w:r>
      <w:proofErr w:type="spellStart"/>
      <w:r w:rsidRPr="00F14AA3">
        <w:t>przekazania</w:t>
      </w:r>
      <w:proofErr w:type="spellEnd"/>
      <w:r w:rsidRPr="00F14AA3">
        <w:t xml:space="preserve"> </w:t>
      </w:r>
      <w:proofErr w:type="spellStart"/>
      <w:r w:rsidRPr="00F14AA3">
        <w:t>zgłoszenia</w:t>
      </w:r>
      <w:proofErr w:type="spellEnd"/>
      <w:r w:rsidRPr="00F14AA3">
        <w:t xml:space="preserve"> </w:t>
      </w:r>
      <w:proofErr w:type="spellStart"/>
      <w:r w:rsidRPr="00F14AA3">
        <w:t>uzgodnionym</w:t>
      </w:r>
      <w:proofErr w:type="spellEnd"/>
      <w:r w:rsidRPr="00F14AA3">
        <w:t xml:space="preserve"> </w:t>
      </w:r>
      <w:proofErr w:type="spellStart"/>
      <w:r w:rsidRPr="00F14AA3">
        <w:t>kanałem</w:t>
      </w:r>
      <w:proofErr w:type="spellEnd"/>
      <w:r w:rsidRPr="00F14AA3">
        <w:t xml:space="preserve"> </w:t>
      </w:r>
      <w:proofErr w:type="spellStart"/>
      <w:r w:rsidRPr="00F14AA3">
        <w:t>komunikacji</w:t>
      </w:r>
      <w:proofErr w:type="spellEnd"/>
      <w:r w:rsidRPr="00F14AA3">
        <w:t xml:space="preserve"> do </w:t>
      </w:r>
      <w:proofErr w:type="spellStart"/>
      <w:r w:rsidRPr="00F14AA3">
        <w:t>przekazania</w:t>
      </w:r>
      <w:proofErr w:type="spellEnd"/>
      <w:r w:rsidRPr="00F14AA3">
        <w:t xml:space="preserve"> </w:t>
      </w:r>
      <w:proofErr w:type="spellStart"/>
      <w:r w:rsidRPr="00F14AA3">
        <w:t>przez</w:t>
      </w:r>
      <w:proofErr w:type="spellEnd"/>
      <w:r w:rsidRPr="00F14AA3">
        <w:t xml:space="preserve"> </w:t>
      </w:r>
      <w:proofErr w:type="spellStart"/>
      <w:r w:rsidRPr="00F14AA3">
        <w:t>Wykonawcę</w:t>
      </w:r>
      <w:proofErr w:type="spellEnd"/>
      <w:r w:rsidRPr="00F14AA3">
        <w:t xml:space="preserve"> </w:t>
      </w:r>
      <w:proofErr w:type="spellStart"/>
      <w:r w:rsidRPr="00F14AA3">
        <w:t>potwierdzenia</w:t>
      </w:r>
      <w:proofErr w:type="spellEnd"/>
      <w:r w:rsidRPr="00F14AA3">
        <w:t xml:space="preserve">, </w:t>
      </w:r>
      <w:proofErr w:type="spellStart"/>
      <w:r w:rsidRPr="00F14AA3">
        <w:t>wstępnej</w:t>
      </w:r>
      <w:proofErr w:type="spellEnd"/>
      <w:r w:rsidRPr="00F14AA3">
        <w:t xml:space="preserve"> </w:t>
      </w:r>
      <w:proofErr w:type="spellStart"/>
      <w:r w:rsidRPr="00F14AA3">
        <w:t>diagnozy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planu</w:t>
      </w:r>
      <w:proofErr w:type="spellEnd"/>
      <w:r w:rsidRPr="00F14AA3">
        <w:t xml:space="preserve"> </w:t>
      </w:r>
      <w:proofErr w:type="spellStart"/>
      <w:r w:rsidRPr="00F14AA3">
        <w:t>działania</w:t>
      </w:r>
      <w:proofErr w:type="spellEnd"/>
      <w:r w:rsidRPr="00F14AA3">
        <w:t xml:space="preserve">. </w:t>
      </w:r>
      <w:proofErr w:type="spellStart"/>
      <w:r w:rsidRPr="00F14AA3">
        <w:t>Reakcja</w:t>
      </w:r>
      <w:proofErr w:type="spellEnd"/>
      <w:r w:rsidRPr="00F14AA3">
        <w:t xml:space="preserve"> </w:t>
      </w:r>
      <w:proofErr w:type="spellStart"/>
      <w:r w:rsidRPr="00F14AA3">
        <w:t>nie</w:t>
      </w:r>
      <w:proofErr w:type="spellEnd"/>
      <w:r w:rsidRPr="00F14AA3">
        <w:t xml:space="preserve"> </w:t>
      </w:r>
      <w:proofErr w:type="spellStart"/>
      <w:r w:rsidRPr="00F14AA3">
        <w:t>oznacza</w:t>
      </w:r>
      <w:proofErr w:type="spellEnd"/>
      <w:r w:rsidRPr="00F14AA3">
        <w:t xml:space="preserve"> </w:t>
      </w:r>
      <w:proofErr w:type="spellStart"/>
      <w:r w:rsidRPr="00F14AA3">
        <w:t>pełnego</w:t>
      </w:r>
      <w:proofErr w:type="spellEnd"/>
      <w:r w:rsidRPr="00F14AA3">
        <w:t xml:space="preserve"> </w:t>
      </w:r>
      <w:proofErr w:type="spellStart"/>
      <w:r w:rsidRPr="00F14AA3">
        <w:t>usunięcia</w:t>
      </w:r>
      <w:proofErr w:type="spellEnd"/>
      <w:r w:rsidRPr="00F14AA3">
        <w:t xml:space="preserve"> </w:t>
      </w:r>
      <w:proofErr w:type="spellStart"/>
      <w:r w:rsidRPr="00F14AA3">
        <w:t>problemu</w:t>
      </w:r>
      <w:proofErr w:type="spellEnd"/>
      <w:r w:rsidRPr="00F14AA3">
        <w:t>.</w:t>
      </w:r>
    </w:p>
    <w:p w14:paraId="16648C83" w14:textId="77777777" w:rsidR="00E54091" w:rsidRPr="00F14AA3" w:rsidRDefault="00E54091" w:rsidP="00E54091">
      <w:pPr>
        <w:pStyle w:val="Listapunktowana"/>
      </w:pPr>
      <w:proofErr w:type="spellStart"/>
      <w:r w:rsidRPr="00F14AA3">
        <w:t>Jeżeli</w:t>
      </w:r>
      <w:proofErr w:type="spellEnd"/>
      <w:r w:rsidRPr="00F14AA3">
        <w:t xml:space="preserve"> </w:t>
      </w:r>
      <w:proofErr w:type="spellStart"/>
      <w:r w:rsidRPr="00F14AA3">
        <w:t>rozwiązanie</w:t>
      </w:r>
      <w:proofErr w:type="spellEnd"/>
      <w:r w:rsidRPr="00F14AA3">
        <w:t xml:space="preserve"> </w:t>
      </w:r>
      <w:proofErr w:type="spellStart"/>
      <w:r w:rsidRPr="00F14AA3">
        <w:t>problemu</w:t>
      </w:r>
      <w:proofErr w:type="spellEnd"/>
      <w:r w:rsidRPr="00F14AA3">
        <w:t xml:space="preserve"> </w:t>
      </w:r>
      <w:proofErr w:type="spellStart"/>
      <w:r w:rsidRPr="00F14AA3">
        <w:t>wymaga</w:t>
      </w:r>
      <w:proofErr w:type="spellEnd"/>
      <w:r w:rsidRPr="00F14AA3">
        <w:t xml:space="preserve"> </w:t>
      </w:r>
      <w:proofErr w:type="spellStart"/>
      <w:r w:rsidRPr="00F14AA3">
        <w:t>fizycznej</w:t>
      </w:r>
      <w:proofErr w:type="spellEnd"/>
      <w:r w:rsidRPr="00F14AA3">
        <w:t xml:space="preserve"> </w:t>
      </w:r>
      <w:proofErr w:type="spellStart"/>
      <w:r w:rsidRPr="00F14AA3">
        <w:t>obecności</w:t>
      </w:r>
      <w:proofErr w:type="spellEnd"/>
      <w:r w:rsidRPr="00F14AA3">
        <w:t xml:space="preserve">, </w:t>
      </w:r>
      <w:proofErr w:type="spellStart"/>
      <w:r w:rsidRPr="00F14AA3">
        <w:t>Wykonawca</w:t>
      </w:r>
      <w:proofErr w:type="spellEnd"/>
      <w:r w:rsidRPr="00F14AA3">
        <w:t xml:space="preserve"> </w:t>
      </w:r>
      <w:proofErr w:type="spellStart"/>
      <w:r w:rsidRPr="00F14AA3">
        <w:t>zapewni</w:t>
      </w:r>
      <w:proofErr w:type="spellEnd"/>
      <w:r w:rsidRPr="00F14AA3">
        <w:t xml:space="preserve"> </w:t>
      </w:r>
      <w:proofErr w:type="spellStart"/>
      <w:r w:rsidRPr="00F14AA3">
        <w:t>udział</w:t>
      </w:r>
      <w:proofErr w:type="spellEnd"/>
      <w:r w:rsidRPr="00F14AA3">
        <w:t xml:space="preserve"> </w:t>
      </w:r>
      <w:proofErr w:type="spellStart"/>
      <w:r w:rsidRPr="00F14AA3">
        <w:t>kompetentnej</w:t>
      </w:r>
      <w:proofErr w:type="spellEnd"/>
      <w:r w:rsidRPr="00F14AA3">
        <w:t xml:space="preserve"> </w:t>
      </w:r>
      <w:proofErr w:type="spellStart"/>
      <w:r w:rsidRPr="00F14AA3">
        <w:t>osoby</w:t>
      </w:r>
      <w:proofErr w:type="spellEnd"/>
      <w:r w:rsidRPr="00F14AA3">
        <w:t xml:space="preserve"> w </w:t>
      </w:r>
      <w:proofErr w:type="spellStart"/>
      <w:r w:rsidRPr="00F14AA3">
        <w:t>siedzibie</w:t>
      </w:r>
      <w:proofErr w:type="spellEnd"/>
      <w:r w:rsidRPr="00F14AA3">
        <w:t xml:space="preserve"> </w:t>
      </w:r>
      <w:proofErr w:type="spellStart"/>
      <w:r w:rsidRPr="00F14AA3">
        <w:t>Zamawiającego</w:t>
      </w:r>
      <w:proofErr w:type="spellEnd"/>
      <w:r w:rsidRPr="00F14AA3">
        <w:t xml:space="preserve"> </w:t>
      </w:r>
      <w:proofErr w:type="spellStart"/>
      <w:r w:rsidRPr="00F14AA3">
        <w:t>nie</w:t>
      </w:r>
      <w:proofErr w:type="spellEnd"/>
      <w:r w:rsidRPr="00F14AA3">
        <w:t xml:space="preserve"> </w:t>
      </w:r>
      <w:proofErr w:type="spellStart"/>
      <w:r w:rsidRPr="00F14AA3">
        <w:t>później</w:t>
      </w:r>
      <w:proofErr w:type="spellEnd"/>
      <w:r w:rsidRPr="00F14AA3">
        <w:t xml:space="preserve"> </w:t>
      </w:r>
      <w:proofErr w:type="spellStart"/>
      <w:r w:rsidRPr="00F14AA3">
        <w:t>niż</w:t>
      </w:r>
      <w:proofErr w:type="spellEnd"/>
      <w:r w:rsidRPr="00F14AA3">
        <w:t xml:space="preserve"> w </w:t>
      </w:r>
      <w:proofErr w:type="spellStart"/>
      <w:r w:rsidRPr="00F14AA3">
        <w:t>ciągu</w:t>
      </w:r>
      <w:proofErr w:type="spellEnd"/>
      <w:r w:rsidRPr="00F14AA3">
        <w:t xml:space="preserve"> 5 </w:t>
      </w:r>
      <w:proofErr w:type="spellStart"/>
      <w:r w:rsidRPr="00F14AA3">
        <w:t>dni</w:t>
      </w:r>
      <w:proofErr w:type="spellEnd"/>
      <w:r w:rsidRPr="00F14AA3">
        <w:t xml:space="preserve"> </w:t>
      </w:r>
      <w:proofErr w:type="spellStart"/>
      <w:r w:rsidRPr="00F14AA3">
        <w:t>roboczych</w:t>
      </w:r>
      <w:proofErr w:type="spellEnd"/>
      <w:r w:rsidRPr="00F14AA3">
        <w:t xml:space="preserve"> </w:t>
      </w:r>
      <w:proofErr w:type="spellStart"/>
      <w:r w:rsidRPr="00F14AA3">
        <w:t>od</w:t>
      </w:r>
      <w:proofErr w:type="spellEnd"/>
      <w:r w:rsidRPr="00F14AA3">
        <w:t xml:space="preserve"> </w:t>
      </w:r>
      <w:proofErr w:type="spellStart"/>
      <w:r w:rsidRPr="00F14AA3">
        <w:t>zgłoszenia</w:t>
      </w:r>
      <w:proofErr w:type="spellEnd"/>
      <w:r w:rsidRPr="00F14AA3">
        <w:t xml:space="preserve">, </w:t>
      </w:r>
      <w:proofErr w:type="spellStart"/>
      <w:r w:rsidRPr="00F14AA3">
        <w:t>chyba</w:t>
      </w:r>
      <w:proofErr w:type="spellEnd"/>
      <w:r w:rsidRPr="00F14AA3">
        <w:t xml:space="preserve"> </w:t>
      </w:r>
      <w:proofErr w:type="spellStart"/>
      <w:r w:rsidRPr="00F14AA3">
        <w:t>że</w:t>
      </w:r>
      <w:proofErr w:type="spellEnd"/>
      <w:r w:rsidRPr="00F14AA3">
        <w:t xml:space="preserve"> </w:t>
      </w:r>
      <w:proofErr w:type="spellStart"/>
      <w:r w:rsidRPr="00F14AA3">
        <w:t>strony</w:t>
      </w:r>
      <w:proofErr w:type="spellEnd"/>
      <w:r w:rsidRPr="00F14AA3">
        <w:t xml:space="preserve"> </w:t>
      </w:r>
      <w:proofErr w:type="spellStart"/>
      <w:r w:rsidRPr="00F14AA3">
        <w:t>uzgodnią</w:t>
      </w:r>
      <w:proofErr w:type="spellEnd"/>
      <w:r w:rsidRPr="00F14AA3">
        <w:t xml:space="preserve"> </w:t>
      </w:r>
      <w:proofErr w:type="spellStart"/>
      <w:r w:rsidRPr="00F14AA3">
        <w:t>inny</w:t>
      </w:r>
      <w:proofErr w:type="spellEnd"/>
      <w:r w:rsidRPr="00F14AA3">
        <w:t xml:space="preserve"> </w:t>
      </w:r>
      <w:proofErr w:type="spellStart"/>
      <w:r w:rsidRPr="00F14AA3">
        <w:t>termin</w:t>
      </w:r>
      <w:proofErr w:type="spellEnd"/>
      <w:r w:rsidRPr="00F14AA3">
        <w:t>.</w:t>
      </w:r>
    </w:p>
    <w:p w14:paraId="56BC8218" w14:textId="77777777" w:rsidR="00E54091" w:rsidRPr="00F14AA3" w:rsidRDefault="00E54091" w:rsidP="00E54091">
      <w:pPr>
        <w:pStyle w:val="Nagwek2"/>
      </w:pPr>
      <w:r w:rsidRPr="00F14AA3">
        <w:t xml:space="preserve">10. Prawa </w:t>
      </w:r>
      <w:proofErr w:type="spellStart"/>
      <w:r w:rsidRPr="00F14AA3">
        <w:t>własności</w:t>
      </w:r>
      <w:proofErr w:type="spellEnd"/>
      <w:r w:rsidRPr="00F14AA3">
        <w:t xml:space="preserve"> </w:t>
      </w:r>
      <w:proofErr w:type="spellStart"/>
      <w:r w:rsidRPr="00F14AA3">
        <w:t>intelektualnej</w:t>
      </w:r>
      <w:proofErr w:type="spellEnd"/>
      <w:r w:rsidRPr="00F14AA3">
        <w:t xml:space="preserve">, </w:t>
      </w:r>
      <w:proofErr w:type="spellStart"/>
      <w:r w:rsidRPr="00F14AA3">
        <w:t>poufność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repozytoria</w:t>
      </w:r>
      <w:proofErr w:type="spellEnd"/>
    </w:p>
    <w:p w14:paraId="5B997CA6" w14:textId="77777777" w:rsidR="00E54091" w:rsidRPr="00F14AA3" w:rsidRDefault="00E54091" w:rsidP="00E54091">
      <w:pPr>
        <w:pStyle w:val="Listapunktowana"/>
      </w:pPr>
      <w:r w:rsidRPr="00F14AA3">
        <w:t xml:space="preserve">W </w:t>
      </w:r>
      <w:proofErr w:type="spellStart"/>
      <w:r w:rsidRPr="00F14AA3">
        <w:t>ramach</w:t>
      </w:r>
      <w:proofErr w:type="spellEnd"/>
      <w:r w:rsidRPr="00F14AA3">
        <w:t xml:space="preserve"> </w:t>
      </w:r>
      <w:proofErr w:type="spellStart"/>
      <w:r w:rsidRPr="00F14AA3">
        <w:t>wynagrodzenia</w:t>
      </w:r>
      <w:proofErr w:type="spellEnd"/>
      <w:r w:rsidRPr="00F14AA3">
        <w:t xml:space="preserve"> </w:t>
      </w:r>
      <w:proofErr w:type="spellStart"/>
      <w:r w:rsidRPr="00F14AA3">
        <w:t>Wykonawca</w:t>
      </w:r>
      <w:proofErr w:type="spellEnd"/>
      <w:r w:rsidRPr="00F14AA3">
        <w:t xml:space="preserve"> </w:t>
      </w:r>
      <w:proofErr w:type="spellStart"/>
      <w:r w:rsidRPr="00F14AA3">
        <w:t>przenosi</w:t>
      </w:r>
      <w:proofErr w:type="spellEnd"/>
      <w:r w:rsidRPr="00F14AA3">
        <w:t xml:space="preserve"> </w:t>
      </w:r>
      <w:proofErr w:type="spellStart"/>
      <w:r w:rsidRPr="00F14AA3">
        <w:t>na</w:t>
      </w:r>
      <w:proofErr w:type="spellEnd"/>
      <w:r w:rsidRPr="00F14AA3">
        <w:t xml:space="preserve"> </w:t>
      </w:r>
      <w:proofErr w:type="spellStart"/>
      <w:r w:rsidRPr="00F14AA3">
        <w:t>Zamawiającego</w:t>
      </w:r>
      <w:proofErr w:type="spellEnd"/>
      <w:r w:rsidRPr="00F14AA3">
        <w:t xml:space="preserve"> </w:t>
      </w:r>
      <w:proofErr w:type="spellStart"/>
      <w:r w:rsidRPr="00F14AA3">
        <w:t>całość</w:t>
      </w:r>
      <w:proofErr w:type="spellEnd"/>
      <w:r w:rsidRPr="00F14AA3">
        <w:t xml:space="preserve"> </w:t>
      </w:r>
      <w:proofErr w:type="spellStart"/>
      <w:r w:rsidRPr="00F14AA3">
        <w:t>autorskich</w:t>
      </w:r>
      <w:proofErr w:type="spellEnd"/>
      <w:r w:rsidRPr="00F14AA3">
        <w:t xml:space="preserve"> </w:t>
      </w:r>
      <w:proofErr w:type="spellStart"/>
      <w:r w:rsidRPr="00F14AA3">
        <w:t>praw</w:t>
      </w:r>
      <w:proofErr w:type="spellEnd"/>
      <w:r w:rsidRPr="00F14AA3">
        <w:t xml:space="preserve"> </w:t>
      </w:r>
      <w:proofErr w:type="spellStart"/>
      <w:r w:rsidRPr="00F14AA3">
        <w:t>majątkowych</w:t>
      </w:r>
      <w:proofErr w:type="spellEnd"/>
      <w:r w:rsidRPr="00F14AA3">
        <w:t xml:space="preserve"> </w:t>
      </w:r>
      <w:proofErr w:type="spellStart"/>
      <w:r w:rsidRPr="00F14AA3">
        <w:t>oraz</w:t>
      </w:r>
      <w:proofErr w:type="spellEnd"/>
      <w:r w:rsidRPr="00F14AA3">
        <w:t xml:space="preserve"> </w:t>
      </w:r>
      <w:proofErr w:type="spellStart"/>
      <w:r w:rsidRPr="00F14AA3">
        <w:t>innych</w:t>
      </w:r>
      <w:proofErr w:type="spellEnd"/>
      <w:r w:rsidRPr="00F14AA3">
        <w:t xml:space="preserve"> </w:t>
      </w:r>
      <w:proofErr w:type="spellStart"/>
      <w:r w:rsidRPr="00F14AA3">
        <w:t>praw</w:t>
      </w:r>
      <w:proofErr w:type="spellEnd"/>
      <w:r w:rsidRPr="00F14AA3">
        <w:t xml:space="preserve"> do </w:t>
      </w:r>
      <w:proofErr w:type="spellStart"/>
      <w:r w:rsidRPr="00F14AA3">
        <w:t>rezultatów</w:t>
      </w:r>
      <w:proofErr w:type="spellEnd"/>
      <w:r w:rsidRPr="00F14AA3">
        <w:t xml:space="preserve"> </w:t>
      </w:r>
      <w:proofErr w:type="spellStart"/>
      <w:r w:rsidRPr="00F14AA3">
        <w:t>wytworzonych</w:t>
      </w:r>
      <w:proofErr w:type="spellEnd"/>
      <w:r w:rsidRPr="00F14AA3">
        <w:t xml:space="preserve"> w </w:t>
      </w:r>
      <w:proofErr w:type="spellStart"/>
      <w:r w:rsidRPr="00F14AA3">
        <w:t>ramach</w:t>
      </w:r>
      <w:proofErr w:type="spellEnd"/>
      <w:r w:rsidRPr="00F14AA3">
        <w:t xml:space="preserve"> </w:t>
      </w:r>
      <w:proofErr w:type="spellStart"/>
      <w:r w:rsidRPr="00F14AA3">
        <w:t>zamówienia</w:t>
      </w:r>
      <w:proofErr w:type="spellEnd"/>
      <w:r w:rsidRPr="00F14AA3">
        <w:t xml:space="preserve"> (Foreground) </w:t>
      </w:r>
      <w:proofErr w:type="spellStart"/>
      <w:r w:rsidRPr="00F14AA3">
        <w:t>na</w:t>
      </w:r>
      <w:proofErr w:type="spellEnd"/>
      <w:r w:rsidRPr="00F14AA3">
        <w:t xml:space="preserve"> </w:t>
      </w:r>
      <w:proofErr w:type="spellStart"/>
      <w:r w:rsidRPr="00F14AA3">
        <w:t>wszystkich</w:t>
      </w:r>
      <w:proofErr w:type="spellEnd"/>
      <w:r w:rsidRPr="00F14AA3">
        <w:t xml:space="preserve"> </w:t>
      </w:r>
      <w:proofErr w:type="spellStart"/>
      <w:r w:rsidRPr="00F14AA3">
        <w:t>znanych</w:t>
      </w:r>
      <w:proofErr w:type="spellEnd"/>
      <w:r w:rsidRPr="00F14AA3">
        <w:t xml:space="preserve"> w </w:t>
      </w:r>
      <w:proofErr w:type="spellStart"/>
      <w:r w:rsidRPr="00F14AA3">
        <w:t>chwili</w:t>
      </w:r>
      <w:proofErr w:type="spellEnd"/>
      <w:r w:rsidRPr="00F14AA3">
        <w:t xml:space="preserve"> </w:t>
      </w:r>
      <w:proofErr w:type="spellStart"/>
      <w:r w:rsidRPr="00F14AA3">
        <w:t>zawarcia</w:t>
      </w:r>
      <w:proofErr w:type="spellEnd"/>
      <w:r w:rsidRPr="00F14AA3">
        <w:t xml:space="preserve"> </w:t>
      </w:r>
      <w:proofErr w:type="spellStart"/>
      <w:r w:rsidRPr="00F14AA3">
        <w:t>umowy</w:t>
      </w:r>
      <w:proofErr w:type="spellEnd"/>
      <w:r w:rsidRPr="00F14AA3">
        <w:t xml:space="preserve"> </w:t>
      </w:r>
      <w:proofErr w:type="spellStart"/>
      <w:r w:rsidRPr="00F14AA3">
        <w:t>polach</w:t>
      </w:r>
      <w:proofErr w:type="spellEnd"/>
      <w:r w:rsidRPr="00F14AA3">
        <w:t xml:space="preserve"> </w:t>
      </w:r>
      <w:proofErr w:type="spellStart"/>
      <w:r w:rsidRPr="00F14AA3">
        <w:t>eksploatacji</w:t>
      </w:r>
      <w:proofErr w:type="spellEnd"/>
      <w:r w:rsidRPr="00F14AA3">
        <w:t xml:space="preserve">, </w:t>
      </w:r>
      <w:proofErr w:type="spellStart"/>
      <w:r w:rsidRPr="00F14AA3">
        <w:t>wraz</w:t>
      </w:r>
      <w:proofErr w:type="spellEnd"/>
      <w:r w:rsidRPr="00F14AA3">
        <w:t xml:space="preserve"> z </w:t>
      </w:r>
      <w:proofErr w:type="spellStart"/>
      <w:r w:rsidRPr="00F14AA3">
        <w:t>prawem</w:t>
      </w:r>
      <w:proofErr w:type="spellEnd"/>
      <w:r w:rsidRPr="00F14AA3">
        <w:t xml:space="preserve"> do </w:t>
      </w:r>
      <w:proofErr w:type="spellStart"/>
      <w:r w:rsidRPr="00F14AA3">
        <w:t>modyfikacji</w:t>
      </w:r>
      <w:proofErr w:type="spellEnd"/>
      <w:r w:rsidRPr="00F14AA3">
        <w:t xml:space="preserve">, </w:t>
      </w:r>
      <w:proofErr w:type="spellStart"/>
      <w:r w:rsidRPr="00F14AA3">
        <w:t>rozwoju</w:t>
      </w:r>
      <w:proofErr w:type="spellEnd"/>
      <w:r w:rsidRPr="00F14AA3">
        <w:t xml:space="preserve">, </w:t>
      </w:r>
      <w:proofErr w:type="spellStart"/>
      <w:r w:rsidRPr="00F14AA3">
        <w:t>produkcji</w:t>
      </w:r>
      <w:proofErr w:type="spellEnd"/>
      <w:r w:rsidRPr="00F14AA3">
        <w:t xml:space="preserve">, </w:t>
      </w:r>
      <w:proofErr w:type="spellStart"/>
      <w:r w:rsidRPr="00F14AA3">
        <w:t>komercjalizacji</w:t>
      </w:r>
      <w:proofErr w:type="spellEnd"/>
      <w:r w:rsidRPr="00F14AA3">
        <w:t xml:space="preserve">, </w:t>
      </w:r>
      <w:proofErr w:type="spellStart"/>
      <w:r w:rsidRPr="00F14AA3">
        <w:t>udzielania</w:t>
      </w:r>
      <w:proofErr w:type="spellEnd"/>
      <w:r w:rsidRPr="00F14AA3">
        <w:t xml:space="preserve"> </w:t>
      </w:r>
      <w:proofErr w:type="spellStart"/>
      <w:r w:rsidRPr="00F14AA3">
        <w:t>licencji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przenoszenia</w:t>
      </w:r>
      <w:proofErr w:type="spellEnd"/>
      <w:r w:rsidRPr="00F14AA3">
        <w:t xml:space="preserve"> </w:t>
      </w:r>
      <w:proofErr w:type="spellStart"/>
      <w:r w:rsidRPr="00F14AA3">
        <w:t>praw</w:t>
      </w:r>
      <w:proofErr w:type="spellEnd"/>
      <w:r w:rsidRPr="00F14AA3">
        <w:t xml:space="preserve"> </w:t>
      </w:r>
      <w:proofErr w:type="spellStart"/>
      <w:r w:rsidRPr="00F14AA3">
        <w:t>na</w:t>
      </w:r>
      <w:proofErr w:type="spellEnd"/>
      <w:r w:rsidRPr="00F14AA3">
        <w:t xml:space="preserve"> </w:t>
      </w:r>
      <w:proofErr w:type="spellStart"/>
      <w:r w:rsidRPr="00F14AA3">
        <w:t>podmioty</w:t>
      </w:r>
      <w:proofErr w:type="spellEnd"/>
      <w:r w:rsidRPr="00F14AA3">
        <w:t xml:space="preserve"> </w:t>
      </w:r>
      <w:proofErr w:type="spellStart"/>
      <w:r w:rsidRPr="00F14AA3">
        <w:t>trzecie</w:t>
      </w:r>
      <w:proofErr w:type="spellEnd"/>
      <w:r w:rsidRPr="00F14AA3">
        <w:t xml:space="preserve"> </w:t>
      </w:r>
      <w:proofErr w:type="spellStart"/>
      <w:r w:rsidRPr="00F14AA3">
        <w:t>oraz</w:t>
      </w:r>
      <w:proofErr w:type="spellEnd"/>
      <w:r w:rsidRPr="00F14AA3">
        <w:t xml:space="preserve"> </w:t>
      </w:r>
      <w:proofErr w:type="spellStart"/>
      <w:r w:rsidRPr="00F14AA3">
        <w:t>wyłącznym</w:t>
      </w:r>
      <w:proofErr w:type="spellEnd"/>
      <w:r w:rsidRPr="00F14AA3">
        <w:t xml:space="preserve"> </w:t>
      </w:r>
      <w:proofErr w:type="spellStart"/>
      <w:r w:rsidRPr="00F14AA3">
        <w:t>prawem</w:t>
      </w:r>
      <w:proofErr w:type="spellEnd"/>
      <w:r w:rsidRPr="00F14AA3">
        <w:t xml:space="preserve"> </w:t>
      </w:r>
      <w:proofErr w:type="spellStart"/>
      <w:r w:rsidRPr="00F14AA3">
        <w:t>zezwalania</w:t>
      </w:r>
      <w:proofErr w:type="spellEnd"/>
      <w:r w:rsidRPr="00F14AA3">
        <w:t xml:space="preserve"> </w:t>
      </w:r>
      <w:proofErr w:type="spellStart"/>
      <w:r w:rsidRPr="00F14AA3">
        <w:t>na</w:t>
      </w:r>
      <w:proofErr w:type="spellEnd"/>
      <w:r w:rsidRPr="00F14AA3">
        <w:t xml:space="preserve"> </w:t>
      </w:r>
      <w:proofErr w:type="spellStart"/>
      <w:r w:rsidRPr="00F14AA3">
        <w:t>wykonywanie</w:t>
      </w:r>
      <w:proofErr w:type="spellEnd"/>
      <w:r w:rsidRPr="00F14AA3">
        <w:t xml:space="preserve"> </w:t>
      </w:r>
      <w:proofErr w:type="spellStart"/>
      <w:r w:rsidRPr="00F14AA3">
        <w:t>zależnych</w:t>
      </w:r>
      <w:proofErr w:type="spellEnd"/>
      <w:r w:rsidRPr="00F14AA3">
        <w:t xml:space="preserve"> </w:t>
      </w:r>
      <w:proofErr w:type="spellStart"/>
      <w:r w:rsidRPr="00F14AA3">
        <w:t>praw</w:t>
      </w:r>
      <w:proofErr w:type="spellEnd"/>
      <w:r w:rsidRPr="00F14AA3">
        <w:t xml:space="preserve"> </w:t>
      </w:r>
      <w:proofErr w:type="spellStart"/>
      <w:r w:rsidRPr="00F14AA3">
        <w:t>autorskich</w:t>
      </w:r>
      <w:proofErr w:type="spellEnd"/>
      <w:r w:rsidRPr="00F14AA3">
        <w:t xml:space="preserve">. </w:t>
      </w:r>
      <w:proofErr w:type="spellStart"/>
      <w:r w:rsidRPr="00F14AA3">
        <w:t>Dotyczy</w:t>
      </w:r>
      <w:proofErr w:type="spellEnd"/>
      <w:r w:rsidRPr="00F14AA3">
        <w:t xml:space="preserve"> </w:t>
      </w:r>
      <w:proofErr w:type="spellStart"/>
      <w:r w:rsidRPr="00F14AA3">
        <w:t>to w</w:t>
      </w:r>
      <w:proofErr w:type="spellEnd"/>
      <w:r w:rsidRPr="00F14AA3">
        <w:t xml:space="preserve"> </w:t>
      </w:r>
      <w:proofErr w:type="spellStart"/>
      <w:r w:rsidRPr="00F14AA3">
        <w:t>szczególności</w:t>
      </w:r>
      <w:proofErr w:type="spellEnd"/>
      <w:r w:rsidRPr="00F14AA3">
        <w:t xml:space="preserve"> </w:t>
      </w:r>
      <w:proofErr w:type="spellStart"/>
      <w:r w:rsidRPr="00F14AA3">
        <w:t>kodu</w:t>
      </w:r>
      <w:proofErr w:type="spellEnd"/>
      <w:r w:rsidRPr="00F14AA3">
        <w:t xml:space="preserve"> </w:t>
      </w:r>
      <w:proofErr w:type="spellStart"/>
      <w:r w:rsidRPr="00F14AA3">
        <w:t>źródłowego</w:t>
      </w:r>
      <w:proofErr w:type="spellEnd"/>
      <w:r w:rsidRPr="00F14AA3">
        <w:t xml:space="preserve">, firmware, </w:t>
      </w:r>
      <w:proofErr w:type="spellStart"/>
      <w:r w:rsidRPr="00F14AA3">
        <w:t>modeli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wag AI, </w:t>
      </w:r>
      <w:proofErr w:type="spellStart"/>
      <w:r w:rsidRPr="00F14AA3">
        <w:t>skryptów</w:t>
      </w:r>
      <w:proofErr w:type="spellEnd"/>
      <w:r w:rsidRPr="00F14AA3">
        <w:t xml:space="preserve"> </w:t>
      </w:r>
      <w:proofErr w:type="spellStart"/>
      <w:r w:rsidRPr="00F14AA3">
        <w:t>treningowych</w:t>
      </w:r>
      <w:proofErr w:type="spellEnd"/>
      <w:r w:rsidRPr="00F14AA3">
        <w:t xml:space="preserve">, </w:t>
      </w:r>
      <w:proofErr w:type="spellStart"/>
      <w:r w:rsidRPr="00F14AA3">
        <w:t>schematów</w:t>
      </w:r>
      <w:proofErr w:type="spellEnd"/>
      <w:r w:rsidRPr="00F14AA3">
        <w:t xml:space="preserve">, </w:t>
      </w:r>
      <w:proofErr w:type="spellStart"/>
      <w:r w:rsidRPr="00F14AA3">
        <w:t>projektów</w:t>
      </w:r>
      <w:proofErr w:type="spellEnd"/>
      <w:r w:rsidRPr="00F14AA3">
        <w:t xml:space="preserve"> PCB, </w:t>
      </w:r>
      <w:proofErr w:type="spellStart"/>
      <w:r w:rsidRPr="00F14AA3">
        <w:t>plików</w:t>
      </w:r>
      <w:proofErr w:type="spellEnd"/>
      <w:r w:rsidRPr="00F14AA3">
        <w:t xml:space="preserve"> Gerber, BOM, </w:t>
      </w:r>
      <w:proofErr w:type="spellStart"/>
      <w:r w:rsidRPr="00F14AA3">
        <w:t>dokumentacji</w:t>
      </w:r>
      <w:proofErr w:type="spellEnd"/>
      <w:r w:rsidRPr="00F14AA3">
        <w:t xml:space="preserve">, </w:t>
      </w:r>
      <w:proofErr w:type="spellStart"/>
      <w:r w:rsidRPr="00F14AA3">
        <w:t>konfiguracji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raportów</w:t>
      </w:r>
      <w:proofErr w:type="spellEnd"/>
      <w:r w:rsidRPr="00F14AA3">
        <w:t>.</w:t>
      </w:r>
    </w:p>
    <w:p w14:paraId="582F8730" w14:textId="77777777" w:rsidR="00E54091" w:rsidRPr="00F14AA3" w:rsidRDefault="00E54091" w:rsidP="00E54091">
      <w:pPr>
        <w:pStyle w:val="Listapunktowana"/>
      </w:pPr>
      <w:proofErr w:type="spellStart"/>
      <w:r w:rsidRPr="00F14AA3">
        <w:t>Przeniesienie</w:t>
      </w:r>
      <w:proofErr w:type="spellEnd"/>
      <w:r w:rsidRPr="00F14AA3">
        <w:t xml:space="preserve"> </w:t>
      </w:r>
      <w:proofErr w:type="spellStart"/>
      <w:r w:rsidRPr="00F14AA3">
        <w:t>praw</w:t>
      </w:r>
      <w:proofErr w:type="spellEnd"/>
      <w:r w:rsidRPr="00F14AA3">
        <w:t xml:space="preserve"> </w:t>
      </w:r>
      <w:proofErr w:type="spellStart"/>
      <w:r w:rsidRPr="00F14AA3">
        <w:t>następuje</w:t>
      </w:r>
      <w:proofErr w:type="spellEnd"/>
      <w:r w:rsidRPr="00F14AA3">
        <w:t xml:space="preserve"> z </w:t>
      </w:r>
      <w:proofErr w:type="spellStart"/>
      <w:r w:rsidRPr="00F14AA3">
        <w:t>chwilą</w:t>
      </w:r>
      <w:proofErr w:type="spellEnd"/>
      <w:r w:rsidRPr="00F14AA3">
        <w:t xml:space="preserve"> </w:t>
      </w:r>
      <w:proofErr w:type="spellStart"/>
      <w:r w:rsidRPr="00F14AA3">
        <w:t>odbioru</w:t>
      </w:r>
      <w:proofErr w:type="spellEnd"/>
      <w:r w:rsidRPr="00F14AA3">
        <w:t xml:space="preserve"> </w:t>
      </w:r>
      <w:proofErr w:type="spellStart"/>
      <w:r w:rsidRPr="00F14AA3">
        <w:t>danego</w:t>
      </w:r>
      <w:proofErr w:type="spellEnd"/>
      <w:r w:rsidRPr="00F14AA3">
        <w:t xml:space="preserve"> </w:t>
      </w:r>
      <w:proofErr w:type="spellStart"/>
      <w:r w:rsidRPr="00F14AA3">
        <w:t>etapu</w:t>
      </w:r>
      <w:proofErr w:type="spellEnd"/>
      <w:r w:rsidRPr="00F14AA3">
        <w:t xml:space="preserve">, a w </w:t>
      </w:r>
      <w:proofErr w:type="spellStart"/>
      <w:r w:rsidRPr="00F14AA3">
        <w:t>zakresie</w:t>
      </w:r>
      <w:proofErr w:type="spellEnd"/>
      <w:r w:rsidRPr="00F14AA3">
        <w:t xml:space="preserve"> </w:t>
      </w:r>
      <w:proofErr w:type="spellStart"/>
      <w:r w:rsidRPr="00F14AA3">
        <w:t>nieodebranych</w:t>
      </w:r>
      <w:proofErr w:type="spellEnd"/>
      <w:r w:rsidRPr="00F14AA3">
        <w:t xml:space="preserve"> </w:t>
      </w:r>
      <w:proofErr w:type="spellStart"/>
      <w:r w:rsidRPr="00F14AA3">
        <w:t>rezultatów</w:t>
      </w:r>
      <w:proofErr w:type="spellEnd"/>
      <w:r w:rsidRPr="00F14AA3">
        <w:t xml:space="preserve"> – </w:t>
      </w:r>
      <w:proofErr w:type="spellStart"/>
      <w:r w:rsidRPr="00F14AA3">
        <w:t>najpóźniej</w:t>
      </w:r>
      <w:proofErr w:type="spellEnd"/>
      <w:r w:rsidRPr="00F14AA3">
        <w:t xml:space="preserve"> z </w:t>
      </w:r>
      <w:proofErr w:type="spellStart"/>
      <w:r w:rsidRPr="00F14AA3">
        <w:t>chwilą</w:t>
      </w:r>
      <w:proofErr w:type="spellEnd"/>
      <w:r w:rsidRPr="00F14AA3">
        <w:t xml:space="preserve"> </w:t>
      </w:r>
      <w:proofErr w:type="spellStart"/>
      <w:r w:rsidRPr="00F14AA3">
        <w:t>zapłaty</w:t>
      </w:r>
      <w:proofErr w:type="spellEnd"/>
      <w:r w:rsidRPr="00F14AA3">
        <w:t xml:space="preserve"> </w:t>
      </w:r>
      <w:proofErr w:type="spellStart"/>
      <w:r w:rsidRPr="00F14AA3">
        <w:t>wynagrodzenia</w:t>
      </w:r>
      <w:proofErr w:type="spellEnd"/>
      <w:r w:rsidRPr="00F14AA3">
        <w:t xml:space="preserve"> za </w:t>
      </w:r>
      <w:proofErr w:type="spellStart"/>
      <w:r w:rsidRPr="00F14AA3">
        <w:t>dany</w:t>
      </w:r>
      <w:proofErr w:type="spellEnd"/>
      <w:r w:rsidRPr="00F14AA3">
        <w:t xml:space="preserve"> </w:t>
      </w:r>
      <w:proofErr w:type="spellStart"/>
      <w:r w:rsidRPr="00F14AA3">
        <w:t>etap</w:t>
      </w:r>
      <w:proofErr w:type="spellEnd"/>
      <w:r w:rsidRPr="00F14AA3">
        <w:t>.</w:t>
      </w:r>
    </w:p>
    <w:p w14:paraId="79990FAB" w14:textId="77777777" w:rsidR="00E54091" w:rsidRPr="00F14AA3" w:rsidRDefault="00E54091" w:rsidP="00E54091">
      <w:pPr>
        <w:pStyle w:val="Listapunktowana"/>
      </w:pPr>
      <w:proofErr w:type="spellStart"/>
      <w:r w:rsidRPr="00F14AA3">
        <w:t>Przed</w:t>
      </w:r>
      <w:proofErr w:type="spellEnd"/>
      <w:r w:rsidRPr="00F14AA3">
        <w:t xml:space="preserve"> </w:t>
      </w:r>
      <w:proofErr w:type="spellStart"/>
      <w:r w:rsidRPr="00F14AA3">
        <w:t>rozpoczęciem</w:t>
      </w:r>
      <w:proofErr w:type="spellEnd"/>
      <w:r w:rsidRPr="00F14AA3">
        <w:t xml:space="preserve"> </w:t>
      </w:r>
      <w:proofErr w:type="spellStart"/>
      <w:r w:rsidRPr="00F14AA3">
        <w:t>prac</w:t>
      </w:r>
      <w:proofErr w:type="spellEnd"/>
      <w:r w:rsidRPr="00F14AA3">
        <w:t xml:space="preserve"> </w:t>
      </w:r>
      <w:proofErr w:type="spellStart"/>
      <w:r w:rsidRPr="00F14AA3">
        <w:t>Wykonawca</w:t>
      </w:r>
      <w:proofErr w:type="spellEnd"/>
      <w:r w:rsidRPr="00F14AA3">
        <w:t xml:space="preserve"> </w:t>
      </w:r>
      <w:proofErr w:type="spellStart"/>
      <w:r w:rsidRPr="00F14AA3">
        <w:t>wskaże</w:t>
      </w:r>
      <w:proofErr w:type="spellEnd"/>
      <w:r w:rsidRPr="00F14AA3">
        <w:t xml:space="preserve"> </w:t>
      </w:r>
      <w:proofErr w:type="spellStart"/>
      <w:r w:rsidRPr="00F14AA3">
        <w:t>wykorzystywane</w:t>
      </w:r>
      <w:proofErr w:type="spellEnd"/>
      <w:r w:rsidRPr="00F14AA3">
        <w:t xml:space="preserve"> </w:t>
      </w:r>
      <w:proofErr w:type="spellStart"/>
      <w:r w:rsidRPr="00F14AA3">
        <w:t>przez</w:t>
      </w:r>
      <w:proofErr w:type="spellEnd"/>
      <w:r w:rsidRPr="00F14AA3">
        <w:t xml:space="preserve"> </w:t>
      </w:r>
      <w:proofErr w:type="spellStart"/>
      <w:r w:rsidRPr="00F14AA3">
        <w:t>siebie</w:t>
      </w:r>
      <w:proofErr w:type="spellEnd"/>
      <w:r w:rsidRPr="00F14AA3">
        <w:t xml:space="preserve"> </w:t>
      </w:r>
      <w:proofErr w:type="spellStart"/>
      <w:r w:rsidRPr="00F14AA3">
        <w:t>prawa</w:t>
      </w:r>
      <w:proofErr w:type="spellEnd"/>
      <w:r w:rsidRPr="00F14AA3">
        <w:t xml:space="preserve"> </w:t>
      </w:r>
      <w:proofErr w:type="spellStart"/>
      <w:r w:rsidRPr="00F14AA3">
        <w:t>istniejące</w:t>
      </w:r>
      <w:proofErr w:type="spellEnd"/>
      <w:r w:rsidRPr="00F14AA3">
        <w:t xml:space="preserve"> (Background IP), </w:t>
      </w:r>
      <w:proofErr w:type="spellStart"/>
      <w:r w:rsidRPr="00F14AA3">
        <w:t>komponenty</w:t>
      </w:r>
      <w:proofErr w:type="spellEnd"/>
      <w:r w:rsidRPr="00F14AA3">
        <w:t xml:space="preserve"> </w:t>
      </w:r>
      <w:proofErr w:type="gramStart"/>
      <w:r w:rsidRPr="00F14AA3">
        <w:t>open source</w:t>
      </w:r>
      <w:proofErr w:type="gramEnd"/>
      <w:r w:rsidRPr="00F14AA3">
        <w:t xml:space="preserve"> </w:t>
      </w:r>
      <w:proofErr w:type="spellStart"/>
      <w:r w:rsidRPr="00F14AA3">
        <w:t>oraz</w:t>
      </w:r>
      <w:proofErr w:type="spellEnd"/>
      <w:r w:rsidRPr="00F14AA3">
        <w:t xml:space="preserve"> </w:t>
      </w:r>
      <w:proofErr w:type="spellStart"/>
      <w:r w:rsidRPr="00F14AA3">
        <w:t>licencje</w:t>
      </w:r>
      <w:proofErr w:type="spellEnd"/>
      <w:r w:rsidRPr="00F14AA3">
        <w:t xml:space="preserve"> </w:t>
      </w:r>
      <w:proofErr w:type="spellStart"/>
      <w:r w:rsidRPr="00F14AA3">
        <w:t>zewnętrzne</w:t>
      </w:r>
      <w:proofErr w:type="spellEnd"/>
      <w:r w:rsidRPr="00F14AA3">
        <w:t xml:space="preserve">. </w:t>
      </w:r>
      <w:proofErr w:type="spellStart"/>
      <w:r w:rsidRPr="00F14AA3">
        <w:t>Jeżeli</w:t>
      </w:r>
      <w:proofErr w:type="spellEnd"/>
      <w:r w:rsidRPr="00F14AA3">
        <w:t xml:space="preserve"> Background IP jest </w:t>
      </w:r>
      <w:proofErr w:type="spellStart"/>
      <w:r w:rsidRPr="00F14AA3">
        <w:t>niezbędne</w:t>
      </w:r>
      <w:proofErr w:type="spellEnd"/>
      <w:r w:rsidRPr="00F14AA3">
        <w:t xml:space="preserve"> do </w:t>
      </w:r>
      <w:proofErr w:type="spellStart"/>
      <w:r w:rsidRPr="00F14AA3">
        <w:t>korzystania</w:t>
      </w:r>
      <w:proofErr w:type="spellEnd"/>
      <w:r w:rsidRPr="00F14AA3">
        <w:t xml:space="preserve"> z </w:t>
      </w:r>
      <w:proofErr w:type="spellStart"/>
      <w:r w:rsidRPr="00F14AA3">
        <w:t>rezultatów</w:t>
      </w:r>
      <w:proofErr w:type="spellEnd"/>
      <w:r w:rsidRPr="00F14AA3">
        <w:t xml:space="preserve">, </w:t>
      </w:r>
      <w:proofErr w:type="spellStart"/>
      <w:r w:rsidRPr="00F14AA3">
        <w:t>Wykonawca</w:t>
      </w:r>
      <w:proofErr w:type="spellEnd"/>
      <w:r w:rsidRPr="00F14AA3">
        <w:t xml:space="preserve"> </w:t>
      </w:r>
      <w:proofErr w:type="spellStart"/>
      <w:r w:rsidRPr="00F14AA3">
        <w:t>udzieli</w:t>
      </w:r>
      <w:proofErr w:type="spellEnd"/>
      <w:r w:rsidRPr="00F14AA3">
        <w:t xml:space="preserve"> </w:t>
      </w:r>
      <w:proofErr w:type="spellStart"/>
      <w:r w:rsidRPr="00F14AA3">
        <w:t>Zamawiającemu</w:t>
      </w:r>
      <w:proofErr w:type="spellEnd"/>
      <w:r w:rsidRPr="00F14AA3">
        <w:t xml:space="preserve"> </w:t>
      </w:r>
      <w:proofErr w:type="spellStart"/>
      <w:r w:rsidRPr="00F14AA3">
        <w:t>nieodwołalnej</w:t>
      </w:r>
      <w:proofErr w:type="spellEnd"/>
      <w:r w:rsidRPr="00F14AA3">
        <w:t xml:space="preserve">, </w:t>
      </w:r>
      <w:proofErr w:type="spellStart"/>
      <w:r w:rsidRPr="00F14AA3">
        <w:t>bezterminowej</w:t>
      </w:r>
      <w:proofErr w:type="spellEnd"/>
      <w:r w:rsidRPr="00F14AA3">
        <w:t xml:space="preserve">, </w:t>
      </w:r>
      <w:proofErr w:type="spellStart"/>
      <w:r w:rsidRPr="00F14AA3">
        <w:t>niewyłącznej</w:t>
      </w:r>
      <w:proofErr w:type="spellEnd"/>
      <w:r w:rsidRPr="00F14AA3">
        <w:t xml:space="preserve"> </w:t>
      </w:r>
      <w:proofErr w:type="spellStart"/>
      <w:r w:rsidRPr="00F14AA3">
        <w:t>licencji</w:t>
      </w:r>
      <w:proofErr w:type="spellEnd"/>
      <w:r w:rsidRPr="00F14AA3">
        <w:t xml:space="preserve"> </w:t>
      </w:r>
      <w:proofErr w:type="spellStart"/>
      <w:r w:rsidRPr="00F14AA3">
        <w:t>umożliwiającej</w:t>
      </w:r>
      <w:proofErr w:type="spellEnd"/>
      <w:r w:rsidRPr="00F14AA3">
        <w:t xml:space="preserve"> </w:t>
      </w:r>
      <w:proofErr w:type="spellStart"/>
      <w:r w:rsidRPr="00F14AA3">
        <w:t>pełne</w:t>
      </w:r>
      <w:proofErr w:type="spellEnd"/>
      <w:r w:rsidRPr="00F14AA3">
        <w:t xml:space="preserve"> </w:t>
      </w:r>
      <w:proofErr w:type="spellStart"/>
      <w:r w:rsidRPr="00F14AA3">
        <w:t>korzystanie</w:t>
      </w:r>
      <w:proofErr w:type="spellEnd"/>
      <w:r w:rsidRPr="00F14AA3">
        <w:t xml:space="preserve"> z </w:t>
      </w:r>
      <w:proofErr w:type="spellStart"/>
      <w:r w:rsidRPr="00F14AA3">
        <w:t>rezultatów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ich </w:t>
      </w:r>
      <w:proofErr w:type="spellStart"/>
      <w:r w:rsidRPr="00F14AA3">
        <w:t>komercjalizację</w:t>
      </w:r>
      <w:proofErr w:type="spellEnd"/>
      <w:r w:rsidRPr="00F14AA3">
        <w:t>.</w:t>
      </w:r>
    </w:p>
    <w:p w14:paraId="39855770" w14:textId="77777777" w:rsidR="00E54091" w:rsidRPr="00F14AA3" w:rsidRDefault="00E54091" w:rsidP="00E54091">
      <w:pPr>
        <w:pStyle w:val="Listapunktowana"/>
      </w:pPr>
      <w:proofErr w:type="spellStart"/>
      <w:r w:rsidRPr="00F14AA3">
        <w:t>Repozytoria</w:t>
      </w:r>
      <w:proofErr w:type="spellEnd"/>
      <w:r w:rsidRPr="00F14AA3">
        <w:t xml:space="preserve"> </w:t>
      </w:r>
      <w:proofErr w:type="spellStart"/>
      <w:r w:rsidRPr="00F14AA3">
        <w:t>kodu</w:t>
      </w:r>
      <w:proofErr w:type="spellEnd"/>
      <w:r w:rsidRPr="00F14AA3">
        <w:t xml:space="preserve">, </w:t>
      </w:r>
      <w:proofErr w:type="spellStart"/>
      <w:r w:rsidRPr="00F14AA3">
        <w:t>modeli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dokumentacji</w:t>
      </w:r>
      <w:proofErr w:type="spellEnd"/>
      <w:r w:rsidRPr="00F14AA3">
        <w:t xml:space="preserve"> </w:t>
      </w:r>
      <w:proofErr w:type="spellStart"/>
      <w:r w:rsidRPr="00F14AA3">
        <w:t>będą</w:t>
      </w:r>
      <w:proofErr w:type="spellEnd"/>
      <w:r w:rsidRPr="00F14AA3">
        <w:t xml:space="preserve"> </w:t>
      </w:r>
      <w:proofErr w:type="spellStart"/>
      <w:r w:rsidRPr="00F14AA3">
        <w:t>prowadzone</w:t>
      </w:r>
      <w:proofErr w:type="spellEnd"/>
      <w:r w:rsidRPr="00F14AA3">
        <w:t xml:space="preserve"> </w:t>
      </w:r>
      <w:proofErr w:type="spellStart"/>
      <w:r w:rsidRPr="00F14AA3">
        <w:t>od</w:t>
      </w:r>
      <w:proofErr w:type="spellEnd"/>
      <w:r w:rsidRPr="00F14AA3">
        <w:t xml:space="preserve"> </w:t>
      </w:r>
      <w:proofErr w:type="spellStart"/>
      <w:r w:rsidRPr="00F14AA3">
        <w:t>początku</w:t>
      </w:r>
      <w:proofErr w:type="spellEnd"/>
      <w:r w:rsidRPr="00F14AA3">
        <w:t xml:space="preserve"> </w:t>
      </w:r>
      <w:proofErr w:type="spellStart"/>
      <w:r w:rsidRPr="00F14AA3">
        <w:t>realizacji</w:t>
      </w:r>
      <w:proofErr w:type="spellEnd"/>
      <w:r w:rsidRPr="00F14AA3">
        <w:t xml:space="preserve"> w </w:t>
      </w:r>
      <w:proofErr w:type="spellStart"/>
      <w:r w:rsidRPr="00F14AA3">
        <w:t>przestrzeni</w:t>
      </w:r>
      <w:proofErr w:type="spellEnd"/>
      <w:r w:rsidRPr="00F14AA3">
        <w:t xml:space="preserve"> </w:t>
      </w:r>
      <w:proofErr w:type="spellStart"/>
      <w:r w:rsidRPr="00F14AA3">
        <w:t>kontrolowanej</w:t>
      </w:r>
      <w:proofErr w:type="spellEnd"/>
      <w:r w:rsidRPr="00F14AA3">
        <w:t xml:space="preserve"> </w:t>
      </w:r>
      <w:proofErr w:type="spellStart"/>
      <w:r w:rsidRPr="00F14AA3">
        <w:t>przez</w:t>
      </w:r>
      <w:proofErr w:type="spellEnd"/>
      <w:r w:rsidRPr="00F14AA3">
        <w:t xml:space="preserve"> </w:t>
      </w:r>
      <w:proofErr w:type="spellStart"/>
      <w:r w:rsidRPr="00F14AA3">
        <w:t>Zamawiającego</w:t>
      </w:r>
      <w:proofErr w:type="spellEnd"/>
      <w:r w:rsidRPr="00F14AA3">
        <w:t xml:space="preserve"> </w:t>
      </w:r>
      <w:proofErr w:type="spellStart"/>
      <w:r w:rsidRPr="00F14AA3">
        <w:t>albo</w:t>
      </w:r>
      <w:proofErr w:type="spellEnd"/>
      <w:r w:rsidRPr="00F14AA3">
        <w:t xml:space="preserve"> </w:t>
      </w:r>
      <w:proofErr w:type="spellStart"/>
      <w:r w:rsidRPr="00F14AA3">
        <w:t>synchronizowane</w:t>
      </w:r>
      <w:proofErr w:type="spellEnd"/>
      <w:r w:rsidRPr="00F14AA3">
        <w:t xml:space="preserve"> do </w:t>
      </w:r>
      <w:proofErr w:type="spellStart"/>
      <w:r w:rsidRPr="00F14AA3">
        <w:t>niej</w:t>
      </w:r>
      <w:proofErr w:type="spellEnd"/>
      <w:r w:rsidRPr="00F14AA3">
        <w:t xml:space="preserve"> z </w:t>
      </w:r>
      <w:proofErr w:type="spellStart"/>
      <w:r w:rsidRPr="00F14AA3">
        <w:t>częstotliwością</w:t>
      </w:r>
      <w:proofErr w:type="spellEnd"/>
      <w:r w:rsidRPr="00F14AA3">
        <w:t xml:space="preserve"> </w:t>
      </w:r>
      <w:proofErr w:type="spellStart"/>
      <w:r w:rsidRPr="00F14AA3">
        <w:t>określoną</w:t>
      </w:r>
      <w:proofErr w:type="spellEnd"/>
      <w:r w:rsidRPr="00F14AA3">
        <w:t xml:space="preserve"> w </w:t>
      </w:r>
      <w:proofErr w:type="spellStart"/>
      <w:r w:rsidRPr="00F14AA3">
        <w:t>umowie</w:t>
      </w:r>
      <w:proofErr w:type="spellEnd"/>
      <w:r w:rsidRPr="00F14AA3">
        <w:t xml:space="preserve">. </w:t>
      </w:r>
      <w:proofErr w:type="spellStart"/>
      <w:r w:rsidRPr="00F14AA3">
        <w:t>Przekazanie</w:t>
      </w:r>
      <w:proofErr w:type="spellEnd"/>
      <w:r w:rsidRPr="00F14AA3">
        <w:t xml:space="preserve"> </w:t>
      </w:r>
      <w:proofErr w:type="spellStart"/>
      <w:r w:rsidRPr="00F14AA3">
        <w:t>wyłącznie</w:t>
      </w:r>
      <w:proofErr w:type="spellEnd"/>
      <w:r w:rsidRPr="00F14AA3">
        <w:t xml:space="preserve"> </w:t>
      </w:r>
      <w:proofErr w:type="spellStart"/>
      <w:r w:rsidRPr="00F14AA3">
        <w:t>plików</w:t>
      </w:r>
      <w:proofErr w:type="spellEnd"/>
      <w:r w:rsidRPr="00F14AA3">
        <w:t xml:space="preserve"> </w:t>
      </w:r>
      <w:proofErr w:type="spellStart"/>
      <w:r w:rsidRPr="00F14AA3">
        <w:t>binarnych</w:t>
      </w:r>
      <w:proofErr w:type="spellEnd"/>
      <w:r w:rsidRPr="00F14AA3">
        <w:t xml:space="preserve"> bez </w:t>
      </w:r>
      <w:proofErr w:type="spellStart"/>
      <w:r w:rsidRPr="00F14AA3">
        <w:t>kodu</w:t>
      </w:r>
      <w:proofErr w:type="spellEnd"/>
      <w:r w:rsidRPr="00F14AA3">
        <w:t xml:space="preserve"> </w:t>
      </w:r>
      <w:proofErr w:type="spellStart"/>
      <w:r w:rsidRPr="00F14AA3">
        <w:t>źródłowego</w:t>
      </w:r>
      <w:proofErr w:type="spellEnd"/>
      <w:r w:rsidRPr="00F14AA3">
        <w:t xml:space="preserve"> </w:t>
      </w:r>
      <w:proofErr w:type="spellStart"/>
      <w:r w:rsidRPr="00F14AA3">
        <w:t>nie</w:t>
      </w:r>
      <w:proofErr w:type="spellEnd"/>
      <w:r w:rsidRPr="00F14AA3">
        <w:t xml:space="preserve"> </w:t>
      </w:r>
      <w:proofErr w:type="spellStart"/>
      <w:r w:rsidRPr="00F14AA3">
        <w:t>stanowi</w:t>
      </w:r>
      <w:proofErr w:type="spellEnd"/>
      <w:r w:rsidRPr="00F14AA3">
        <w:t xml:space="preserve"> </w:t>
      </w:r>
      <w:proofErr w:type="spellStart"/>
      <w:r w:rsidRPr="00F14AA3">
        <w:t>wykonania</w:t>
      </w:r>
      <w:proofErr w:type="spellEnd"/>
      <w:r w:rsidRPr="00F14AA3">
        <w:t xml:space="preserve"> </w:t>
      </w:r>
      <w:proofErr w:type="spellStart"/>
      <w:r w:rsidRPr="00F14AA3">
        <w:t>zamówienia</w:t>
      </w:r>
      <w:proofErr w:type="spellEnd"/>
      <w:r w:rsidRPr="00F14AA3">
        <w:t>.</w:t>
      </w:r>
    </w:p>
    <w:p w14:paraId="4DCF264A" w14:textId="77777777" w:rsidR="00E54091" w:rsidRPr="00F14AA3" w:rsidRDefault="00E54091" w:rsidP="00E54091">
      <w:pPr>
        <w:pStyle w:val="Listapunktowana"/>
      </w:pPr>
      <w:proofErr w:type="spellStart"/>
      <w:r w:rsidRPr="00F14AA3">
        <w:t>Wykonawca</w:t>
      </w:r>
      <w:proofErr w:type="spellEnd"/>
      <w:r w:rsidRPr="00F14AA3">
        <w:t xml:space="preserve"> </w:t>
      </w:r>
      <w:proofErr w:type="spellStart"/>
      <w:r w:rsidRPr="00F14AA3">
        <w:t>zobowiązuje</w:t>
      </w:r>
      <w:proofErr w:type="spellEnd"/>
      <w:r w:rsidRPr="00F14AA3">
        <w:t xml:space="preserve"> </w:t>
      </w:r>
      <w:proofErr w:type="spellStart"/>
      <w:r w:rsidRPr="00F14AA3">
        <w:t>się</w:t>
      </w:r>
      <w:proofErr w:type="spellEnd"/>
      <w:r w:rsidRPr="00F14AA3">
        <w:t xml:space="preserve"> do </w:t>
      </w:r>
      <w:proofErr w:type="spellStart"/>
      <w:r w:rsidRPr="00F14AA3">
        <w:t>zachowania</w:t>
      </w:r>
      <w:proofErr w:type="spellEnd"/>
      <w:r w:rsidRPr="00F14AA3">
        <w:t xml:space="preserve"> w </w:t>
      </w:r>
      <w:proofErr w:type="spellStart"/>
      <w:r w:rsidRPr="00F14AA3">
        <w:t>poufności</w:t>
      </w:r>
      <w:proofErr w:type="spellEnd"/>
      <w:r w:rsidRPr="00F14AA3">
        <w:t xml:space="preserve"> </w:t>
      </w:r>
      <w:proofErr w:type="spellStart"/>
      <w:r w:rsidRPr="00F14AA3">
        <w:t>wszelkich</w:t>
      </w:r>
      <w:proofErr w:type="spellEnd"/>
      <w:r w:rsidRPr="00F14AA3">
        <w:t xml:space="preserve"> </w:t>
      </w:r>
      <w:proofErr w:type="spellStart"/>
      <w:r w:rsidRPr="00F14AA3">
        <w:t>informacji</w:t>
      </w:r>
      <w:proofErr w:type="spellEnd"/>
      <w:r w:rsidRPr="00F14AA3">
        <w:t xml:space="preserve"> </w:t>
      </w:r>
      <w:proofErr w:type="spellStart"/>
      <w:r w:rsidRPr="00F14AA3">
        <w:t>technicznych</w:t>
      </w:r>
      <w:proofErr w:type="spellEnd"/>
      <w:r w:rsidRPr="00F14AA3">
        <w:t xml:space="preserve">, </w:t>
      </w:r>
      <w:proofErr w:type="spellStart"/>
      <w:r w:rsidRPr="00F14AA3">
        <w:t>technologicznych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handlowych</w:t>
      </w:r>
      <w:proofErr w:type="spellEnd"/>
      <w:r w:rsidRPr="00F14AA3">
        <w:t xml:space="preserve"> </w:t>
      </w:r>
      <w:proofErr w:type="spellStart"/>
      <w:r w:rsidRPr="00F14AA3">
        <w:t>uzyskanych</w:t>
      </w:r>
      <w:proofErr w:type="spellEnd"/>
      <w:r w:rsidRPr="00F14AA3">
        <w:t xml:space="preserve"> w </w:t>
      </w:r>
      <w:proofErr w:type="spellStart"/>
      <w:r w:rsidRPr="00F14AA3">
        <w:t>związku</w:t>
      </w:r>
      <w:proofErr w:type="spellEnd"/>
      <w:r w:rsidRPr="00F14AA3">
        <w:t xml:space="preserve"> z </w:t>
      </w:r>
      <w:proofErr w:type="spellStart"/>
      <w:r w:rsidRPr="00F14AA3">
        <w:t>realizacją</w:t>
      </w:r>
      <w:proofErr w:type="spellEnd"/>
      <w:r w:rsidRPr="00F14AA3">
        <w:t xml:space="preserve"> </w:t>
      </w:r>
      <w:proofErr w:type="spellStart"/>
      <w:r w:rsidRPr="00F14AA3">
        <w:t>zamówienia</w:t>
      </w:r>
      <w:proofErr w:type="spellEnd"/>
      <w:r w:rsidRPr="00F14AA3">
        <w:t xml:space="preserve">, w </w:t>
      </w:r>
      <w:proofErr w:type="spellStart"/>
      <w:r w:rsidRPr="00F14AA3">
        <w:t>trakcie</w:t>
      </w:r>
      <w:proofErr w:type="spellEnd"/>
      <w:r w:rsidRPr="00F14AA3">
        <w:t xml:space="preserve"> </w:t>
      </w:r>
      <w:proofErr w:type="spellStart"/>
      <w:r w:rsidRPr="00F14AA3">
        <w:t>obowiązywania</w:t>
      </w:r>
      <w:proofErr w:type="spellEnd"/>
      <w:r w:rsidRPr="00F14AA3">
        <w:t xml:space="preserve"> </w:t>
      </w:r>
      <w:proofErr w:type="spellStart"/>
      <w:r w:rsidRPr="00F14AA3">
        <w:t>umowy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przez</w:t>
      </w:r>
      <w:proofErr w:type="spellEnd"/>
      <w:r w:rsidRPr="00F14AA3">
        <w:t xml:space="preserve"> 5 </w:t>
      </w:r>
      <w:proofErr w:type="spellStart"/>
      <w:r w:rsidRPr="00F14AA3">
        <w:t>lat</w:t>
      </w:r>
      <w:proofErr w:type="spellEnd"/>
      <w:r w:rsidRPr="00F14AA3">
        <w:t xml:space="preserve"> po </w:t>
      </w:r>
      <w:proofErr w:type="spellStart"/>
      <w:r w:rsidRPr="00F14AA3">
        <w:t>jej</w:t>
      </w:r>
      <w:proofErr w:type="spellEnd"/>
      <w:r w:rsidRPr="00F14AA3">
        <w:t xml:space="preserve"> </w:t>
      </w:r>
      <w:proofErr w:type="spellStart"/>
      <w:r w:rsidRPr="00F14AA3">
        <w:t>zakończeniu</w:t>
      </w:r>
      <w:proofErr w:type="spellEnd"/>
      <w:r w:rsidRPr="00F14AA3">
        <w:t>.</w:t>
      </w:r>
    </w:p>
    <w:p w14:paraId="308E64DC" w14:textId="77777777" w:rsidR="00E54091" w:rsidRPr="00F14AA3" w:rsidRDefault="00E54091" w:rsidP="00E54091">
      <w:pPr>
        <w:pStyle w:val="Listapunktowana"/>
      </w:pPr>
      <w:proofErr w:type="spellStart"/>
      <w:r w:rsidRPr="00F14AA3">
        <w:t>Udostępnienie</w:t>
      </w:r>
      <w:proofErr w:type="spellEnd"/>
      <w:r w:rsidRPr="00F14AA3">
        <w:t xml:space="preserve"> </w:t>
      </w:r>
      <w:proofErr w:type="spellStart"/>
      <w:r w:rsidRPr="00F14AA3">
        <w:t>określonych</w:t>
      </w:r>
      <w:proofErr w:type="spellEnd"/>
      <w:r w:rsidRPr="00F14AA3">
        <w:t xml:space="preserve"> </w:t>
      </w:r>
      <w:proofErr w:type="spellStart"/>
      <w:r w:rsidRPr="00F14AA3">
        <w:t>danych</w:t>
      </w:r>
      <w:proofErr w:type="spellEnd"/>
      <w:r w:rsidRPr="00F14AA3">
        <w:t xml:space="preserve">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rezultatów</w:t>
      </w:r>
      <w:proofErr w:type="spellEnd"/>
      <w:r w:rsidRPr="00F14AA3">
        <w:t xml:space="preserve"> </w:t>
      </w:r>
      <w:proofErr w:type="spellStart"/>
      <w:r w:rsidRPr="00F14AA3">
        <w:t>członkom</w:t>
      </w:r>
      <w:proofErr w:type="spellEnd"/>
      <w:r w:rsidRPr="00F14AA3">
        <w:t xml:space="preserve"> </w:t>
      </w:r>
      <w:proofErr w:type="spellStart"/>
      <w:r w:rsidRPr="00F14AA3">
        <w:t>konsorcjum</w:t>
      </w:r>
      <w:proofErr w:type="spellEnd"/>
      <w:r w:rsidRPr="00F14AA3">
        <w:t xml:space="preserve"> </w:t>
      </w:r>
      <w:proofErr w:type="spellStart"/>
      <w:r w:rsidRPr="00F14AA3">
        <w:t>realizującego</w:t>
      </w:r>
      <w:proofErr w:type="spellEnd"/>
      <w:r w:rsidRPr="00F14AA3">
        <w:t xml:space="preserve"> </w:t>
      </w:r>
      <w:proofErr w:type="spellStart"/>
      <w:r w:rsidRPr="00F14AA3">
        <w:t>projekt</w:t>
      </w:r>
      <w:proofErr w:type="spellEnd"/>
      <w:r w:rsidRPr="00F14AA3">
        <w:t xml:space="preserve"> </w:t>
      </w:r>
      <w:proofErr w:type="spellStart"/>
      <w:r w:rsidRPr="00F14AA3">
        <w:t>może</w:t>
      </w:r>
      <w:proofErr w:type="spellEnd"/>
      <w:r w:rsidRPr="00F14AA3">
        <w:t xml:space="preserve"> </w:t>
      </w:r>
      <w:proofErr w:type="spellStart"/>
      <w:r w:rsidRPr="00F14AA3">
        <w:t>nastąpić</w:t>
      </w:r>
      <w:proofErr w:type="spellEnd"/>
      <w:r w:rsidRPr="00F14AA3">
        <w:t xml:space="preserve"> </w:t>
      </w:r>
      <w:proofErr w:type="spellStart"/>
      <w:r w:rsidRPr="00F14AA3">
        <w:t>wyłącznie</w:t>
      </w:r>
      <w:proofErr w:type="spellEnd"/>
      <w:r w:rsidRPr="00F14AA3">
        <w:t xml:space="preserve"> w </w:t>
      </w:r>
      <w:proofErr w:type="spellStart"/>
      <w:r w:rsidRPr="00F14AA3">
        <w:t>zakresie</w:t>
      </w:r>
      <w:proofErr w:type="spellEnd"/>
      <w:r w:rsidRPr="00F14AA3">
        <w:t xml:space="preserve"> </w:t>
      </w:r>
      <w:proofErr w:type="spellStart"/>
      <w:r w:rsidRPr="00F14AA3">
        <w:t>wskazanym</w:t>
      </w:r>
      <w:proofErr w:type="spellEnd"/>
      <w:r w:rsidRPr="00F14AA3">
        <w:t xml:space="preserve"> </w:t>
      </w:r>
      <w:proofErr w:type="spellStart"/>
      <w:r w:rsidRPr="00F14AA3">
        <w:t>przez</w:t>
      </w:r>
      <w:proofErr w:type="spellEnd"/>
      <w:r w:rsidRPr="00F14AA3">
        <w:t xml:space="preserve"> </w:t>
      </w:r>
      <w:proofErr w:type="spellStart"/>
      <w:r w:rsidRPr="00F14AA3">
        <w:t>Zamawiającego</w:t>
      </w:r>
      <w:proofErr w:type="spellEnd"/>
      <w:r w:rsidRPr="00F14AA3">
        <w:t xml:space="preserve">. </w:t>
      </w:r>
      <w:proofErr w:type="spellStart"/>
      <w:r w:rsidRPr="00F14AA3">
        <w:t>Wykonawca</w:t>
      </w:r>
      <w:proofErr w:type="spellEnd"/>
      <w:r w:rsidRPr="00F14AA3">
        <w:t xml:space="preserve"> </w:t>
      </w:r>
      <w:proofErr w:type="spellStart"/>
      <w:r w:rsidRPr="00F14AA3">
        <w:t>nie</w:t>
      </w:r>
      <w:proofErr w:type="spellEnd"/>
      <w:r w:rsidRPr="00F14AA3">
        <w:t xml:space="preserve"> </w:t>
      </w:r>
      <w:proofErr w:type="spellStart"/>
      <w:r w:rsidRPr="00F14AA3">
        <w:t>nabywa</w:t>
      </w:r>
      <w:proofErr w:type="spellEnd"/>
      <w:r w:rsidRPr="00F14AA3">
        <w:t xml:space="preserve"> </w:t>
      </w:r>
      <w:proofErr w:type="spellStart"/>
      <w:r w:rsidRPr="00F14AA3">
        <w:t>praw</w:t>
      </w:r>
      <w:proofErr w:type="spellEnd"/>
      <w:r w:rsidRPr="00F14AA3">
        <w:t xml:space="preserve"> do </w:t>
      </w:r>
      <w:proofErr w:type="spellStart"/>
      <w:r w:rsidRPr="00F14AA3">
        <w:t>rezultatów</w:t>
      </w:r>
      <w:proofErr w:type="spellEnd"/>
      <w:r w:rsidRPr="00F14AA3">
        <w:t xml:space="preserve"> </w:t>
      </w:r>
      <w:proofErr w:type="spellStart"/>
      <w:r w:rsidRPr="00F14AA3">
        <w:t>projektu</w:t>
      </w:r>
      <w:proofErr w:type="spellEnd"/>
      <w:r w:rsidRPr="00F14AA3">
        <w:t xml:space="preserve"> </w:t>
      </w:r>
      <w:proofErr w:type="spellStart"/>
      <w:r w:rsidRPr="00F14AA3">
        <w:t>wykraczających</w:t>
      </w:r>
      <w:proofErr w:type="spellEnd"/>
      <w:r w:rsidRPr="00F14AA3">
        <w:t xml:space="preserve"> </w:t>
      </w:r>
      <w:proofErr w:type="spellStart"/>
      <w:r w:rsidRPr="00F14AA3">
        <w:t>poza</w:t>
      </w:r>
      <w:proofErr w:type="spellEnd"/>
      <w:r w:rsidRPr="00F14AA3">
        <w:t xml:space="preserve"> </w:t>
      </w:r>
      <w:proofErr w:type="spellStart"/>
      <w:r w:rsidRPr="00F14AA3">
        <w:t>zakres</w:t>
      </w:r>
      <w:proofErr w:type="spellEnd"/>
      <w:r w:rsidRPr="00F14AA3">
        <w:t xml:space="preserve"> </w:t>
      </w:r>
      <w:proofErr w:type="spellStart"/>
      <w:r w:rsidRPr="00F14AA3">
        <w:t>niniejszego</w:t>
      </w:r>
      <w:proofErr w:type="spellEnd"/>
      <w:r w:rsidRPr="00F14AA3">
        <w:t xml:space="preserve"> </w:t>
      </w:r>
      <w:proofErr w:type="spellStart"/>
      <w:r w:rsidRPr="00F14AA3">
        <w:t>zamówienia</w:t>
      </w:r>
      <w:proofErr w:type="spellEnd"/>
      <w:r w:rsidRPr="00F14AA3">
        <w:t>.</w:t>
      </w:r>
    </w:p>
    <w:p w14:paraId="791EC444" w14:textId="77777777" w:rsidR="00E54091" w:rsidRPr="00F14AA3" w:rsidRDefault="00E54091" w:rsidP="00E54091">
      <w:pPr>
        <w:pStyle w:val="Nagwek2"/>
      </w:pPr>
      <w:r w:rsidRPr="00F14AA3">
        <w:lastRenderedPageBreak/>
        <w:t xml:space="preserve">11. </w:t>
      </w:r>
      <w:proofErr w:type="spellStart"/>
      <w:r w:rsidRPr="00F14AA3">
        <w:t>Warunki</w:t>
      </w:r>
      <w:proofErr w:type="spellEnd"/>
      <w:r w:rsidRPr="00F14AA3">
        <w:t xml:space="preserve"> </w:t>
      </w:r>
      <w:proofErr w:type="spellStart"/>
      <w:r w:rsidRPr="00F14AA3">
        <w:t>udziału</w:t>
      </w:r>
      <w:proofErr w:type="spellEnd"/>
      <w:r w:rsidRPr="00F14AA3">
        <w:t xml:space="preserve"> w </w:t>
      </w:r>
      <w:proofErr w:type="spellStart"/>
      <w:r w:rsidRPr="00F14AA3">
        <w:t>postępowaniu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sposób</w:t>
      </w:r>
      <w:proofErr w:type="spellEnd"/>
      <w:r w:rsidRPr="00F14AA3">
        <w:t xml:space="preserve"> </w:t>
      </w:r>
      <w:proofErr w:type="spellStart"/>
      <w:r w:rsidRPr="00F14AA3">
        <w:t>oceny</w:t>
      </w:r>
      <w:proofErr w:type="spellEnd"/>
      <w:r w:rsidRPr="00F14AA3">
        <w:t xml:space="preserve"> ich </w:t>
      </w:r>
      <w:proofErr w:type="spellStart"/>
      <w:r w:rsidRPr="00F14AA3">
        <w:t>spełniania</w:t>
      </w:r>
      <w:proofErr w:type="spellEnd"/>
    </w:p>
    <w:p w14:paraId="70C842A7" w14:textId="77777777" w:rsidR="00E54091" w:rsidRPr="00F14AA3" w:rsidRDefault="00E54091" w:rsidP="00E54091">
      <w:pPr>
        <w:rPr>
          <w:rFonts w:ascii="Times New Roman" w:hAnsi="Times New Roman" w:cs="Times New Roman"/>
          <w:color w:val="000000"/>
          <w:sz w:val="22"/>
        </w:rPr>
      </w:pPr>
      <w:r w:rsidRPr="00F14AA3">
        <w:rPr>
          <w:rFonts w:ascii="Times New Roman" w:hAnsi="Times New Roman" w:cs="Times New Roman"/>
          <w:color w:val="000000"/>
          <w:sz w:val="22"/>
        </w:rPr>
        <w:t xml:space="preserve">O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udzielenie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zamówienia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mogą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ubiegać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się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Wykonawcy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,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którzy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łącznie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spełniają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warunki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określone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w pkt 11.1–11.3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oraz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nie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podlegają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wykluczeniu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na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podstawie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pkt 11.4–11.5.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Ocena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spełnienia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warunków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dokonywana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jest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metodą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„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spełnia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/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nie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spełnia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”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na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podstawie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oświadczeń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dokumentów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wymienionych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w pkt 12.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Niespełnienie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któregokolwiek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warunku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skutkuje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odrzuceniem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oferty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.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Warunki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zostały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określone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w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sposób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proporcjonalny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do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przedmiotu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zamówienia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dotyczą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wyłącznie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zdolności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niezbędnych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do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jego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należytego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wykonania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>.</w:t>
      </w:r>
    </w:p>
    <w:p w14:paraId="6F1E20FF" w14:textId="77777777" w:rsidR="00E54091" w:rsidRPr="00F14AA3" w:rsidRDefault="00E54091" w:rsidP="00E54091">
      <w:pPr>
        <w:pStyle w:val="Nagwek3"/>
      </w:pPr>
      <w:r w:rsidRPr="00F14AA3">
        <w:t xml:space="preserve">11.1. </w:t>
      </w:r>
      <w:proofErr w:type="spellStart"/>
      <w:r w:rsidRPr="00F14AA3">
        <w:t>Doświadczenie</w:t>
      </w:r>
      <w:proofErr w:type="spellEnd"/>
      <w:r w:rsidRPr="00F14AA3">
        <w:t xml:space="preserve"> </w:t>
      </w:r>
      <w:proofErr w:type="spellStart"/>
      <w:r w:rsidRPr="00F14AA3">
        <w:t>Wykonawcy</w:t>
      </w:r>
      <w:proofErr w:type="spellEnd"/>
    </w:p>
    <w:p w14:paraId="5E5341BE" w14:textId="77777777" w:rsidR="00E54091" w:rsidRPr="00F14AA3" w:rsidRDefault="00E54091" w:rsidP="00E54091">
      <w:pPr>
        <w:pStyle w:val="Listapunktowana"/>
      </w:pPr>
      <w:r w:rsidRPr="00F14AA3">
        <w:t xml:space="preserve">W </w:t>
      </w:r>
      <w:proofErr w:type="spellStart"/>
      <w:r w:rsidRPr="00F14AA3">
        <w:t>okresie</w:t>
      </w:r>
      <w:proofErr w:type="spellEnd"/>
      <w:r w:rsidRPr="00F14AA3">
        <w:t xml:space="preserve"> </w:t>
      </w:r>
      <w:proofErr w:type="spellStart"/>
      <w:r w:rsidRPr="00F14AA3">
        <w:t>ostatnich</w:t>
      </w:r>
      <w:proofErr w:type="spellEnd"/>
      <w:r w:rsidRPr="00F14AA3">
        <w:t xml:space="preserve"> 5 </w:t>
      </w:r>
      <w:proofErr w:type="spellStart"/>
      <w:r w:rsidRPr="00F14AA3">
        <w:t>lat</w:t>
      </w:r>
      <w:proofErr w:type="spellEnd"/>
      <w:r w:rsidRPr="00F14AA3">
        <w:t xml:space="preserve"> </w:t>
      </w:r>
      <w:proofErr w:type="spellStart"/>
      <w:r w:rsidRPr="00F14AA3">
        <w:t>przed</w:t>
      </w:r>
      <w:proofErr w:type="spellEnd"/>
      <w:r w:rsidRPr="00F14AA3">
        <w:t xml:space="preserve"> </w:t>
      </w:r>
      <w:proofErr w:type="spellStart"/>
      <w:r w:rsidRPr="00F14AA3">
        <w:t>upływem</w:t>
      </w:r>
      <w:proofErr w:type="spellEnd"/>
      <w:r w:rsidRPr="00F14AA3">
        <w:t xml:space="preserve"> </w:t>
      </w:r>
      <w:proofErr w:type="spellStart"/>
      <w:r w:rsidRPr="00F14AA3">
        <w:t>terminu</w:t>
      </w:r>
      <w:proofErr w:type="spellEnd"/>
      <w:r w:rsidRPr="00F14AA3">
        <w:t xml:space="preserve"> </w:t>
      </w:r>
      <w:proofErr w:type="spellStart"/>
      <w:r w:rsidRPr="00F14AA3">
        <w:t>składania</w:t>
      </w:r>
      <w:proofErr w:type="spellEnd"/>
      <w:r w:rsidRPr="00F14AA3">
        <w:t xml:space="preserve"> </w:t>
      </w:r>
      <w:proofErr w:type="spellStart"/>
      <w:r w:rsidRPr="00F14AA3">
        <w:t>ofert</w:t>
      </w:r>
      <w:proofErr w:type="spellEnd"/>
      <w:r w:rsidRPr="00F14AA3">
        <w:t xml:space="preserve">, a </w:t>
      </w:r>
      <w:proofErr w:type="spellStart"/>
      <w:r w:rsidRPr="00F14AA3">
        <w:t>jeżeli</w:t>
      </w:r>
      <w:proofErr w:type="spellEnd"/>
      <w:r w:rsidRPr="00F14AA3">
        <w:t xml:space="preserve"> </w:t>
      </w:r>
      <w:proofErr w:type="spellStart"/>
      <w:r w:rsidRPr="00F14AA3">
        <w:t>okres</w:t>
      </w:r>
      <w:proofErr w:type="spellEnd"/>
      <w:r w:rsidRPr="00F14AA3">
        <w:t xml:space="preserve"> </w:t>
      </w:r>
      <w:proofErr w:type="spellStart"/>
      <w:r w:rsidRPr="00F14AA3">
        <w:t>prowadzenia</w:t>
      </w:r>
      <w:proofErr w:type="spellEnd"/>
      <w:r w:rsidRPr="00F14AA3">
        <w:t xml:space="preserve"> </w:t>
      </w:r>
      <w:proofErr w:type="spellStart"/>
      <w:r w:rsidRPr="00F14AA3">
        <w:t>działalności</w:t>
      </w:r>
      <w:proofErr w:type="spellEnd"/>
      <w:r w:rsidRPr="00F14AA3">
        <w:t xml:space="preserve"> jest </w:t>
      </w:r>
      <w:proofErr w:type="spellStart"/>
      <w:r w:rsidRPr="00F14AA3">
        <w:t>krótszy</w:t>
      </w:r>
      <w:proofErr w:type="spellEnd"/>
      <w:r w:rsidRPr="00F14AA3">
        <w:t xml:space="preserve"> – w </w:t>
      </w:r>
      <w:proofErr w:type="spellStart"/>
      <w:r w:rsidRPr="00F14AA3">
        <w:t>tym</w:t>
      </w:r>
      <w:proofErr w:type="spellEnd"/>
      <w:r w:rsidRPr="00F14AA3">
        <w:t xml:space="preserve"> </w:t>
      </w:r>
      <w:proofErr w:type="spellStart"/>
      <w:r w:rsidRPr="00F14AA3">
        <w:t>okresie</w:t>
      </w:r>
      <w:proofErr w:type="spellEnd"/>
      <w:r w:rsidRPr="00F14AA3">
        <w:t xml:space="preserve">, </w:t>
      </w:r>
      <w:proofErr w:type="spellStart"/>
      <w:r w:rsidRPr="00F14AA3">
        <w:t>Wykonawca</w:t>
      </w:r>
      <w:proofErr w:type="spellEnd"/>
      <w:r w:rsidRPr="00F14AA3">
        <w:t xml:space="preserve"> </w:t>
      </w:r>
      <w:proofErr w:type="spellStart"/>
      <w:r w:rsidRPr="00F14AA3">
        <w:t>należycie</w:t>
      </w:r>
      <w:proofErr w:type="spellEnd"/>
      <w:r w:rsidRPr="00F14AA3">
        <w:t xml:space="preserve"> </w:t>
      </w:r>
      <w:proofErr w:type="spellStart"/>
      <w:r w:rsidRPr="00F14AA3">
        <w:t>zrealizował</w:t>
      </w:r>
      <w:proofErr w:type="spellEnd"/>
      <w:r w:rsidRPr="00F14AA3">
        <w:t xml:space="preserve"> co </w:t>
      </w:r>
      <w:proofErr w:type="spellStart"/>
      <w:r w:rsidRPr="00F14AA3">
        <w:t>najmniej</w:t>
      </w:r>
      <w:proofErr w:type="spellEnd"/>
      <w:r w:rsidRPr="00F14AA3">
        <w:t xml:space="preserve"> 2 </w:t>
      </w:r>
      <w:proofErr w:type="spellStart"/>
      <w:r w:rsidRPr="00F14AA3">
        <w:t>projekty</w:t>
      </w:r>
      <w:proofErr w:type="spellEnd"/>
      <w:r w:rsidRPr="00F14AA3">
        <w:t xml:space="preserve">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usługi</w:t>
      </w:r>
      <w:proofErr w:type="spellEnd"/>
      <w:r w:rsidRPr="00F14AA3">
        <w:t xml:space="preserve"> </w:t>
      </w:r>
      <w:proofErr w:type="spellStart"/>
      <w:r w:rsidRPr="00F14AA3">
        <w:t>polegające</w:t>
      </w:r>
      <w:proofErr w:type="spellEnd"/>
      <w:r w:rsidRPr="00F14AA3">
        <w:t xml:space="preserve"> </w:t>
      </w:r>
      <w:proofErr w:type="spellStart"/>
      <w:r w:rsidRPr="00F14AA3">
        <w:t>na</w:t>
      </w:r>
      <w:proofErr w:type="spellEnd"/>
      <w:r w:rsidRPr="00F14AA3">
        <w:t xml:space="preserve"> </w:t>
      </w:r>
      <w:proofErr w:type="spellStart"/>
      <w:r w:rsidRPr="00F14AA3">
        <w:t>opracowaniu</w:t>
      </w:r>
      <w:proofErr w:type="spellEnd"/>
      <w:r w:rsidRPr="00F14AA3">
        <w:t xml:space="preserve">, </w:t>
      </w:r>
      <w:proofErr w:type="spellStart"/>
      <w:r w:rsidRPr="00F14AA3">
        <w:t>prototypowaniu</w:t>
      </w:r>
      <w:proofErr w:type="spellEnd"/>
      <w:r w:rsidRPr="00F14AA3">
        <w:t xml:space="preserve">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rozwoju</w:t>
      </w:r>
      <w:proofErr w:type="spellEnd"/>
      <w:r w:rsidRPr="00F14AA3">
        <w:t xml:space="preserve"> </w:t>
      </w:r>
      <w:proofErr w:type="spellStart"/>
      <w:r w:rsidRPr="00F14AA3">
        <w:t>urządzenia</w:t>
      </w:r>
      <w:proofErr w:type="spellEnd"/>
      <w:r w:rsidRPr="00F14AA3">
        <w:t xml:space="preserve"> </w:t>
      </w:r>
      <w:proofErr w:type="spellStart"/>
      <w:r w:rsidRPr="00F14AA3">
        <w:t>mechatronicznego</w:t>
      </w:r>
      <w:proofErr w:type="spellEnd"/>
      <w:r w:rsidRPr="00F14AA3">
        <w:t xml:space="preserve">, </w:t>
      </w:r>
      <w:proofErr w:type="spellStart"/>
      <w:r w:rsidRPr="00F14AA3">
        <w:t>przemysłowego</w:t>
      </w:r>
      <w:proofErr w:type="spellEnd"/>
      <w:r w:rsidRPr="00F14AA3">
        <w:t xml:space="preserve">, </w:t>
      </w:r>
      <w:proofErr w:type="spellStart"/>
      <w:r w:rsidRPr="00F14AA3">
        <w:t>laboratoryjnego</w:t>
      </w:r>
      <w:proofErr w:type="spellEnd"/>
      <w:r w:rsidRPr="00F14AA3">
        <w:t xml:space="preserve">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medycznego</w:t>
      </w:r>
      <w:proofErr w:type="spellEnd"/>
      <w:r w:rsidRPr="00F14AA3">
        <w:t xml:space="preserve">, </w:t>
      </w:r>
      <w:proofErr w:type="spellStart"/>
      <w:r w:rsidRPr="00F14AA3">
        <w:t>przy</w:t>
      </w:r>
      <w:proofErr w:type="spellEnd"/>
      <w:r w:rsidRPr="00F14AA3">
        <w:t xml:space="preserve"> </w:t>
      </w:r>
      <w:proofErr w:type="spellStart"/>
      <w:r w:rsidRPr="00F14AA3">
        <w:t>czym</w:t>
      </w:r>
      <w:proofErr w:type="spellEnd"/>
      <w:r w:rsidRPr="00F14AA3">
        <w:t xml:space="preserve"> co </w:t>
      </w:r>
      <w:proofErr w:type="spellStart"/>
      <w:r w:rsidRPr="00F14AA3">
        <w:t>najmniej</w:t>
      </w:r>
      <w:proofErr w:type="spellEnd"/>
      <w:r w:rsidRPr="00F14AA3">
        <w:t xml:space="preserve"> 1 z </w:t>
      </w:r>
      <w:proofErr w:type="spellStart"/>
      <w:r w:rsidRPr="00F14AA3">
        <w:t>nich</w:t>
      </w:r>
      <w:proofErr w:type="spellEnd"/>
      <w:r w:rsidRPr="00F14AA3">
        <w:t xml:space="preserve"> </w:t>
      </w:r>
      <w:proofErr w:type="spellStart"/>
      <w:r w:rsidRPr="00F14AA3">
        <w:t>obejmował</w:t>
      </w:r>
      <w:proofErr w:type="spellEnd"/>
      <w:r w:rsidRPr="00F14AA3">
        <w:t xml:space="preserve"> </w:t>
      </w:r>
      <w:proofErr w:type="spellStart"/>
      <w:r w:rsidRPr="00F14AA3">
        <w:t>opracowanie</w:t>
      </w:r>
      <w:proofErr w:type="spellEnd"/>
      <w:r w:rsidRPr="00F14AA3">
        <w:t xml:space="preserve"> </w:t>
      </w:r>
      <w:proofErr w:type="spellStart"/>
      <w:r w:rsidRPr="00F14AA3">
        <w:t>dedykowanej</w:t>
      </w:r>
      <w:proofErr w:type="spellEnd"/>
      <w:r w:rsidRPr="00F14AA3">
        <w:t xml:space="preserve"> </w:t>
      </w:r>
      <w:proofErr w:type="spellStart"/>
      <w:r w:rsidRPr="00F14AA3">
        <w:t>elektroniki</w:t>
      </w:r>
      <w:proofErr w:type="spellEnd"/>
      <w:r w:rsidRPr="00F14AA3">
        <w:t xml:space="preserve"> </w:t>
      </w:r>
      <w:proofErr w:type="spellStart"/>
      <w:r w:rsidRPr="00F14AA3">
        <w:t>oraz</w:t>
      </w:r>
      <w:proofErr w:type="spellEnd"/>
      <w:r w:rsidRPr="00F14AA3">
        <w:t xml:space="preserve"> firmware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oprogramowania</w:t>
      </w:r>
      <w:proofErr w:type="spellEnd"/>
      <w:r w:rsidRPr="00F14AA3">
        <w:t xml:space="preserve"> </w:t>
      </w:r>
      <w:proofErr w:type="spellStart"/>
      <w:r w:rsidRPr="00F14AA3">
        <w:t>wbudowanego</w:t>
      </w:r>
      <w:proofErr w:type="spellEnd"/>
      <w:r w:rsidRPr="00F14AA3">
        <w:t>.</w:t>
      </w:r>
    </w:p>
    <w:p w14:paraId="4E417EB6" w14:textId="77777777" w:rsidR="00E54091" w:rsidRPr="00F14AA3" w:rsidRDefault="00E54091" w:rsidP="00E54091">
      <w:pPr>
        <w:pStyle w:val="Listapunktowana"/>
      </w:pPr>
      <w:r w:rsidRPr="00F14AA3">
        <w:t xml:space="preserve">Co </w:t>
      </w:r>
      <w:proofErr w:type="spellStart"/>
      <w:r w:rsidRPr="00F14AA3">
        <w:t>najmniej</w:t>
      </w:r>
      <w:proofErr w:type="spellEnd"/>
      <w:r w:rsidRPr="00F14AA3">
        <w:t xml:space="preserve"> 1 z </w:t>
      </w:r>
      <w:proofErr w:type="spellStart"/>
      <w:r w:rsidRPr="00F14AA3">
        <w:t>projektów</w:t>
      </w:r>
      <w:proofErr w:type="spellEnd"/>
      <w:r w:rsidRPr="00F14AA3">
        <w:t xml:space="preserve">, o </w:t>
      </w:r>
      <w:proofErr w:type="spellStart"/>
      <w:r w:rsidRPr="00F14AA3">
        <w:t>których</w:t>
      </w:r>
      <w:proofErr w:type="spellEnd"/>
      <w:r w:rsidRPr="00F14AA3">
        <w:t xml:space="preserve"> </w:t>
      </w:r>
      <w:proofErr w:type="spellStart"/>
      <w:r w:rsidRPr="00F14AA3">
        <w:t>mowa</w:t>
      </w:r>
      <w:proofErr w:type="spellEnd"/>
      <w:r w:rsidRPr="00F14AA3">
        <w:t xml:space="preserve"> </w:t>
      </w:r>
      <w:proofErr w:type="spellStart"/>
      <w:r w:rsidRPr="00F14AA3">
        <w:t>powyżej</w:t>
      </w:r>
      <w:proofErr w:type="spellEnd"/>
      <w:r w:rsidRPr="00F14AA3">
        <w:t xml:space="preserve">, </w:t>
      </w:r>
      <w:proofErr w:type="spellStart"/>
      <w:r w:rsidRPr="00F14AA3">
        <w:t>miał</w:t>
      </w:r>
      <w:proofErr w:type="spellEnd"/>
      <w:r w:rsidRPr="00F14AA3">
        <w:t xml:space="preserve"> </w:t>
      </w:r>
      <w:proofErr w:type="spellStart"/>
      <w:r w:rsidRPr="00F14AA3">
        <w:t>charakter</w:t>
      </w:r>
      <w:proofErr w:type="spellEnd"/>
      <w:r w:rsidRPr="00F14AA3">
        <w:t xml:space="preserve"> </w:t>
      </w:r>
      <w:proofErr w:type="spellStart"/>
      <w:r w:rsidRPr="00F14AA3">
        <w:t>badawczo-rozwojowy</w:t>
      </w:r>
      <w:proofErr w:type="spellEnd"/>
      <w:r w:rsidRPr="00F14AA3">
        <w:t xml:space="preserve">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obejmował</w:t>
      </w:r>
      <w:proofErr w:type="spellEnd"/>
      <w:r w:rsidRPr="00F14AA3">
        <w:t xml:space="preserve"> </w:t>
      </w:r>
      <w:proofErr w:type="spellStart"/>
      <w:r w:rsidRPr="00F14AA3">
        <w:t>iteracyjne</w:t>
      </w:r>
      <w:proofErr w:type="spellEnd"/>
      <w:r w:rsidRPr="00F14AA3">
        <w:t xml:space="preserve"> </w:t>
      </w:r>
      <w:proofErr w:type="spellStart"/>
      <w:r w:rsidRPr="00F14AA3">
        <w:t>prototypowanie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eksperymentalną</w:t>
      </w:r>
      <w:proofErr w:type="spellEnd"/>
      <w:r w:rsidRPr="00F14AA3">
        <w:t xml:space="preserve"> </w:t>
      </w:r>
      <w:proofErr w:type="spellStart"/>
      <w:r w:rsidRPr="00F14AA3">
        <w:t>walidację</w:t>
      </w:r>
      <w:proofErr w:type="spellEnd"/>
      <w:r w:rsidRPr="00F14AA3">
        <w:t xml:space="preserve"> </w:t>
      </w:r>
      <w:proofErr w:type="spellStart"/>
      <w:r w:rsidRPr="00F14AA3">
        <w:t>rozwiązania</w:t>
      </w:r>
      <w:proofErr w:type="spellEnd"/>
      <w:r w:rsidRPr="00F14AA3">
        <w:t xml:space="preserve"> </w:t>
      </w:r>
      <w:proofErr w:type="spellStart"/>
      <w:r w:rsidRPr="00F14AA3">
        <w:t>na</w:t>
      </w:r>
      <w:proofErr w:type="spellEnd"/>
      <w:r w:rsidRPr="00F14AA3">
        <w:t xml:space="preserve"> </w:t>
      </w:r>
      <w:proofErr w:type="spellStart"/>
      <w:r w:rsidRPr="00F14AA3">
        <w:t>urządzeniu</w:t>
      </w:r>
      <w:proofErr w:type="spellEnd"/>
      <w:r w:rsidRPr="00F14AA3">
        <w:t xml:space="preserve"> </w:t>
      </w:r>
      <w:proofErr w:type="spellStart"/>
      <w:r w:rsidRPr="00F14AA3">
        <w:t>fizycznym</w:t>
      </w:r>
      <w:proofErr w:type="spellEnd"/>
      <w:r w:rsidRPr="00F14AA3">
        <w:t>.</w:t>
      </w:r>
    </w:p>
    <w:p w14:paraId="52865BC3" w14:textId="77777777" w:rsidR="00E54091" w:rsidRPr="00F14AA3" w:rsidRDefault="00E54091" w:rsidP="00E54091">
      <w:pPr>
        <w:pStyle w:val="Nagwek3"/>
      </w:pPr>
      <w:r w:rsidRPr="00F14AA3">
        <w:t xml:space="preserve">11.2. </w:t>
      </w:r>
      <w:proofErr w:type="spellStart"/>
      <w:r w:rsidRPr="00F14AA3">
        <w:t>Osoby</w:t>
      </w:r>
      <w:proofErr w:type="spellEnd"/>
      <w:r w:rsidRPr="00F14AA3">
        <w:t xml:space="preserve"> </w:t>
      </w:r>
      <w:proofErr w:type="spellStart"/>
      <w:r w:rsidRPr="00F14AA3">
        <w:t>skierowane</w:t>
      </w:r>
      <w:proofErr w:type="spellEnd"/>
      <w:r w:rsidRPr="00F14AA3">
        <w:t xml:space="preserve"> do </w:t>
      </w:r>
      <w:proofErr w:type="spellStart"/>
      <w:r w:rsidRPr="00F14AA3">
        <w:t>realizacji</w:t>
      </w:r>
      <w:proofErr w:type="spellEnd"/>
      <w:r w:rsidRPr="00F14AA3">
        <w:t xml:space="preserve"> </w:t>
      </w:r>
      <w:proofErr w:type="spellStart"/>
      <w:r w:rsidRPr="00F14AA3">
        <w:t>zamówienia</w:t>
      </w:r>
      <w:proofErr w:type="spellEnd"/>
    </w:p>
    <w:p w14:paraId="1C57AA06" w14:textId="77777777" w:rsidR="00E54091" w:rsidRPr="00F14AA3" w:rsidRDefault="00E54091" w:rsidP="00E54091">
      <w:pPr>
        <w:rPr>
          <w:rFonts w:ascii="Times New Roman" w:hAnsi="Times New Roman" w:cs="Times New Roman"/>
          <w:color w:val="000000"/>
          <w:sz w:val="22"/>
        </w:rPr>
      </w:pP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Wykonawca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dysponuje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lub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będzie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dysponował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na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okres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realizacji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zamówienia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co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najmniej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następującymi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osobami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>:</w:t>
      </w:r>
    </w:p>
    <w:p w14:paraId="5E7A3013" w14:textId="77777777" w:rsidR="00E54091" w:rsidRPr="00F14AA3" w:rsidRDefault="00E54091" w:rsidP="00E54091">
      <w:pPr>
        <w:pStyle w:val="Listapunktowana"/>
      </w:pPr>
      <w:proofErr w:type="spellStart"/>
      <w:r w:rsidRPr="00F14AA3">
        <w:rPr>
          <w:b/>
        </w:rPr>
        <w:t>Kierownik</w:t>
      </w:r>
      <w:proofErr w:type="spellEnd"/>
      <w:r w:rsidRPr="00F14AA3">
        <w:rPr>
          <w:b/>
        </w:rPr>
        <w:t xml:space="preserve"> </w:t>
      </w:r>
      <w:proofErr w:type="spellStart"/>
      <w:r w:rsidRPr="00F14AA3">
        <w:rPr>
          <w:b/>
        </w:rPr>
        <w:t>techniczny</w:t>
      </w:r>
      <w:proofErr w:type="spellEnd"/>
      <w:r w:rsidRPr="00F14AA3">
        <w:rPr>
          <w:b/>
        </w:rPr>
        <w:t xml:space="preserve"> / </w:t>
      </w:r>
      <w:proofErr w:type="spellStart"/>
      <w:r w:rsidRPr="00F14AA3">
        <w:rPr>
          <w:b/>
        </w:rPr>
        <w:t>systemowy</w:t>
      </w:r>
      <w:proofErr w:type="spellEnd"/>
      <w:r w:rsidRPr="00F14AA3">
        <w:rPr>
          <w:b/>
        </w:rPr>
        <w:t xml:space="preserve"> – </w:t>
      </w:r>
      <w:r w:rsidRPr="00F14AA3">
        <w:t xml:space="preserve">minimum 5 </w:t>
      </w:r>
      <w:proofErr w:type="spellStart"/>
      <w:r w:rsidRPr="00F14AA3">
        <w:t>lat</w:t>
      </w:r>
      <w:proofErr w:type="spellEnd"/>
      <w:r w:rsidRPr="00F14AA3">
        <w:t xml:space="preserve"> </w:t>
      </w:r>
      <w:proofErr w:type="spellStart"/>
      <w:r w:rsidRPr="00F14AA3">
        <w:t>doświadczenia</w:t>
      </w:r>
      <w:proofErr w:type="spellEnd"/>
      <w:r w:rsidRPr="00F14AA3">
        <w:t xml:space="preserve"> w </w:t>
      </w:r>
      <w:proofErr w:type="spellStart"/>
      <w:r w:rsidRPr="00F14AA3">
        <w:t>projektowaniu</w:t>
      </w:r>
      <w:proofErr w:type="spellEnd"/>
      <w:r w:rsidRPr="00F14AA3">
        <w:t xml:space="preserve">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integracji</w:t>
      </w:r>
      <w:proofErr w:type="spellEnd"/>
      <w:r w:rsidRPr="00F14AA3">
        <w:t xml:space="preserve"> </w:t>
      </w:r>
      <w:proofErr w:type="spellStart"/>
      <w:r w:rsidRPr="00F14AA3">
        <w:t>urządzeń</w:t>
      </w:r>
      <w:proofErr w:type="spellEnd"/>
      <w:r w:rsidRPr="00F14AA3">
        <w:t xml:space="preserve"> </w:t>
      </w:r>
      <w:proofErr w:type="spellStart"/>
      <w:r w:rsidRPr="00F14AA3">
        <w:t>mechatronicznych</w:t>
      </w:r>
      <w:proofErr w:type="spellEnd"/>
      <w:r w:rsidRPr="00F14AA3">
        <w:t xml:space="preserve">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systemów</w:t>
      </w:r>
      <w:proofErr w:type="spellEnd"/>
      <w:r w:rsidRPr="00F14AA3">
        <w:t xml:space="preserve"> embedded </w:t>
      </w:r>
      <w:proofErr w:type="spellStart"/>
      <w:r w:rsidRPr="00F14AA3">
        <w:t>oraz</w:t>
      </w:r>
      <w:proofErr w:type="spellEnd"/>
      <w:r w:rsidRPr="00F14AA3">
        <w:t xml:space="preserve"> </w:t>
      </w:r>
      <w:proofErr w:type="spellStart"/>
      <w:r w:rsidRPr="00F14AA3">
        <w:t>udział</w:t>
      </w:r>
      <w:proofErr w:type="spellEnd"/>
      <w:r w:rsidRPr="00F14AA3">
        <w:t xml:space="preserve"> w co </w:t>
      </w:r>
      <w:proofErr w:type="spellStart"/>
      <w:r w:rsidRPr="00F14AA3">
        <w:t>najmniej</w:t>
      </w:r>
      <w:proofErr w:type="spellEnd"/>
      <w:r w:rsidRPr="00F14AA3">
        <w:t xml:space="preserve"> 2 </w:t>
      </w:r>
      <w:proofErr w:type="spellStart"/>
      <w:r w:rsidRPr="00F14AA3">
        <w:t>projektach</w:t>
      </w:r>
      <w:proofErr w:type="spellEnd"/>
      <w:r w:rsidRPr="00F14AA3">
        <w:t xml:space="preserve"> </w:t>
      </w:r>
      <w:proofErr w:type="spellStart"/>
      <w:r w:rsidRPr="00F14AA3">
        <w:t>obejmujących</w:t>
      </w:r>
      <w:proofErr w:type="spellEnd"/>
      <w:r w:rsidRPr="00F14AA3">
        <w:t xml:space="preserve"> </w:t>
      </w:r>
      <w:proofErr w:type="spellStart"/>
      <w:r w:rsidRPr="00F14AA3">
        <w:t>integrację</w:t>
      </w:r>
      <w:proofErr w:type="spellEnd"/>
      <w:r w:rsidRPr="00F14AA3">
        <w:t xml:space="preserve"> </w:t>
      </w:r>
      <w:proofErr w:type="spellStart"/>
      <w:r w:rsidRPr="00F14AA3">
        <w:t>elektroniki</w:t>
      </w:r>
      <w:proofErr w:type="spellEnd"/>
      <w:r w:rsidRPr="00F14AA3">
        <w:t xml:space="preserve"> z </w:t>
      </w:r>
      <w:proofErr w:type="spellStart"/>
      <w:r w:rsidRPr="00F14AA3">
        <w:t>fizycznym</w:t>
      </w:r>
      <w:proofErr w:type="spellEnd"/>
      <w:r w:rsidRPr="00F14AA3">
        <w:t xml:space="preserve"> </w:t>
      </w:r>
      <w:proofErr w:type="spellStart"/>
      <w:r w:rsidRPr="00F14AA3">
        <w:t>urządzeniem</w:t>
      </w:r>
      <w:proofErr w:type="spellEnd"/>
      <w:r w:rsidRPr="00F14AA3">
        <w:t>;</w:t>
      </w:r>
    </w:p>
    <w:p w14:paraId="3089C922" w14:textId="77777777" w:rsidR="00E54091" w:rsidRPr="00F14AA3" w:rsidRDefault="00E54091" w:rsidP="00E54091">
      <w:pPr>
        <w:pStyle w:val="Listapunktowana"/>
      </w:pPr>
      <w:r w:rsidRPr="00F14AA3">
        <w:rPr>
          <w:b/>
        </w:rPr>
        <w:t xml:space="preserve">Elektronik / embedded developer – </w:t>
      </w:r>
      <w:r w:rsidRPr="00F14AA3">
        <w:t xml:space="preserve">minimum 3 </w:t>
      </w:r>
      <w:proofErr w:type="spellStart"/>
      <w:r w:rsidRPr="00F14AA3">
        <w:t>lata</w:t>
      </w:r>
      <w:proofErr w:type="spellEnd"/>
      <w:r w:rsidRPr="00F14AA3">
        <w:t xml:space="preserve"> </w:t>
      </w:r>
      <w:proofErr w:type="spellStart"/>
      <w:r w:rsidRPr="00F14AA3">
        <w:t>doświadczenia</w:t>
      </w:r>
      <w:proofErr w:type="spellEnd"/>
      <w:r w:rsidRPr="00F14AA3">
        <w:t xml:space="preserve">, </w:t>
      </w:r>
      <w:proofErr w:type="spellStart"/>
      <w:r w:rsidRPr="00F14AA3">
        <w:t>udział</w:t>
      </w:r>
      <w:proofErr w:type="spellEnd"/>
      <w:r w:rsidRPr="00F14AA3">
        <w:t xml:space="preserve"> w co </w:t>
      </w:r>
      <w:proofErr w:type="spellStart"/>
      <w:r w:rsidRPr="00F14AA3">
        <w:t>najmniej</w:t>
      </w:r>
      <w:proofErr w:type="spellEnd"/>
      <w:r w:rsidRPr="00F14AA3">
        <w:t xml:space="preserve"> 2 </w:t>
      </w:r>
      <w:proofErr w:type="spellStart"/>
      <w:r w:rsidRPr="00F14AA3">
        <w:t>projektach</w:t>
      </w:r>
      <w:proofErr w:type="spellEnd"/>
      <w:r w:rsidRPr="00F14AA3">
        <w:t xml:space="preserve"> </w:t>
      </w:r>
      <w:proofErr w:type="spellStart"/>
      <w:r w:rsidRPr="00F14AA3">
        <w:t>obejmujących</w:t>
      </w:r>
      <w:proofErr w:type="spellEnd"/>
      <w:r w:rsidRPr="00F14AA3">
        <w:t xml:space="preserve"> </w:t>
      </w:r>
      <w:proofErr w:type="spellStart"/>
      <w:r w:rsidRPr="00F14AA3">
        <w:t>projekt</w:t>
      </w:r>
      <w:proofErr w:type="spellEnd"/>
      <w:r w:rsidRPr="00F14AA3">
        <w:t xml:space="preserve"> </w:t>
      </w:r>
      <w:proofErr w:type="spellStart"/>
      <w:r w:rsidRPr="00F14AA3">
        <w:t>elektroniki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firmware, </w:t>
      </w:r>
      <w:proofErr w:type="spellStart"/>
      <w:r w:rsidRPr="00F14AA3">
        <w:t>praktyczna</w:t>
      </w:r>
      <w:proofErr w:type="spellEnd"/>
      <w:r w:rsidRPr="00F14AA3">
        <w:t xml:space="preserve"> </w:t>
      </w:r>
      <w:proofErr w:type="spellStart"/>
      <w:r w:rsidRPr="00F14AA3">
        <w:t>znajomość</w:t>
      </w:r>
      <w:proofErr w:type="spellEnd"/>
      <w:r w:rsidRPr="00F14AA3">
        <w:t xml:space="preserve"> </w:t>
      </w:r>
      <w:proofErr w:type="spellStart"/>
      <w:r w:rsidRPr="00F14AA3">
        <w:t>języków</w:t>
      </w:r>
      <w:proofErr w:type="spellEnd"/>
      <w:r w:rsidRPr="00F14AA3">
        <w:t xml:space="preserve"> C/C++ </w:t>
      </w:r>
      <w:proofErr w:type="spellStart"/>
      <w:r w:rsidRPr="00F14AA3">
        <w:t>oraz</w:t>
      </w:r>
      <w:proofErr w:type="spellEnd"/>
      <w:r w:rsidRPr="00F14AA3">
        <w:t xml:space="preserve"> co </w:t>
      </w:r>
      <w:proofErr w:type="spellStart"/>
      <w:r w:rsidRPr="00F14AA3">
        <w:t>najmniej</w:t>
      </w:r>
      <w:proofErr w:type="spellEnd"/>
      <w:r w:rsidRPr="00F14AA3">
        <w:t xml:space="preserve"> </w:t>
      </w:r>
      <w:proofErr w:type="spellStart"/>
      <w:r w:rsidRPr="00F14AA3">
        <w:t>jednej</w:t>
      </w:r>
      <w:proofErr w:type="spellEnd"/>
      <w:r w:rsidRPr="00F14AA3">
        <w:t xml:space="preserve"> </w:t>
      </w:r>
      <w:proofErr w:type="spellStart"/>
      <w:r w:rsidRPr="00F14AA3">
        <w:t>rodziny</w:t>
      </w:r>
      <w:proofErr w:type="spellEnd"/>
      <w:r w:rsidRPr="00F14AA3">
        <w:t xml:space="preserve"> </w:t>
      </w:r>
      <w:proofErr w:type="spellStart"/>
      <w:r w:rsidRPr="00F14AA3">
        <w:t>mikrokontrolerów</w:t>
      </w:r>
      <w:proofErr w:type="spellEnd"/>
      <w:r w:rsidRPr="00F14AA3">
        <w:t xml:space="preserve">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systemów</w:t>
      </w:r>
      <w:proofErr w:type="spellEnd"/>
      <w:r w:rsidRPr="00F14AA3">
        <w:t xml:space="preserve"> embedded;</w:t>
      </w:r>
    </w:p>
    <w:p w14:paraId="19EAB992" w14:textId="77777777" w:rsidR="00E54091" w:rsidRPr="00F14AA3" w:rsidRDefault="00E54091" w:rsidP="00E54091">
      <w:pPr>
        <w:pStyle w:val="Listapunktowana"/>
      </w:pPr>
      <w:proofErr w:type="spellStart"/>
      <w:r w:rsidRPr="00F14AA3">
        <w:rPr>
          <w:b/>
        </w:rPr>
        <w:t>Specjalista</w:t>
      </w:r>
      <w:proofErr w:type="spellEnd"/>
      <w:r w:rsidRPr="00F14AA3">
        <w:rPr>
          <w:b/>
        </w:rPr>
        <w:t xml:space="preserve"> AI/ML – </w:t>
      </w:r>
      <w:r w:rsidRPr="00F14AA3">
        <w:t xml:space="preserve">minimum 3 </w:t>
      </w:r>
      <w:proofErr w:type="spellStart"/>
      <w:r w:rsidRPr="00F14AA3">
        <w:t>lata</w:t>
      </w:r>
      <w:proofErr w:type="spellEnd"/>
      <w:r w:rsidRPr="00F14AA3">
        <w:t xml:space="preserve"> </w:t>
      </w:r>
      <w:proofErr w:type="spellStart"/>
      <w:r w:rsidRPr="00F14AA3">
        <w:t>doświadczenia</w:t>
      </w:r>
      <w:proofErr w:type="spellEnd"/>
      <w:r w:rsidRPr="00F14AA3">
        <w:t xml:space="preserve"> w </w:t>
      </w:r>
      <w:proofErr w:type="spellStart"/>
      <w:r w:rsidRPr="00F14AA3">
        <w:t>obszarze</w:t>
      </w:r>
      <w:proofErr w:type="spellEnd"/>
      <w:r w:rsidRPr="00F14AA3">
        <w:t xml:space="preserve"> </w:t>
      </w:r>
      <w:proofErr w:type="spellStart"/>
      <w:r w:rsidRPr="00F14AA3">
        <w:t>uczenia</w:t>
      </w:r>
      <w:proofErr w:type="spellEnd"/>
      <w:r w:rsidRPr="00F14AA3">
        <w:t xml:space="preserve"> </w:t>
      </w:r>
      <w:proofErr w:type="spellStart"/>
      <w:r w:rsidRPr="00F14AA3">
        <w:t>maszynowego</w:t>
      </w:r>
      <w:proofErr w:type="spellEnd"/>
      <w:r w:rsidRPr="00F14AA3">
        <w:t xml:space="preserve"> / AI </w:t>
      </w:r>
      <w:proofErr w:type="spellStart"/>
      <w:r w:rsidRPr="00F14AA3">
        <w:t>oraz</w:t>
      </w:r>
      <w:proofErr w:type="spellEnd"/>
      <w:r w:rsidRPr="00F14AA3">
        <w:t xml:space="preserve"> </w:t>
      </w:r>
      <w:proofErr w:type="spellStart"/>
      <w:r w:rsidRPr="00F14AA3">
        <w:t>udział</w:t>
      </w:r>
      <w:proofErr w:type="spellEnd"/>
      <w:r w:rsidRPr="00F14AA3">
        <w:t xml:space="preserve"> w co </w:t>
      </w:r>
      <w:proofErr w:type="spellStart"/>
      <w:r w:rsidRPr="00F14AA3">
        <w:t>najmniej</w:t>
      </w:r>
      <w:proofErr w:type="spellEnd"/>
      <w:r w:rsidRPr="00F14AA3">
        <w:t xml:space="preserve"> 2 </w:t>
      </w:r>
      <w:proofErr w:type="spellStart"/>
      <w:r w:rsidRPr="00F14AA3">
        <w:t>projektach</w:t>
      </w:r>
      <w:proofErr w:type="spellEnd"/>
      <w:r w:rsidRPr="00F14AA3">
        <w:t xml:space="preserve"> </w:t>
      </w:r>
      <w:proofErr w:type="spellStart"/>
      <w:r w:rsidRPr="00F14AA3">
        <w:t>obejmujących</w:t>
      </w:r>
      <w:proofErr w:type="spellEnd"/>
      <w:r w:rsidRPr="00F14AA3">
        <w:t xml:space="preserve"> </w:t>
      </w:r>
      <w:proofErr w:type="spellStart"/>
      <w:r w:rsidRPr="00F14AA3">
        <w:t>trenowanie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walidację</w:t>
      </w:r>
      <w:proofErr w:type="spellEnd"/>
      <w:r w:rsidRPr="00F14AA3">
        <w:t xml:space="preserve"> </w:t>
      </w:r>
      <w:proofErr w:type="spellStart"/>
      <w:r w:rsidRPr="00F14AA3">
        <w:t>modeli</w:t>
      </w:r>
      <w:proofErr w:type="spellEnd"/>
      <w:r w:rsidRPr="00F14AA3">
        <w:t xml:space="preserve"> </w:t>
      </w:r>
      <w:proofErr w:type="spellStart"/>
      <w:r w:rsidRPr="00F14AA3">
        <w:t>na</w:t>
      </w:r>
      <w:proofErr w:type="spellEnd"/>
      <w:r w:rsidRPr="00F14AA3">
        <w:t xml:space="preserve"> </w:t>
      </w:r>
      <w:proofErr w:type="spellStart"/>
      <w:r w:rsidRPr="00F14AA3">
        <w:t>danych</w:t>
      </w:r>
      <w:proofErr w:type="spellEnd"/>
      <w:r w:rsidRPr="00F14AA3">
        <w:t xml:space="preserve"> </w:t>
      </w:r>
      <w:proofErr w:type="spellStart"/>
      <w:r w:rsidRPr="00F14AA3">
        <w:t>rzeczywistych</w:t>
      </w:r>
      <w:proofErr w:type="spellEnd"/>
      <w:r w:rsidRPr="00F14AA3">
        <w:t xml:space="preserve">, w </w:t>
      </w:r>
      <w:proofErr w:type="spellStart"/>
      <w:r w:rsidRPr="00F14AA3">
        <w:t>tym</w:t>
      </w:r>
      <w:proofErr w:type="spellEnd"/>
      <w:r w:rsidRPr="00F14AA3">
        <w:t xml:space="preserve"> co </w:t>
      </w:r>
      <w:proofErr w:type="spellStart"/>
      <w:r w:rsidRPr="00F14AA3">
        <w:t>najmniej</w:t>
      </w:r>
      <w:proofErr w:type="spellEnd"/>
      <w:r w:rsidRPr="00F14AA3">
        <w:t xml:space="preserve"> 1 </w:t>
      </w:r>
      <w:proofErr w:type="spellStart"/>
      <w:r w:rsidRPr="00F14AA3">
        <w:t>projekcie</w:t>
      </w:r>
      <w:proofErr w:type="spellEnd"/>
      <w:r w:rsidRPr="00F14AA3">
        <w:t xml:space="preserve"> </w:t>
      </w:r>
      <w:proofErr w:type="spellStart"/>
      <w:r w:rsidRPr="00F14AA3">
        <w:t>dotyczącym</w:t>
      </w:r>
      <w:proofErr w:type="spellEnd"/>
      <w:r w:rsidRPr="00F14AA3">
        <w:t xml:space="preserve"> </w:t>
      </w:r>
      <w:proofErr w:type="spellStart"/>
      <w:r w:rsidRPr="00F14AA3">
        <w:t>szeregów</w:t>
      </w:r>
      <w:proofErr w:type="spellEnd"/>
      <w:r w:rsidRPr="00F14AA3">
        <w:t xml:space="preserve"> </w:t>
      </w:r>
      <w:proofErr w:type="spellStart"/>
      <w:r w:rsidRPr="00F14AA3">
        <w:t>czasowych</w:t>
      </w:r>
      <w:proofErr w:type="spellEnd"/>
      <w:r w:rsidRPr="00F14AA3">
        <w:t xml:space="preserve">, </w:t>
      </w:r>
      <w:proofErr w:type="spellStart"/>
      <w:r w:rsidRPr="00F14AA3">
        <w:t>danych</w:t>
      </w:r>
      <w:proofErr w:type="spellEnd"/>
      <w:r w:rsidRPr="00F14AA3">
        <w:t xml:space="preserve"> </w:t>
      </w:r>
      <w:proofErr w:type="spellStart"/>
      <w:r w:rsidRPr="00F14AA3">
        <w:t>sensorycznych</w:t>
      </w:r>
      <w:proofErr w:type="spellEnd"/>
      <w:r w:rsidRPr="00F14AA3">
        <w:t xml:space="preserve">, </w:t>
      </w:r>
      <w:proofErr w:type="spellStart"/>
      <w:r w:rsidRPr="00F14AA3">
        <w:t>diagnostyki</w:t>
      </w:r>
      <w:proofErr w:type="spellEnd"/>
      <w:r w:rsidRPr="00F14AA3">
        <w:t xml:space="preserve">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systemów</w:t>
      </w:r>
      <w:proofErr w:type="spellEnd"/>
      <w:r w:rsidRPr="00F14AA3">
        <w:t xml:space="preserve"> edge / </w:t>
      </w:r>
      <w:proofErr w:type="spellStart"/>
      <w:r w:rsidRPr="00F14AA3">
        <w:t>czasu</w:t>
      </w:r>
      <w:proofErr w:type="spellEnd"/>
      <w:r w:rsidRPr="00F14AA3">
        <w:t xml:space="preserve"> </w:t>
      </w:r>
      <w:proofErr w:type="spellStart"/>
      <w:r w:rsidRPr="00F14AA3">
        <w:t>rzeczywistego</w:t>
      </w:r>
      <w:proofErr w:type="spellEnd"/>
      <w:r w:rsidRPr="00F14AA3">
        <w:t>;</w:t>
      </w:r>
    </w:p>
    <w:p w14:paraId="0F4BA232" w14:textId="77777777" w:rsidR="00E54091" w:rsidRPr="00F14AA3" w:rsidRDefault="00E54091" w:rsidP="00E54091">
      <w:pPr>
        <w:pStyle w:val="Listapunktowana"/>
      </w:pPr>
      <w:proofErr w:type="spellStart"/>
      <w:r w:rsidRPr="00F14AA3">
        <w:rPr>
          <w:b/>
        </w:rPr>
        <w:t>Specjalista</w:t>
      </w:r>
      <w:proofErr w:type="spellEnd"/>
      <w:r w:rsidRPr="00F14AA3">
        <w:rPr>
          <w:b/>
        </w:rPr>
        <w:t xml:space="preserve"> ds. </w:t>
      </w:r>
      <w:proofErr w:type="spellStart"/>
      <w:r w:rsidRPr="00F14AA3">
        <w:rPr>
          <w:b/>
        </w:rPr>
        <w:t>przetwarzania</w:t>
      </w:r>
      <w:proofErr w:type="spellEnd"/>
      <w:r w:rsidRPr="00F14AA3">
        <w:rPr>
          <w:b/>
        </w:rPr>
        <w:t xml:space="preserve"> </w:t>
      </w:r>
      <w:proofErr w:type="spellStart"/>
      <w:r w:rsidRPr="00F14AA3">
        <w:rPr>
          <w:b/>
        </w:rPr>
        <w:t>danych</w:t>
      </w:r>
      <w:proofErr w:type="spellEnd"/>
      <w:r w:rsidRPr="00F14AA3">
        <w:rPr>
          <w:b/>
        </w:rPr>
        <w:t xml:space="preserve"> – </w:t>
      </w:r>
      <w:proofErr w:type="spellStart"/>
      <w:r w:rsidRPr="00F14AA3">
        <w:t>udokumentowane</w:t>
      </w:r>
      <w:proofErr w:type="spellEnd"/>
      <w:r w:rsidRPr="00F14AA3">
        <w:t xml:space="preserve"> </w:t>
      </w:r>
      <w:proofErr w:type="spellStart"/>
      <w:r w:rsidRPr="00F14AA3">
        <w:t>doświadczenie</w:t>
      </w:r>
      <w:proofErr w:type="spellEnd"/>
      <w:r w:rsidRPr="00F14AA3">
        <w:t xml:space="preserve"> w </w:t>
      </w:r>
      <w:proofErr w:type="spellStart"/>
      <w:r w:rsidRPr="00F14AA3">
        <w:t>języku</w:t>
      </w:r>
      <w:proofErr w:type="spellEnd"/>
      <w:r w:rsidRPr="00F14AA3">
        <w:t xml:space="preserve"> Python </w:t>
      </w:r>
      <w:proofErr w:type="spellStart"/>
      <w:r w:rsidRPr="00F14AA3">
        <w:t>oraz</w:t>
      </w:r>
      <w:proofErr w:type="spellEnd"/>
      <w:r w:rsidRPr="00F14AA3">
        <w:t xml:space="preserve"> w </w:t>
      </w:r>
      <w:proofErr w:type="spellStart"/>
      <w:r w:rsidRPr="00F14AA3">
        <w:t>przetwarzaniu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analizie</w:t>
      </w:r>
      <w:proofErr w:type="spellEnd"/>
      <w:r w:rsidRPr="00F14AA3">
        <w:t xml:space="preserve"> </w:t>
      </w:r>
      <w:proofErr w:type="spellStart"/>
      <w:r w:rsidRPr="00F14AA3">
        <w:t>danych</w:t>
      </w:r>
      <w:proofErr w:type="spellEnd"/>
      <w:r w:rsidRPr="00F14AA3">
        <w:t xml:space="preserve"> </w:t>
      </w:r>
      <w:proofErr w:type="spellStart"/>
      <w:r w:rsidRPr="00F14AA3">
        <w:t>pomiarowych</w:t>
      </w:r>
      <w:proofErr w:type="spellEnd"/>
      <w:r w:rsidRPr="00F14AA3">
        <w:t xml:space="preserve">; </w:t>
      </w:r>
      <w:proofErr w:type="spellStart"/>
      <w:r w:rsidRPr="00F14AA3">
        <w:t>rola</w:t>
      </w:r>
      <w:proofErr w:type="spellEnd"/>
      <w:r w:rsidRPr="00F14AA3">
        <w:t xml:space="preserve"> </w:t>
      </w:r>
      <w:proofErr w:type="spellStart"/>
      <w:r w:rsidRPr="00F14AA3">
        <w:t>może</w:t>
      </w:r>
      <w:proofErr w:type="spellEnd"/>
      <w:r w:rsidRPr="00F14AA3">
        <w:t xml:space="preserve"> </w:t>
      </w:r>
      <w:proofErr w:type="spellStart"/>
      <w:r w:rsidRPr="00F14AA3">
        <w:t>być</w:t>
      </w:r>
      <w:proofErr w:type="spellEnd"/>
      <w:r w:rsidRPr="00F14AA3">
        <w:t xml:space="preserve"> </w:t>
      </w:r>
      <w:proofErr w:type="spellStart"/>
      <w:r w:rsidRPr="00F14AA3">
        <w:t>łączona</w:t>
      </w:r>
      <w:proofErr w:type="spellEnd"/>
      <w:r w:rsidRPr="00F14AA3">
        <w:t xml:space="preserve"> z </w:t>
      </w:r>
      <w:proofErr w:type="spellStart"/>
      <w:r w:rsidRPr="00F14AA3">
        <w:t>rolą</w:t>
      </w:r>
      <w:proofErr w:type="spellEnd"/>
      <w:r w:rsidRPr="00F14AA3">
        <w:t xml:space="preserve"> </w:t>
      </w:r>
      <w:proofErr w:type="spellStart"/>
      <w:r w:rsidRPr="00F14AA3">
        <w:t>specjalisty</w:t>
      </w:r>
      <w:proofErr w:type="spellEnd"/>
      <w:r w:rsidRPr="00F14AA3">
        <w:t xml:space="preserve"> AI/ML.</w:t>
      </w:r>
    </w:p>
    <w:p w14:paraId="5346F58A" w14:textId="77777777" w:rsidR="00E54091" w:rsidRPr="00F14AA3" w:rsidRDefault="00E54091" w:rsidP="00E54091">
      <w:pPr>
        <w:rPr>
          <w:rFonts w:ascii="Times New Roman" w:hAnsi="Times New Roman" w:cs="Times New Roman"/>
          <w:color w:val="000000"/>
          <w:sz w:val="22"/>
        </w:rPr>
      </w:pP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Dopuszcza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się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łączenie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maksymalnie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dwóch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ról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przez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jedną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osobę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,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jeżeli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spełnia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ona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wymagania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określone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dla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obu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ról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. Forma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współpracy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(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umowa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o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pracę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,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umowa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cywilnoprawna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,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współpraca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B2B,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udostępnienie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przez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inny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podmiot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)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nie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ma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wpływu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na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ocenę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spełnienia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warunku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>.</w:t>
      </w:r>
    </w:p>
    <w:p w14:paraId="0FF6D90A" w14:textId="77777777" w:rsidR="00E54091" w:rsidRPr="00F14AA3" w:rsidRDefault="00E54091" w:rsidP="00E54091">
      <w:pPr>
        <w:pStyle w:val="Nagwek3"/>
      </w:pPr>
      <w:r w:rsidRPr="00F14AA3">
        <w:t xml:space="preserve">11.3. </w:t>
      </w:r>
      <w:proofErr w:type="spellStart"/>
      <w:r w:rsidRPr="00F14AA3">
        <w:t>Potencjał</w:t>
      </w:r>
      <w:proofErr w:type="spellEnd"/>
      <w:r w:rsidRPr="00F14AA3">
        <w:t xml:space="preserve"> </w:t>
      </w:r>
      <w:proofErr w:type="spellStart"/>
      <w:r w:rsidRPr="00F14AA3">
        <w:t>techniczny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organizacyjny</w:t>
      </w:r>
      <w:proofErr w:type="spellEnd"/>
    </w:p>
    <w:p w14:paraId="0393B662" w14:textId="77777777" w:rsidR="00E54091" w:rsidRPr="00F14AA3" w:rsidRDefault="00E54091" w:rsidP="00E54091">
      <w:pPr>
        <w:pStyle w:val="Listapunktowana"/>
      </w:pPr>
      <w:proofErr w:type="spellStart"/>
      <w:r w:rsidRPr="00F14AA3">
        <w:t>Wykonawca</w:t>
      </w:r>
      <w:proofErr w:type="spellEnd"/>
      <w:r w:rsidRPr="00F14AA3">
        <w:t xml:space="preserve"> </w:t>
      </w:r>
      <w:proofErr w:type="spellStart"/>
      <w:r w:rsidRPr="00F14AA3">
        <w:t>dysponuje</w:t>
      </w:r>
      <w:proofErr w:type="spellEnd"/>
      <w:r w:rsidRPr="00F14AA3">
        <w:t xml:space="preserve"> – </w:t>
      </w:r>
      <w:proofErr w:type="spellStart"/>
      <w:r w:rsidRPr="00F14AA3">
        <w:t>jako</w:t>
      </w:r>
      <w:proofErr w:type="spellEnd"/>
      <w:r w:rsidRPr="00F14AA3">
        <w:t xml:space="preserve"> </w:t>
      </w:r>
      <w:proofErr w:type="spellStart"/>
      <w:r w:rsidRPr="00F14AA3">
        <w:t>zasobem</w:t>
      </w:r>
      <w:proofErr w:type="spellEnd"/>
      <w:r w:rsidRPr="00F14AA3">
        <w:t xml:space="preserve"> </w:t>
      </w:r>
      <w:proofErr w:type="spellStart"/>
      <w:r w:rsidRPr="00F14AA3">
        <w:t>własnym</w:t>
      </w:r>
      <w:proofErr w:type="spellEnd"/>
      <w:r w:rsidRPr="00F14AA3">
        <w:t xml:space="preserve"> </w:t>
      </w:r>
      <w:proofErr w:type="spellStart"/>
      <w:r w:rsidRPr="00F14AA3">
        <w:t>albo</w:t>
      </w:r>
      <w:proofErr w:type="spellEnd"/>
      <w:r w:rsidRPr="00F14AA3">
        <w:t xml:space="preserve"> </w:t>
      </w:r>
      <w:proofErr w:type="spellStart"/>
      <w:r w:rsidRPr="00F14AA3">
        <w:t>zapewnionym</w:t>
      </w:r>
      <w:proofErr w:type="spellEnd"/>
      <w:r w:rsidRPr="00F14AA3">
        <w:t xml:space="preserve"> </w:t>
      </w:r>
      <w:proofErr w:type="spellStart"/>
      <w:r w:rsidRPr="00F14AA3">
        <w:t>na</w:t>
      </w:r>
      <w:proofErr w:type="spellEnd"/>
      <w:r w:rsidRPr="00F14AA3">
        <w:t xml:space="preserve"> </w:t>
      </w:r>
      <w:proofErr w:type="spellStart"/>
      <w:r w:rsidRPr="00F14AA3">
        <w:t>podstawie</w:t>
      </w:r>
      <w:proofErr w:type="spellEnd"/>
      <w:r w:rsidRPr="00F14AA3">
        <w:t xml:space="preserve"> </w:t>
      </w:r>
      <w:proofErr w:type="spellStart"/>
      <w:r w:rsidRPr="00F14AA3">
        <w:t>tytułu</w:t>
      </w:r>
      <w:proofErr w:type="spellEnd"/>
      <w:r w:rsidRPr="00F14AA3">
        <w:t xml:space="preserve"> </w:t>
      </w:r>
      <w:proofErr w:type="spellStart"/>
      <w:r w:rsidRPr="00F14AA3">
        <w:t>prawnego</w:t>
      </w:r>
      <w:proofErr w:type="spellEnd"/>
      <w:r w:rsidRPr="00F14AA3">
        <w:t xml:space="preserve"> </w:t>
      </w:r>
      <w:proofErr w:type="spellStart"/>
      <w:r w:rsidRPr="00F14AA3">
        <w:t>na</w:t>
      </w:r>
      <w:proofErr w:type="spellEnd"/>
      <w:r w:rsidRPr="00F14AA3">
        <w:t xml:space="preserve"> </w:t>
      </w:r>
      <w:proofErr w:type="spellStart"/>
      <w:r w:rsidRPr="00F14AA3">
        <w:t>okres</w:t>
      </w:r>
      <w:proofErr w:type="spellEnd"/>
      <w:r w:rsidRPr="00F14AA3">
        <w:t xml:space="preserve"> </w:t>
      </w:r>
      <w:proofErr w:type="spellStart"/>
      <w:r w:rsidRPr="00F14AA3">
        <w:t>realizacji</w:t>
      </w:r>
      <w:proofErr w:type="spellEnd"/>
      <w:r w:rsidRPr="00F14AA3">
        <w:t xml:space="preserve"> </w:t>
      </w:r>
      <w:proofErr w:type="spellStart"/>
      <w:r w:rsidRPr="00F14AA3">
        <w:t>zamówienia</w:t>
      </w:r>
      <w:proofErr w:type="spellEnd"/>
      <w:r w:rsidRPr="00F14AA3">
        <w:t xml:space="preserve"> – </w:t>
      </w:r>
      <w:proofErr w:type="spellStart"/>
      <w:r w:rsidRPr="00F14AA3">
        <w:t>narzędziami</w:t>
      </w:r>
      <w:proofErr w:type="spellEnd"/>
      <w:r w:rsidRPr="00F14AA3">
        <w:t xml:space="preserve"> </w:t>
      </w:r>
      <w:proofErr w:type="spellStart"/>
      <w:r w:rsidRPr="00F14AA3">
        <w:t>umożliwiającymi</w:t>
      </w:r>
      <w:proofErr w:type="spellEnd"/>
      <w:r w:rsidRPr="00F14AA3">
        <w:t xml:space="preserve"> </w:t>
      </w:r>
      <w:proofErr w:type="spellStart"/>
      <w:r w:rsidRPr="00F14AA3">
        <w:t>prototypowanie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uruchamianie</w:t>
      </w:r>
      <w:proofErr w:type="spellEnd"/>
      <w:r w:rsidRPr="00F14AA3">
        <w:t xml:space="preserve"> </w:t>
      </w:r>
      <w:proofErr w:type="spellStart"/>
      <w:r w:rsidRPr="00F14AA3">
        <w:t>elektroniki</w:t>
      </w:r>
      <w:proofErr w:type="spellEnd"/>
      <w:r w:rsidRPr="00F14AA3">
        <w:t xml:space="preserve">, </w:t>
      </w:r>
      <w:proofErr w:type="spellStart"/>
      <w:r w:rsidRPr="00F14AA3">
        <w:t>pomiary</w:t>
      </w:r>
      <w:proofErr w:type="spellEnd"/>
      <w:r w:rsidRPr="00F14AA3">
        <w:t xml:space="preserve"> </w:t>
      </w:r>
      <w:proofErr w:type="spellStart"/>
      <w:r w:rsidRPr="00F14AA3">
        <w:t>oscyloskopowe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analizę</w:t>
      </w:r>
      <w:proofErr w:type="spellEnd"/>
      <w:r w:rsidRPr="00F14AA3">
        <w:t xml:space="preserve"> </w:t>
      </w:r>
      <w:proofErr w:type="spellStart"/>
      <w:r w:rsidRPr="00F14AA3">
        <w:t>stanów</w:t>
      </w:r>
      <w:proofErr w:type="spellEnd"/>
      <w:r w:rsidRPr="00F14AA3">
        <w:t xml:space="preserve"> </w:t>
      </w:r>
      <w:proofErr w:type="spellStart"/>
      <w:r w:rsidRPr="00F14AA3">
        <w:t>logicznych</w:t>
      </w:r>
      <w:proofErr w:type="spellEnd"/>
      <w:r w:rsidRPr="00F14AA3">
        <w:t xml:space="preserve">, </w:t>
      </w:r>
      <w:proofErr w:type="spellStart"/>
      <w:r w:rsidRPr="00F14AA3">
        <w:t>programowanie</w:t>
      </w:r>
      <w:proofErr w:type="spellEnd"/>
      <w:r w:rsidRPr="00F14AA3">
        <w:t xml:space="preserve"> </w:t>
      </w:r>
      <w:proofErr w:type="spellStart"/>
      <w:r w:rsidRPr="00F14AA3">
        <w:t>urządzeń</w:t>
      </w:r>
      <w:proofErr w:type="spellEnd"/>
      <w:r w:rsidRPr="00F14AA3">
        <w:t xml:space="preserve"> embedded, </w:t>
      </w:r>
      <w:proofErr w:type="spellStart"/>
      <w:r w:rsidRPr="00F14AA3">
        <w:t>środowiskiem</w:t>
      </w:r>
      <w:proofErr w:type="spellEnd"/>
      <w:r w:rsidRPr="00F14AA3">
        <w:t xml:space="preserve"> do </w:t>
      </w:r>
      <w:proofErr w:type="spellStart"/>
      <w:r w:rsidRPr="00F14AA3">
        <w:t>trenowania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walidacji</w:t>
      </w:r>
      <w:proofErr w:type="spellEnd"/>
      <w:r w:rsidRPr="00F14AA3">
        <w:t xml:space="preserve"> </w:t>
      </w:r>
      <w:proofErr w:type="spellStart"/>
      <w:r w:rsidRPr="00F14AA3">
        <w:t>modeli</w:t>
      </w:r>
      <w:proofErr w:type="spellEnd"/>
      <w:r w:rsidRPr="00F14AA3">
        <w:t xml:space="preserve"> AI </w:t>
      </w:r>
      <w:proofErr w:type="spellStart"/>
      <w:r w:rsidRPr="00F14AA3">
        <w:t>oraz</w:t>
      </w:r>
      <w:proofErr w:type="spellEnd"/>
      <w:r w:rsidRPr="00F14AA3">
        <w:t xml:space="preserve"> </w:t>
      </w:r>
      <w:proofErr w:type="spellStart"/>
      <w:r w:rsidRPr="00F14AA3">
        <w:t>dostępem</w:t>
      </w:r>
      <w:proofErr w:type="spellEnd"/>
      <w:r w:rsidRPr="00F14AA3">
        <w:t xml:space="preserve"> do </w:t>
      </w:r>
      <w:proofErr w:type="spellStart"/>
      <w:r w:rsidRPr="00F14AA3">
        <w:t>badań</w:t>
      </w:r>
      <w:proofErr w:type="spellEnd"/>
      <w:r w:rsidRPr="00F14AA3">
        <w:t xml:space="preserve"> EMC/pre-compliance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równoważnych</w:t>
      </w:r>
      <w:proofErr w:type="spellEnd"/>
      <w:r w:rsidRPr="00F14AA3">
        <w:t xml:space="preserve"> </w:t>
      </w:r>
      <w:proofErr w:type="spellStart"/>
      <w:r w:rsidRPr="00F14AA3">
        <w:t>testów</w:t>
      </w:r>
      <w:proofErr w:type="spellEnd"/>
      <w:r w:rsidRPr="00F14AA3">
        <w:t xml:space="preserve"> </w:t>
      </w:r>
      <w:proofErr w:type="spellStart"/>
      <w:r w:rsidRPr="00F14AA3">
        <w:t>zakłóceń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odporności</w:t>
      </w:r>
      <w:proofErr w:type="spellEnd"/>
      <w:r w:rsidRPr="00F14AA3">
        <w:t>.</w:t>
      </w:r>
    </w:p>
    <w:p w14:paraId="6BAA3E91" w14:textId="77777777" w:rsidR="00E54091" w:rsidRPr="00F14AA3" w:rsidRDefault="00E54091" w:rsidP="00E54091">
      <w:pPr>
        <w:pStyle w:val="Listapunktowana"/>
      </w:pPr>
      <w:proofErr w:type="spellStart"/>
      <w:r w:rsidRPr="00F14AA3">
        <w:t>Wykonawca</w:t>
      </w:r>
      <w:proofErr w:type="spellEnd"/>
      <w:r w:rsidRPr="00F14AA3">
        <w:t xml:space="preserve"> </w:t>
      </w:r>
      <w:proofErr w:type="spellStart"/>
      <w:r w:rsidRPr="00F14AA3">
        <w:t>zapewni</w:t>
      </w:r>
      <w:proofErr w:type="spellEnd"/>
      <w:r w:rsidRPr="00F14AA3">
        <w:t xml:space="preserve"> </w:t>
      </w:r>
      <w:proofErr w:type="spellStart"/>
      <w:r w:rsidRPr="00F14AA3">
        <w:t>obecność</w:t>
      </w:r>
      <w:proofErr w:type="spellEnd"/>
      <w:r w:rsidRPr="00F14AA3">
        <w:t xml:space="preserve"> co </w:t>
      </w:r>
      <w:proofErr w:type="spellStart"/>
      <w:r w:rsidRPr="00F14AA3">
        <w:t>najmniej</w:t>
      </w:r>
      <w:proofErr w:type="spellEnd"/>
      <w:r w:rsidRPr="00F14AA3">
        <w:t xml:space="preserve"> </w:t>
      </w:r>
      <w:proofErr w:type="spellStart"/>
      <w:r w:rsidRPr="00F14AA3">
        <w:t>jednego</w:t>
      </w:r>
      <w:proofErr w:type="spellEnd"/>
      <w:r w:rsidRPr="00F14AA3">
        <w:t xml:space="preserve"> </w:t>
      </w:r>
      <w:proofErr w:type="spellStart"/>
      <w:r w:rsidRPr="00F14AA3">
        <w:t>kompetentnego</w:t>
      </w:r>
      <w:proofErr w:type="spellEnd"/>
      <w:r w:rsidRPr="00F14AA3">
        <w:t xml:space="preserve"> </w:t>
      </w:r>
      <w:proofErr w:type="spellStart"/>
      <w:r w:rsidRPr="00F14AA3">
        <w:t>członka</w:t>
      </w:r>
      <w:proofErr w:type="spellEnd"/>
      <w:r w:rsidRPr="00F14AA3">
        <w:t xml:space="preserve"> </w:t>
      </w:r>
      <w:proofErr w:type="spellStart"/>
      <w:r w:rsidRPr="00F14AA3">
        <w:t>zespołu</w:t>
      </w:r>
      <w:proofErr w:type="spellEnd"/>
      <w:r w:rsidRPr="00F14AA3">
        <w:t xml:space="preserve"> </w:t>
      </w:r>
      <w:proofErr w:type="spellStart"/>
      <w:r w:rsidRPr="00F14AA3">
        <w:t>na</w:t>
      </w:r>
      <w:proofErr w:type="spellEnd"/>
      <w:r w:rsidRPr="00F14AA3">
        <w:t xml:space="preserve"> </w:t>
      </w:r>
      <w:proofErr w:type="spellStart"/>
      <w:r w:rsidRPr="00F14AA3">
        <w:t>uzgodnionych</w:t>
      </w:r>
      <w:proofErr w:type="spellEnd"/>
      <w:r w:rsidRPr="00F14AA3">
        <w:t xml:space="preserve"> </w:t>
      </w:r>
      <w:proofErr w:type="spellStart"/>
      <w:r w:rsidRPr="00F14AA3">
        <w:t>sesjach</w:t>
      </w:r>
      <w:proofErr w:type="spellEnd"/>
      <w:r w:rsidRPr="00F14AA3">
        <w:t xml:space="preserve"> </w:t>
      </w:r>
      <w:proofErr w:type="spellStart"/>
      <w:r w:rsidRPr="00F14AA3">
        <w:t>integracyjnych</w:t>
      </w:r>
      <w:proofErr w:type="spellEnd"/>
      <w:r w:rsidRPr="00F14AA3">
        <w:t xml:space="preserve"> w </w:t>
      </w:r>
      <w:proofErr w:type="spellStart"/>
      <w:r w:rsidRPr="00F14AA3">
        <w:t>siedzibie</w:t>
      </w:r>
      <w:proofErr w:type="spellEnd"/>
      <w:r w:rsidRPr="00F14AA3">
        <w:t xml:space="preserve"> </w:t>
      </w:r>
      <w:proofErr w:type="spellStart"/>
      <w:r w:rsidRPr="00F14AA3">
        <w:t>Zamawiającego</w:t>
      </w:r>
      <w:proofErr w:type="spellEnd"/>
      <w:r w:rsidRPr="00F14AA3">
        <w:t xml:space="preserve"> w </w:t>
      </w:r>
      <w:proofErr w:type="spellStart"/>
      <w:r w:rsidRPr="00F14AA3">
        <w:t>Krakowie</w:t>
      </w:r>
      <w:proofErr w:type="spellEnd"/>
      <w:r w:rsidRPr="00F14AA3">
        <w:t xml:space="preserve"> </w:t>
      </w:r>
      <w:proofErr w:type="spellStart"/>
      <w:r w:rsidRPr="00F14AA3">
        <w:t>oraz</w:t>
      </w:r>
      <w:proofErr w:type="spellEnd"/>
      <w:r w:rsidRPr="00F14AA3">
        <w:t xml:space="preserve"> </w:t>
      </w:r>
      <w:proofErr w:type="spellStart"/>
      <w:r w:rsidRPr="00F14AA3">
        <w:t>zastępowalność</w:t>
      </w:r>
      <w:proofErr w:type="spellEnd"/>
      <w:r w:rsidRPr="00F14AA3">
        <w:t xml:space="preserve"> </w:t>
      </w:r>
      <w:proofErr w:type="spellStart"/>
      <w:r w:rsidRPr="00F14AA3">
        <w:t>osób</w:t>
      </w:r>
      <w:proofErr w:type="spellEnd"/>
      <w:r w:rsidRPr="00F14AA3">
        <w:t xml:space="preserve"> </w:t>
      </w:r>
      <w:proofErr w:type="spellStart"/>
      <w:r w:rsidRPr="00F14AA3">
        <w:t>skierowanych</w:t>
      </w:r>
      <w:proofErr w:type="spellEnd"/>
      <w:r w:rsidRPr="00F14AA3">
        <w:t xml:space="preserve"> do </w:t>
      </w:r>
      <w:proofErr w:type="spellStart"/>
      <w:r w:rsidRPr="00F14AA3">
        <w:t>realizacji</w:t>
      </w:r>
      <w:proofErr w:type="spellEnd"/>
      <w:r w:rsidRPr="00F14AA3">
        <w:t xml:space="preserve"> </w:t>
      </w:r>
      <w:proofErr w:type="spellStart"/>
      <w:r w:rsidRPr="00F14AA3">
        <w:t>zamówienia</w:t>
      </w:r>
      <w:proofErr w:type="spellEnd"/>
      <w:r w:rsidRPr="00F14AA3">
        <w:t xml:space="preserve"> w </w:t>
      </w:r>
      <w:proofErr w:type="spellStart"/>
      <w:r w:rsidRPr="00F14AA3">
        <w:t>razie</w:t>
      </w:r>
      <w:proofErr w:type="spellEnd"/>
      <w:r w:rsidRPr="00F14AA3">
        <w:t xml:space="preserve"> ich </w:t>
      </w:r>
      <w:proofErr w:type="spellStart"/>
      <w:r w:rsidRPr="00F14AA3">
        <w:t>czasowej</w:t>
      </w:r>
      <w:proofErr w:type="spellEnd"/>
      <w:r w:rsidRPr="00F14AA3">
        <w:t xml:space="preserve">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trwałej</w:t>
      </w:r>
      <w:proofErr w:type="spellEnd"/>
      <w:r w:rsidRPr="00F14AA3">
        <w:t xml:space="preserve"> </w:t>
      </w:r>
      <w:proofErr w:type="spellStart"/>
      <w:r w:rsidRPr="00F14AA3">
        <w:t>niedostępności</w:t>
      </w:r>
      <w:proofErr w:type="spellEnd"/>
      <w:r w:rsidRPr="00F14AA3">
        <w:t>.</w:t>
      </w:r>
    </w:p>
    <w:p w14:paraId="1CABF690" w14:textId="77777777" w:rsidR="00E54091" w:rsidRPr="00F14AA3" w:rsidRDefault="00E54091" w:rsidP="00E54091">
      <w:pPr>
        <w:pStyle w:val="Listapunktowana"/>
      </w:pPr>
      <w:r w:rsidRPr="00F14AA3">
        <w:t xml:space="preserve">Status centrum </w:t>
      </w:r>
      <w:proofErr w:type="spellStart"/>
      <w:r w:rsidRPr="00F14AA3">
        <w:t>badawczo-rozwojowego</w:t>
      </w:r>
      <w:proofErr w:type="spellEnd"/>
      <w:r w:rsidRPr="00F14AA3">
        <w:t xml:space="preserve">, </w:t>
      </w:r>
      <w:proofErr w:type="spellStart"/>
      <w:r w:rsidRPr="00F14AA3">
        <w:t>uczelni</w:t>
      </w:r>
      <w:proofErr w:type="spellEnd"/>
      <w:r w:rsidRPr="00F14AA3">
        <w:t xml:space="preserve">, </w:t>
      </w:r>
      <w:proofErr w:type="spellStart"/>
      <w:r w:rsidRPr="00F14AA3">
        <w:t>instytutu</w:t>
      </w:r>
      <w:proofErr w:type="spellEnd"/>
      <w:r w:rsidRPr="00F14AA3">
        <w:t xml:space="preserve"> </w:t>
      </w:r>
      <w:proofErr w:type="spellStart"/>
      <w:r w:rsidRPr="00F14AA3">
        <w:t>badawczego</w:t>
      </w:r>
      <w:proofErr w:type="spellEnd"/>
      <w:r w:rsidRPr="00F14AA3">
        <w:t xml:space="preserve"> ani </w:t>
      </w:r>
      <w:proofErr w:type="spellStart"/>
      <w:r w:rsidRPr="00F14AA3">
        <w:t>inny</w:t>
      </w:r>
      <w:proofErr w:type="spellEnd"/>
      <w:r w:rsidRPr="00F14AA3">
        <w:t xml:space="preserve"> status </w:t>
      </w:r>
      <w:proofErr w:type="spellStart"/>
      <w:r w:rsidRPr="00F14AA3">
        <w:t>podmiotowy</w:t>
      </w:r>
      <w:proofErr w:type="spellEnd"/>
      <w:r w:rsidRPr="00F14AA3">
        <w:t xml:space="preserve"> </w:t>
      </w:r>
      <w:proofErr w:type="spellStart"/>
      <w:r w:rsidRPr="00F14AA3">
        <w:t>nie</w:t>
      </w:r>
      <w:proofErr w:type="spellEnd"/>
      <w:r w:rsidRPr="00F14AA3">
        <w:t xml:space="preserve"> jest </w:t>
      </w:r>
      <w:proofErr w:type="spellStart"/>
      <w:r w:rsidRPr="00F14AA3">
        <w:t>warunkiem</w:t>
      </w:r>
      <w:proofErr w:type="spellEnd"/>
      <w:r w:rsidRPr="00F14AA3">
        <w:t xml:space="preserve"> </w:t>
      </w:r>
      <w:proofErr w:type="spellStart"/>
      <w:r w:rsidRPr="00F14AA3">
        <w:t>udziału</w:t>
      </w:r>
      <w:proofErr w:type="spellEnd"/>
      <w:r w:rsidRPr="00F14AA3">
        <w:t xml:space="preserve"> w </w:t>
      </w:r>
      <w:proofErr w:type="spellStart"/>
      <w:r w:rsidRPr="00F14AA3">
        <w:t>postępowaniu</w:t>
      </w:r>
      <w:proofErr w:type="spellEnd"/>
      <w:r w:rsidRPr="00F14AA3">
        <w:t>.</w:t>
      </w:r>
    </w:p>
    <w:p w14:paraId="114CB789" w14:textId="77777777" w:rsidR="00E54091" w:rsidRPr="00F14AA3" w:rsidRDefault="00E54091" w:rsidP="00E54091">
      <w:pPr>
        <w:pStyle w:val="Nagwek3"/>
      </w:pPr>
      <w:r w:rsidRPr="00F14AA3">
        <w:lastRenderedPageBreak/>
        <w:t xml:space="preserve">11.4. Brak </w:t>
      </w:r>
      <w:proofErr w:type="spellStart"/>
      <w:r w:rsidRPr="00F14AA3">
        <w:t>powiązań</w:t>
      </w:r>
      <w:proofErr w:type="spellEnd"/>
      <w:r w:rsidRPr="00F14AA3">
        <w:t xml:space="preserve"> </w:t>
      </w:r>
      <w:proofErr w:type="spellStart"/>
      <w:r w:rsidRPr="00F14AA3">
        <w:t>osobowych</w:t>
      </w:r>
      <w:proofErr w:type="spellEnd"/>
      <w:r w:rsidRPr="00F14AA3">
        <w:t xml:space="preserve">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kapitałowych</w:t>
      </w:r>
      <w:proofErr w:type="spellEnd"/>
      <w:r w:rsidRPr="00F14AA3">
        <w:t xml:space="preserve"> (</w:t>
      </w:r>
      <w:proofErr w:type="spellStart"/>
      <w:r w:rsidRPr="00F14AA3">
        <w:t>konflikt</w:t>
      </w:r>
      <w:proofErr w:type="spellEnd"/>
      <w:r w:rsidRPr="00F14AA3">
        <w:t xml:space="preserve"> </w:t>
      </w:r>
      <w:proofErr w:type="spellStart"/>
      <w:r w:rsidRPr="00F14AA3">
        <w:t>interesów</w:t>
      </w:r>
      <w:proofErr w:type="spellEnd"/>
      <w:r w:rsidRPr="00F14AA3">
        <w:t>)</w:t>
      </w:r>
    </w:p>
    <w:p w14:paraId="189B0C91" w14:textId="77777777" w:rsidR="00E54091" w:rsidRPr="00F14AA3" w:rsidRDefault="00E54091" w:rsidP="00E54091">
      <w:pPr>
        <w:rPr>
          <w:rFonts w:ascii="Times New Roman" w:hAnsi="Times New Roman" w:cs="Times New Roman"/>
          <w:color w:val="000000"/>
          <w:sz w:val="22"/>
        </w:rPr>
      </w:pP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Zamówienia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nie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można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udzielić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podmiotom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powiązanym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z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Zamawiającym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osobowo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lub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kapitałowo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.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Przez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powiązania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osobowe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lub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kapitałowe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rozumie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się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wzajemne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powiązania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między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Zamawiającym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,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osobami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upoważnionymi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do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zaciągania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zobowiązań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w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imieniu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Zamawiającego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lub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osobami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wykonującymi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w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imieniu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Zamawiającego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czynności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związane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z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przygotowaniem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przeprowadzeniem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procedury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wyboru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Wykonawcy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a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Wykonawcą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,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polegające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w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szczególności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na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>:</w:t>
      </w:r>
    </w:p>
    <w:p w14:paraId="431AA35C" w14:textId="77777777" w:rsidR="00442504" w:rsidRDefault="00E54091" w:rsidP="00E54091">
      <w:pPr>
        <w:pStyle w:val="Listapunktowana"/>
      </w:pPr>
      <w:proofErr w:type="spellStart"/>
      <w:r w:rsidRPr="00F14AA3">
        <w:t>uczestniczeniu</w:t>
      </w:r>
      <w:proofErr w:type="spellEnd"/>
      <w:r w:rsidRPr="00F14AA3">
        <w:t xml:space="preserve"> w </w:t>
      </w:r>
      <w:proofErr w:type="spellStart"/>
      <w:r w:rsidRPr="00F14AA3">
        <w:t>spółce</w:t>
      </w:r>
      <w:proofErr w:type="spellEnd"/>
      <w:r w:rsidRPr="00F14AA3">
        <w:t xml:space="preserve"> </w:t>
      </w:r>
      <w:proofErr w:type="spellStart"/>
      <w:r w:rsidRPr="00F14AA3">
        <w:t>jako</w:t>
      </w:r>
      <w:proofErr w:type="spellEnd"/>
      <w:r w:rsidRPr="00F14AA3">
        <w:t xml:space="preserve"> </w:t>
      </w:r>
      <w:proofErr w:type="spellStart"/>
      <w:r w:rsidRPr="00F14AA3">
        <w:t>wspólnik</w:t>
      </w:r>
      <w:proofErr w:type="spellEnd"/>
      <w:r w:rsidRPr="00F14AA3">
        <w:t xml:space="preserve"> </w:t>
      </w:r>
      <w:proofErr w:type="spellStart"/>
      <w:r w:rsidRPr="00F14AA3">
        <w:t>spółki</w:t>
      </w:r>
      <w:proofErr w:type="spellEnd"/>
      <w:r w:rsidRPr="00F14AA3">
        <w:t xml:space="preserve"> </w:t>
      </w:r>
      <w:proofErr w:type="spellStart"/>
      <w:r w:rsidRPr="00F14AA3">
        <w:t>cywilnej</w:t>
      </w:r>
      <w:proofErr w:type="spellEnd"/>
      <w:r w:rsidRPr="00F14AA3">
        <w:t xml:space="preserve">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spółki</w:t>
      </w:r>
      <w:proofErr w:type="spellEnd"/>
      <w:r w:rsidRPr="00F14AA3">
        <w:t xml:space="preserve"> </w:t>
      </w:r>
      <w:proofErr w:type="spellStart"/>
      <w:r w:rsidRPr="00F14AA3">
        <w:t>osobowej</w:t>
      </w:r>
      <w:proofErr w:type="spellEnd"/>
      <w:r w:rsidRPr="00F14AA3">
        <w:t xml:space="preserve">, </w:t>
      </w:r>
      <w:proofErr w:type="spellStart"/>
      <w:r w:rsidRPr="00F14AA3">
        <w:t>posiadaniu</w:t>
      </w:r>
      <w:proofErr w:type="spellEnd"/>
      <w:r w:rsidRPr="00F14AA3">
        <w:t xml:space="preserve"> co </w:t>
      </w:r>
      <w:proofErr w:type="spellStart"/>
      <w:r w:rsidRPr="00F14AA3">
        <w:t>najmniej</w:t>
      </w:r>
      <w:proofErr w:type="spellEnd"/>
      <w:r w:rsidRPr="00F14AA3">
        <w:t xml:space="preserve"> 10% </w:t>
      </w:r>
      <w:proofErr w:type="spellStart"/>
      <w:r w:rsidRPr="00F14AA3">
        <w:t>udziałów</w:t>
      </w:r>
      <w:proofErr w:type="spellEnd"/>
      <w:r w:rsidRPr="00F14AA3">
        <w:t xml:space="preserve">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akcji</w:t>
      </w:r>
      <w:proofErr w:type="spellEnd"/>
      <w:r w:rsidRPr="00F14AA3">
        <w:t xml:space="preserve"> (o </w:t>
      </w:r>
      <w:proofErr w:type="spellStart"/>
      <w:r w:rsidRPr="00F14AA3">
        <w:t>ile</w:t>
      </w:r>
      <w:proofErr w:type="spellEnd"/>
      <w:r w:rsidRPr="00F14AA3">
        <w:t xml:space="preserve"> </w:t>
      </w:r>
      <w:proofErr w:type="spellStart"/>
      <w:r w:rsidRPr="00F14AA3">
        <w:t>niższy</w:t>
      </w:r>
      <w:proofErr w:type="spellEnd"/>
      <w:r w:rsidRPr="00F14AA3">
        <w:t xml:space="preserve"> </w:t>
      </w:r>
      <w:proofErr w:type="spellStart"/>
      <w:r w:rsidRPr="00F14AA3">
        <w:t>próg</w:t>
      </w:r>
      <w:proofErr w:type="spellEnd"/>
      <w:r w:rsidRPr="00F14AA3">
        <w:t xml:space="preserve"> </w:t>
      </w:r>
      <w:proofErr w:type="spellStart"/>
      <w:r w:rsidRPr="00F14AA3">
        <w:t>nie</w:t>
      </w:r>
      <w:proofErr w:type="spellEnd"/>
      <w:r w:rsidRPr="00F14AA3">
        <w:t xml:space="preserve"> </w:t>
      </w:r>
      <w:proofErr w:type="spellStart"/>
      <w:r w:rsidRPr="00F14AA3">
        <w:t>wynika</w:t>
      </w:r>
      <w:proofErr w:type="spellEnd"/>
      <w:r w:rsidRPr="00F14AA3">
        <w:t xml:space="preserve"> z </w:t>
      </w:r>
      <w:proofErr w:type="spellStart"/>
      <w:r w:rsidRPr="00F14AA3">
        <w:t>przepisów</w:t>
      </w:r>
      <w:proofErr w:type="spellEnd"/>
      <w:r w:rsidRPr="00F14AA3">
        <w:t xml:space="preserve"> </w:t>
      </w:r>
      <w:proofErr w:type="spellStart"/>
      <w:r w:rsidRPr="00F14AA3">
        <w:t>prawa</w:t>
      </w:r>
      <w:proofErr w:type="spellEnd"/>
      <w:r w:rsidRPr="00F14AA3">
        <w:t xml:space="preserve">), </w:t>
      </w:r>
      <w:proofErr w:type="spellStart"/>
      <w:r w:rsidRPr="00F14AA3">
        <w:t>pełnieniu</w:t>
      </w:r>
      <w:proofErr w:type="spellEnd"/>
      <w:r w:rsidRPr="00F14AA3">
        <w:t xml:space="preserve"> </w:t>
      </w:r>
      <w:proofErr w:type="spellStart"/>
      <w:r w:rsidRPr="00F14AA3">
        <w:t>funkcji</w:t>
      </w:r>
      <w:proofErr w:type="spellEnd"/>
      <w:r w:rsidRPr="00F14AA3">
        <w:t xml:space="preserve"> </w:t>
      </w:r>
      <w:proofErr w:type="spellStart"/>
      <w:r w:rsidRPr="00F14AA3">
        <w:t>członka</w:t>
      </w:r>
      <w:proofErr w:type="spellEnd"/>
      <w:r w:rsidRPr="00F14AA3">
        <w:t xml:space="preserve"> </w:t>
      </w:r>
      <w:proofErr w:type="spellStart"/>
      <w:r w:rsidRPr="00F14AA3">
        <w:t>organu</w:t>
      </w:r>
      <w:proofErr w:type="spellEnd"/>
      <w:r w:rsidRPr="00F14AA3">
        <w:t xml:space="preserve"> </w:t>
      </w:r>
      <w:proofErr w:type="spellStart"/>
      <w:r w:rsidRPr="00F14AA3">
        <w:t>nadzorczego</w:t>
      </w:r>
      <w:proofErr w:type="spellEnd"/>
      <w:r w:rsidRPr="00F14AA3">
        <w:t xml:space="preserve">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zarządzającego</w:t>
      </w:r>
      <w:proofErr w:type="spellEnd"/>
      <w:r w:rsidRPr="00F14AA3">
        <w:t xml:space="preserve">, </w:t>
      </w:r>
      <w:proofErr w:type="spellStart"/>
      <w:r w:rsidRPr="00F14AA3">
        <w:t>prokurenta</w:t>
      </w:r>
      <w:proofErr w:type="spellEnd"/>
      <w:r w:rsidRPr="00F14AA3">
        <w:t xml:space="preserve">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pełnomocnika</w:t>
      </w:r>
      <w:proofErr w:type="spellEnd"/>
      <w:r w:rsidRPr="00F14AA3">
        <w:t>;</w:t>
      </w:r>
    </w:p>
    <w:p w14:paraId="3CC587F9" w14:textId="77777777" w:rsidR="00E54091" w:rsidRPr="00F14AA3" w:rsidRDefault="00E54091" w:rsidP="00E54091">
      <w:pPr>
        <w:pStyle w:val="Listapunktowana"/>
      </w:pPr>
      <w:proofErr w:type="spellStart"/>
      <w:r w:rsidRPr="00F14AA3">
        <w:t>pozostawaniu</w:t>
      </w:r>
      <w:proofErr w:type="spellEnd"/>
      <w:r w:rsidRPr="00F14AA3">
        <w:t xml:space="preserve"> w </w:t>
      </w:r>
      <w:proofErr w:type="spellStart"/>
      <w:r w:rsidRPr="00F14AA3">
        <w:t>związku</w:t>
      </w:r>
      <w:proofErr w:type="spellEnd"/>
      <w:r w:rsidRPr="00F14AA3">
        <w:t xml:space="preserve"> </w:t>
      </w:r>
      <w:proofErr w:type="spellStart"/>
      <w:r w:rsidRPr="00F14AA3">
        <w:t>małżeńskim</w:t>
      </w:r>
      <w:proofErr w:type="spellEnd"/>
      <w:r w:rsidRPr="00F14AA3">
        <w:t xml:space="preserve">, w </w:t>
      </w:r>
      <w:proofErr w:type="spellStart"/>
      <w:r w:rsidRPr="00F14AA3">
        <w:t>stosunku</w:t>
      </w:r>
      <w:proofErr w:type="spellEnd"/>
      <w:r w:rsidRPr="00F14AA3">
        <w:t xml:space="preserve"> </w:t>
      </w:r>
      <w:proofErr w:type="spellStart"/>
      <w:r w:rsidRPr="00F14AA3">
        <w:t>pokrewieństwa</w:t>
      </w:r>
      <w:proofErr w:type="spellEnd"/>
      <w:r w:rsidRPr="00F14AA3">
        <w:t xml:space="preserve">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powinowactwa</w:t>
      </w:r>
      <w:proofErr w:type="spellEnd"/>
      <w:r w:rsidRPr="00F14AA3">
        <w:t xml:space="preserve"> w </w:t>
      </w:r>
      <w:proofErr w:type="spellStart"/>
      <w:r w:rsidRPr="00F14AA3">
        <w:t>linii</w:t>
      </w:r>
      <w:proofErr w:type="spellEnd"/>
      <w:r w:rsidRPr="00F14AA3">
        <w:t xml:space="preserve"> </w:t>
      </w:r>
      <w:proofErr w:type="spellStart"/>
      <w:r w:rsidRPr="00F14AA3">
        <w:t>prostej</w:t>
      </w:r>
      <w:proofErr w:type="spellEnd"/>
      <w:r w:rsidRPr="00F14AA3">
        <w:t xml:space="preserve">, </w:t>
      </w:r>
      <w:proofErr w:type="spellStart"/>
      <w:r w:rsidRPr="00F14AA3">
        <w:t>pokrewieństwa</w:t>
      </w:r>
      <w:proofErr w:type="spellEnd"/>
      <w:r w:rsidRPr="00F14AA3">
        <w:t xml:space="preserve">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powinowactwa</w:t>
      </w:r>
      <w:proofErr w:type="spellEnd"/>
      <w:r w:rsidRPr="00F14AA3">
        <w:t xml:space="preserve"> w </w:t>
      </w:r>
      <w:proofErr w:type="spellStart"/>
      <w:r w:rsidRPr="00F14AA3">
        <w:t>linii</w:t>
      </w:r>
      <w:proofErr w:type="spellEnd"/>
      <w:r w:rsidRPr="00F14AA3">
        <w:t xml:space="preserve"> </w:t>
      </w:r>
      <w:proofErr w:type="spellStart"/>
      <w:r w:rsidRPr="00F14AA3">
        <w:t>bocznej</w:t>
      </w:r>
      <w:proofErr w:type="spellEnd"/>
      <w:r w:rsidRPr="00F14AA3">
        <w:t xml:space="preserve"> do </w:t>
      </w:r>
      <w:proofErr w:type="spellStart"/>
      <w:r w:rsidRPr="00F14AA3">
        <w:t>drugiego</w:t>
      </w:r>
      <w:proofErr w:type="spellEnd"/>
      <w:r w:rsidRPr="00F14AA3">
        <w:t xml:space="preserve"> </w:t>
      </w:r>
      <w:proofErr w:type="spellStart"/>
      <w:r w:rsidRPr="00F14AA3">
        <w:t>stopnia</w:t>
      </w:r>
      <w:proofErr w:type="spellEnd"/>
      <w:r w:rsidRPr="00F14AA3">
        <w:t xml:space="preserve">, </w:t>
      </w:r>
      <w:proofErr w:type="spellStart"/>
      <w:r w:rsidRPr="00F14AA3">
        <w:t>albo</w:t>
      </w:r>
      <w:proofErr w:type="spellEnd"/>
      <w:r w:rsidRPr="00F14AA3">
        <w:t xml:space="preserve"> w </w:t>
      </w:r>
      <w:proofErr w:type="spellStart"/>
      <w:r w:rsidRPr="00F14AA3">
        <w:t>stosunku</w:t>
      </w:r>
      <w:proofErr w:type="spellEnd"/>
      <w:r w:rsidRPr="00F14AA3">
        <w:t xml:space="preserve"> </w:t>
      </w:r>
      <w:proofErr w:type="spellStart"/>
      <w:r w:rsidRPr="00F14AA3">
        <w:t>przysposobienia</w:t>
      </w:r>
      <w:proofErr w:type="spellEnd"/>
      <w:r w:rsidRPr="00F14AA3">
        <w:t xml:space="preserve">, </w:t>
      </w:r>
      <w:proofErr w:type="spellStart"/>
      <w:r w:rsidRPr="00F14AA3">
        <w:t>opieki</w:t>
      </w:r>
      <w:proofErr w:type="spellEnd"/>
      <w:r w:rsidRPr="00F14AA3">
        <w:t xml:space="preserve">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kurateli</w:t>
      </w:r>
      <w:proofErr w:type="spellEnd"/>
      <w:r w:rsidRPr="00F14AA3">
        <w:t xml:space="preserve">, a </w:t>
      </w:r>
      <w:proofErr w:type="spellStart"/>
      <w:r w:rsidRPr="00F14AA3">
        <w:t>także</w:t>
      </w:r>
      <w:proofErr w:type="spellEnd"/>
      <w:r w:rsidRPr="00F14AA3">
        <w:t xml:space="preserve"> </w:t>
      </w:r>
      <w:proofErr w:type="spellStart"/>
      <w:r w:rsidRPr="00F14AA3">
        <w:t>pozostawaniu</w:t>
      </w:r>
      <w:proofErr w:type="spellEnd"/>
      <w:r w:rsidRPr="00F14AA3">
        <w:t xml:space="preserve"> we </w:t>
      </w:r>
      <w:proofErr w:type="spellStart"/>
      <w:r w:rsidRPr="00F14AA3">
        <w:t>wspólnym</w:t>
      </w:r>
      <w:proofErr w:type="spellEnd"/>
      <w:r w:rsidRPr="00F14AA3">
        <w:t xml:space="preserve"> </w:t>
      </w:r>
      <w:proofErr w:type="spellStart"/>
      <w:r w:rsidRPr="00F14AA3">
        <w:t>pożyciu</w:t>
      </w:r>
      <w:proofErr w:type="spellEnd"/>
      <w:r w:rsidRPr="00F14AA3">
        <w:t xml:space="preserve"> z </w:t>
      </w:r>
      <w:proofErr w:type="spellStart"/>
      <w:r w:rsidRPr="00F14AA3">
        <w:t>Wykonawcą</w:t>
      </w:r>
      <w:proofErr w:type="spellEnd"/>
      <w:r w:rsidRPr="00F14AA3">
        <w:t xml:space="preserve">, </w:t>
      </w:r>
      <w:proofErr w:type="spellStart"/>
      <w:r w:rsidRPr="00F14AA3">
        <w:t>jego</w:t>
      </w:r>
      <w:proofErr w:type="spellEnd"/>
      <w:r w:rsidRPr="00F14AA3">
        <w:t xml:space="preserve"> </w:t>
      </w:r>
      <w:proofErr w:type="spellStart"/>
      <w:r w:rsidRPr="00F14AA3">
        <w:t>zastępcą</w:t>
      </w:r>
      <w:proofErr w:type="spellEnd"/>
      <w:r w:rsidRPr="00F14AA3">
        <w:t xml:space="preserve"> </w:t>
      </w:r>
      <w:proofErr w:type="spellStart"/>
      <w:r w:rsidRPr="00F14AA3">
        <w:t>prawnym</w:t>
      </w:r>
      <w:proofErr w:type="spellEnd"/>
      <w:r w:rsidRPr="00F14AA3">
        <w:t xml:space="preserve">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członkami</w:t>
      </w:r>
      <w:proofErr w:type="spellEnd"/>
      <w:r w:rsidRPr="00F14AA3">
        <w:t xml:space="preserve"> </w:t>
      </w:r>
      <w:proofErr w:type="spellStart"/>
      <w:r w:rsidRPr="00F14AA3">
        <w:t>organów</w:t>
      </w:r>
      <w:proofErr w:type="spellEnd"/>
      <w:r w:rsidRPr="00F14AA3">
        <w:t xml:space="preserve"> </w:t>
      </w:r>
      <w:proofErr w:type="spellStart"/>
      <w:r w:rsidRPr="00F14AA3">
        <w:t>zarządzających</w:t>
      </w:r>
      <w:proofErr w:type="spellEnd"/>
      <w:r w:rsidRPr="00F14AA3">
        <w:t xml:space="preserve">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nadzorczych</w:t>
      </w:r>
      <w:proofErr w:type="spellEnd"/>
      <w:r w:rsidRPr="00F14AA3">
        <w:t xml:space="preserve"> </w:t>
      </w:r>
      <w:proofErr w:type="spellStart"/>
      <w:r w:rsidRPr="00F14AA3">
        <w:t>Wykonawcy</w:t>
      </w:r>
      <w:proofErr w:type="spellEnd"/>
      <w:r w:rsidRPr="00F14AA3">
        <w:t>;</w:t>
      </w:r>
    </w:p>
    <w:p w14:paraId="791D42C1" w14:textId="77777777" w:rsidR="00E54091" w:rsidRPr="00F14AA3" w:rsidRDefault="00E54091" w:rsidP="00E54091">
      <w:pPr>
        <w:pStyle w:val="Listapunktowana"/>
      </w:pPr>
      <w:proofErr w:type="spellStart"/>
      <w:r w:rsidRPr="00F14AA3">
        <w:t>pozostawaniu</w:t>
      </w:r>
      <w:proofErr w:type="spellEnd"/>
      <w:r w:rsidRPr="00F14AA3">
        <w:t xml:space="preserve"> z </w:t>
      </w:r>
      <w:proofErr w:type="spellStart"/>
      <w:r w:rsidRPr="00F14AA3">
        <w:t>Wykonawcą</w:t>
      </w:r>
      <w:proofErr w:type="spellEnd"/>
      <w:r w:rsidRPr="00F14AA3">
        <w:t xml:space="preserve"> w </w:t>
      </w:r>
      <w:proofErr w:type="spellStart"/>
      <w:r w:rsidRPr="00F14AA3">
        <w:t>takim</w:t>
      </w:r>
      <w:proofErr w:type="spellEnd"/>
      <w:r w:rsidRPr="00F14AA3">
        <w:t xml:space="preserve"> </w:t>
      </w:r>
      <w:proofErr w:type="spellStart"/>
      <w:r w:rsidRPr="00F14AA3">
        <w:t>stosunku</w:t>
      </w:r>
      <w:proofErr w:type="spellEnd"/>
      <w:r w:rsidRPr="00F14AA3">
        <w:t xml:space="preserve"> </w:t>
      </w:r>
      <w:proofErr w:type="spellStart"/>
      <w:r w:rsidRPr="00F14AA3">
        <w:t>prawnym</w:t>
      </w:r>
      <w:proofErr w:type="spellEnd"/>
      <w:r w:rsidRPr="00F14AA3">
        <w:t xml:space="preserve">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faktycznym</w:t>
      </w:r>
      <w:proofErr w:type="spellEnd"/>
      <w:r w:rsidRPr="00F14AA3">
        <w:t xml:space="preserve">, </w:t>
      </w:r>
      <w:proofErr w:type="spellStart"/>
      <w:r w:rsidRPr="00F14AA3">
        <w:t>że</w:t>
      </w:r>
      <w:proofErr w:type="spellEnd"/>
      <w:r w:rsidRPr="00F14AA3">
        <w:t xml:space="preserve"> </w:t>
      </w:r>
      <w:proofErr w:type="spellStart"/>
      <w:r w:rsidRPr="00F14AA3">
        <w:t>istnieje</w:t>
      </w:r>
      <w:proofErr w:type="spellEnd"/>
      <w:r w:rsidRPr="00F14AA3">
        <w:t xml:space="preserve"> </w:t>
      </w:r>
      <w:proofErr w:type="spellStart"/>
      <w:r w:rsidRPr="00F14AA3">
        <w:t>uzasadniona</w:t>
      </w:r>
      <w:proofErr w:type="spellEnd"/>
      <w:r w:rsidRPr="00F14AA3">
        <w:t xml:space="preserve"> </w:t>
      </w:r>
      <w:proofErr w:type="spellStart"/>
      <w:r w:rsidRPr="00F14AA3">
        <w:t>wątpliwość</w:t>
      </w:r>
      <w:proofErr w:type="spellEnd"/>
      <w:r w:rsidRPr="00F14AA3">
        <w:t xml:space="preserve"> co do </w:t>
      </w:r>
      <w:proofErr w:type="spellStart"/>
      <w:r w:rsidRPr="00F14AA3">
        <w:t>bezstronności</w:t>
      </w:r>
      <w:proofErr w:type="spellEnd"/>
      <w:r w:rsidRPr="00F14AA3">
        <w:t xml:space="preserve">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niezależności</w:t>
      </w:r>
      <w:proofErr w:type="spellEnd"/>
      <w:r w:rsidRPr="00F14AA3">
        <w:t xml:space="preserve"> w </w:t>
      </w:r>
      <w:proofErr w:type="spellStart"/>
      <w:r w:rsidRPr="00F14AA3">
        <w:t>związku</w:t>
      </w:r>
      <w:proofErr w:type="spellEnd"/>
      <w:r w:rsidRPr="00F14AA3">
        <w:t xml:space="preserve"> z </w:t>
      </w:r>
      <w:proofErr w:type="spellStart"/>
      <w:r w:rsidRPr="00F14AA3">
        <w:t>postępowaniem</w:t>
      </w:r>
      <w:proofErr w:type="spellEnd"/>
      <w:r w:rsidRPr="00F14AA3">
        <w:t xml:space="preserve"> o </w:t>
      </w:r>
      <w:proofErr w:type="spellStart"/>
      <w:r w:rsidRPr="00F14AA3">
        <w:t>udzielenie</w:t>
      </w:r>
      <w:proofErr w:type="spellEnd"/>
      <w:r w:rsidRPr="00F14AA3">
        <w:t xml:space="preserve"> </w:t>
      </w:r>
      <w:proofErr w:type="spellStart"/>
      <w:r w:rsidRPr="00F14AA3">
        <w:t>zamówienia</w:t>
      </w:r>
      <w:proofErr w:type="spellEnd"/>
      <w:r w:rsidRPr="00F14AA3">
        <w:t>.</w:t>
      </w:r>
    </w:p>
    <w:p w14:paraId="3F3A56BE" w14:textId="77777777" w:rsidR="00E54091" w:rsidRPr="00F14AA3" w:rsidRDefault="00E54091" w:rsidP="00E54091">
      <w:pPr>
        <w:rPr>
          <w:rFonts w:ascii="Times New Roman" w:hAnsi="Times New Roman" w:cs="Times New Roman"/>
          <w:color w:val="000000"/>
          <w:sz w:val="22"/>
        </w:rPr>
      </w:pP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Spełnienie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warunku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weryfikowane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jest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na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podstawie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oświadczenia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zawartego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w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formularzu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ofertowym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.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Wykonawca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powiązany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z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Zamawiającym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podlega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wykluczeniu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, a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jego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oferta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–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odrzuceniu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>.</w:t>
      </w:r>
    </w:p>
    <w:p w14:paraId="3FD61E78" w14:textId="77777777" w:rsidR="00E54091" w:rsidRPr="00F14AA3" w:rsidRDefault="00E54091" w:rsidP="00E54091">
      <w:pPr>
        <w:pStyle w:val="Nagwek3"/>
      </w:pPr>
      <w:r w:rsidRPr="00F14AA3">
        <w:t xml:space="preserve">11.5. </w:t>
      </w:r>
      <w:proofErr w:type="spellStart"/>
      <w:r w:rsidRPr="00F14AA3">
        <w:t>Podstawy</w:t>
      </w:r>
      <w:proofErr w:type="spellEnd"/>
      <w:r w:rsidRPr="00F14AA3">
        <w:t xml:space="preserve"> </w:t>
      </w:r>
      <w:proofErr w:type="spellStart"/>
      <w:r w:rsidRPr="00F14AA3">
        <w:t>wykluczenia</w:t>
      </w:r>
      <w:proofErr w:type="spellEnd"/>
    </w:p>
    <w:p w14:paraId="1218AC5F" w14:textId="77777777" w:rsidR="00E54091" w:rsidRPr="00F14AA3" w:rsidRDefault="00E54091" w:rsidP="00E54091">
      <w:pPr>
        <w:rPr>
          <w:rFonts w:ascii="Times New Roman" w:hAnsi="Times New Roman" w:cs="Times New Roman"/>
          <w:color w:val="000000"/>
          <w:sz w:val="22"/>
        </w:rPr>
      </w:pPr>
      <w:r w:rsidRPr="00F14AA3">
        <w:rPr>
          <w:rFonts w:ascii="Times New Roman" w:hAnsi="Times New Roman" w:cs="Times New Roman"/>
          <w:color w:val="000000"/>
          <w:sz w:val="22"/>
        </w:rPr>
        <w:t xml:space="preserve">Z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postępowania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wyklucza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się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Wykonawcę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>:</w:t>
      </w:r>
    </w:p>
    <w:p w14:paraId="2309FD21" w14:textId="77777777" w:rsidR="00E54091" w:rsidRPr="00F14AA3" w:rsidRDefault="00E54091" w:rsidP="00E54091">
      <w:pPr>
        <w:pStyle w:val="Listapunktowana"/>
      </w:pPr>
      <w:proofErr w:type="spellStart"/>
      <w:r w:rsidRPr="00F14AA3">
        <w:t>wobec</w:t>
      </w:r>
      <w:proofErr w:type="spellEnd"/>
      <w:r w:rsidRPr="00F14AA3">
        <w:t xml:space="preserve"> </w:t>
      </w:r>
      <w:proofErr w:type="spellStart"/>
      <w:r w:rsidRPr="00F14AA3">
        <w:t>którego</w:t>
      </w:r>
      <w:proofErr w:type="spellEnd"/>
      <w:r w:rsidRPr="00F14AA3">
        <w:t xml:space="preserve"> </w:t>
      </w:r>
      <w:proofErr w:type="spellStart"/>
      <w:r w:rsidRPr="00F14AA3">
        <w:t>zachodzą</w:t>
      </w:r>
      <w:proofErr w:type="spellEnd"/>
      <w:r w:rsidRPr="00F14AA3">
        <w:t xml:space="preserve"> </w:t>
      </w:r>
      <w:proofErr w:type="spellStart"/>
      <w:r w:rsidRPr="00F14AA3">
        <w:t>przesłanki</w:t>
      </w:r>
      <w:proofErr w:type="spellEnd"/>
      <w:r w:rsidRPr="00F14AA3">
        <w:t xml:space="preserve"> </w:t>
      </w:r>
      <w:proofErr w:type="spellStart"/>
      <w:r w:rsidRPr="00F14AA3">
        <w:t>wykluczenia</w:t>
      </w:r>
      <w:proofErr w:type="spellEnd"/>
      <w:r w:rsidRPr="00F14AA3">
        <w:t xml:space="preserve"> </w:t>
      </w:r>
      <w:proofErr w:type="spellStart"/>
      <w:r w:rsidRPr="00F14AA3">
        <w:t>określone</w:t>
      </w:r>
      <w:proofErr w:type="spellEnd"/>
      <w:r w:rsidRPr="00F14AA3">
        <w:t xml:space="preserve"> </w:t>
      </w:r>
      <w:proofErr w:type="spellStart"/>
      <w:r w:rsidRPr="00F14AA3">
        <w:t>w art</w:t>
      </w:r>
      <w:proofErr w:type="spellEnd"/>
      <w:r w:rsidRPr="00F14AA3">
        <w:t xml:space="preserve">. 7 </w:t>
      </w:r>
      <w:proofErr w:type="spellStart"/>
      <w:r w:rsidRPr="00F14AA3">
        <w:t>ust</w:t>
      </w:r>
      <w:proofErr w:type="spellEnd"/>
      <w:r w:rsidRPr="00F14AA3">
        <w:t xml:space="preserve">. 1 </w:t>
      </w:r>
      <w:proofErr w:type="spellStart"/>
      <w:r w:rsidRPr="00F14AA3">
        <w:t>ustawy</w:t>
      </w:r>
      <w:proofErr w:type="spellEnd"/>
      <w:r w:rsidRPr="00F14AA3">
        <w:t xml:space="preserve"> z </w:t>
      </w:r>
      <w:proofErr w:type="spellStart"/>
      <w:r w:rsidRPr="00F14AA3">
        <w:t>dnia</w:t>
      </w:r>
      <w:proofErr w:type="spellEnd"/>
      <w:r w:rsidRPr="00F14AA3">
        <w:t xml:space="preserve"> 13 </w:t>
      </w:r>
      <w:proofErr w:type="spellStart"/>
      <w:r w:rsidRPr="00F14AA3">
        <w:t>kwietnia</w:t>
      </w:r>
      <w:proofErr w:type="spellEnd"/>
      <w:r w:rsidRPr="00F14AA3">
        <w:t xml:space="preserve"> 2022 r. o </w:t>
      </w:r>
      <w:proofErr w:type="spellStart"/>
      <w:r w:rsidRPr="00F14AA3">
        <w:t>szczególnych</w:t>
      </w:r>
      <w:proofErr w:type="spellEnd"/>
      <w:r w:rsidRPr="00F14AA3">
        <w:t xml:space="preserve"> </w:t>
      </w:r>
      <w:proofErr w:type="spellStart"/>
      <w:r w:rsidRPr="00F14AA3">
        <w:t>rozwiązaniach</w:t>
      </w:r>
      <w:proofErr w:type="spellEnd"/>
      <w:r w:rsidRPr="00F14AA3">
        <w:t xml:space="preserve"> w </w:t>
      </w:r>
      <w:proofErr w:type="spellStart"/>
      <w:r w:rsidRPr="00F14AA3">
        <w:t>zakresie</w:t>
      </w:r>
      <w:proofErr w:type="spellEnd"/>
      <w:r w:rsidRPr="00F14AA3">
        <w:t xml:space="preserve"> </w:t>
      </w:r>
      <w:proofErr w:type="spellStart"/>
      <w:r w:rsidRPr="00F14AA3">
        <w:t>przeciwdziałania</w:t>
      </w:r>
      <w:proofErr w:type="spellEnd"/>
      <w:r w:rsidRPr="00F14AA3">
        <w:t xml:space="preserve"> </w:t>
      </w:r>
      <w:proofErr w:type="spellStart"/>
      <w:r w:rsidRPr="00F14AA3">
        <w:t>wspieraniu</w:t>
      </w:r>
      <w:proofErr w:type="spellEnd"/>
      <w:r w:rsidRPr="00F14AA3">
        <w:t xml:space="preserve"> </w:t>
      </w:r>
      <w:proofErr w:type="spellStart"/>
      <w:r w:rsidRPr="00F14AA3">
        <w:t>agresji</w:t>
      </w:r>
      <w:proofErr w:type="spellEnd"/>
      <w:r w:rsidRPr="00F14AA3">
        <w:t xml:space="preserve"> </w:t>
      </w:r>
      <w:proofErr w:type="spellStart"/>
      <w:r w:rsidRPr="00F14AA3">
        <w:t>na</w:t>
      </w:r>
      <w:proofErr w:type="spellEnd"/>
      <w:r w:rsidRPr="00F14AA3">
        <w:t xml:space="preserve"> </w:t>
      </w:r>
      <w:proofErr w:type="spellStart"/>
      <w:r w:rsidRPr="00F14AA3">
        <w:t>Ukrainę</w:t>
      </w:r>
      <w:proofErr w:type="spellEnd"/>
      <w:r w:rsidRPr="00F14AA3">
        <w:t xml:space="preserve"> </w:t>
      </w:r>
      <w:proofErr w:type="spellStart"/>
      <w:r w:rsidRPr="00F14AA3">
        <w:t>oraz</w:t>
      </w:r>
      <w:proofErr w:type="spellEnd"/>
      <w:r w:rsidRPr="00F14AA3">
        <w:t xml:space="preserve"> </w:t>
      </w:r>
      <w:proofErr w:type="spellStart"/>
      <w:r w:rsidRPr="00F14AA3">
        <w:t>służących</w:t>
      </w:r>
      <w:proofErr w:type="spellEnd"/>
      <w:r w:rsidRPr="00F14AA3">
        <w:t xml:space="preserve"> </w:t>
      </w:r>
      <w:proofErr w:type="spellStart"/>
      <w:r w:rsidRPr="00F14AA3">
        <w:t>ochronie</w:t>
      </w:r>
      <w:proofErr w:type="spellEnd"/>
      <w:r w:rsidRPr="00F14AA3">
        <w:t xml:space="preserve"> </w:t>
      </w:r>
      <w:proofErr w:type="spellStart"/>
      <w:r w:rsidRPr="00F14AA3">
        <w:t>bezpieczeństwa</w:t>
      </w:r>
      <w:proofErr w:type="spellEnd"/>
      <w:r w:rsidRPr="00F14AA3">
        <w:t xml:space="preserve"> </w:t>
      </w:r>
      <w:proofErr w:type="spellStart"/>
      <w:r w:rsidRPr="00F14AA3">
        <w:t>narodowego</w:t>
      </w:r>
      <w:proofErr w:type="spellEnd"/>
      <w:r w:rsidRPr="00F14AA3">
        <w:t>;</w:t>
      </w:r>
    </w:p>
    <w:p w14:paraId="4E6B6E4D" w14:textId="77777777" w:rsidR="00E54091" w:rsidRPr="00F14AA3" w:rsidRDefault="00E54091" w:rsidP="00E54091">
      <w:pPr>
        <w:pStyle w:val="Listapunktowana"/>
      </w:pPr>
      <w:proofErr w:type="spellStart"/>
      <w:r w:rsidRPr="00F14AA3">
        <w:t>będącego</w:t>
      </w:r>
      <w:proofErr w:type="spellEnd"/>
      <w:r w:rsidRPr="00F14AA3">
        <w:t xml:space="preserve"> </w:t>
      </w:r>
      <w:proofErr w:type="spellStart"/>
      <w:r w:rsidRPr="00F14AA3">
        <w:t>podmiotem</w:t>
      </w:r>
      <w:proofErr w:type="spellEnd"/>
      <w:r w:rsidRPr="00F14AA3">
        <w:t xml:space="preserve">, o </w:t>
      </w:r>
      <w:proofErr w:type="spellStart"/>
      <w:r w:rsidRPr="00F14AA3">
        <w:t>którym</w:t>
      </w:r>
      <w:proofErr w:type="spellEnd"/>
      <w:r w:rsidRPr="00F14AA3">
        <w:t xml:space="preserve"> </w:t>
      </w:r>
      <w:proofErr w:type="spellStart"/>
      <w:r w:rsidRPr="00F14AA3">
        <w:t>mowa</w:t>
      </w:r>
      <w:proofErr w:type="spellEnd"/>
      <w:r w:rsidRPr="00F14AA3">
        <w:t xml:space="preserve"> </w:t>
      </w:r>
      <w:proofErr w:type="spellStart"/>
      <w:r w:rsidRPr="00F14AA3">
        <w:t>w art</w:t>
      </w:r>
      <w:proofErr w:type="spellEnd"/>
      <w:r w:rsidRPr="00F14AA3">
        <w:t xml:space="preserve">. 5k </w:t>
      </w:r>
      <w:proofErr w:type="spellStart"/>
      <w:r w:rsidRPr="00F14AA3">
        <w:t>rozporządzenia</w:t>
      </w:r>
      <w:proofErr w:type="spellEnd"/>
      <w:r w:rsidRPr="00F14AA3">
        <w:t xml:space="preserve"> Rady (UE) nr 833/2014 z </w:t>
      </w:r>
      <w:proofErr w:type="spellStart"/>
      <w:r w:rsidRPr="00F14AA3">
        <w:t>dnia</w:t>
      </w:r>
      <w:proofErr w:type="spellEnd"/>
      <w:r w:rsidRPr="00F14AA3">
        <w:t xml:space="preserve"> 31 </w:t>
      </w:r>
      <w:proofErr w:type="spellStart"/>
      <w:r w:rsidRPr="00F14AA3">
        <w:t>lipca</w:t>
      </w:r>
      <w:proofErr w:type="spellEnd"/>
      <w:r w:rsidRPr="00F14AA3">
        <w:t xml:space="preserve"> 2014 r. </w:t>
      </w:r>
      <w:proofErr w:type="spellStart"/>
      <w:r w:rsidRPr="00F14AA3">
        <w:t>dotyczącego</w:t>
      </w:r>
      <w:proofErr w:type="spellEnd"/>
      <w:r w:rsidRPr="00F14AA3">
        <w:t xml:space="preserve"> </w:t>
      </w:r>
      <w:proofErr w:type="spellStart"/>
      <w:r w:rsidRPr="00F14AA3">
        <w:t>środków</w:t>
      </w:r>
      <w:proofErr w:type="spellEnd"/>
      <w:r w:rsidRPr="00F14AA3">
        <w:t xml:space="preserve"> </w:t>
      </w:r>
      <w:proofErr w:type="spellStart"/>
      <w:r w:rsidRPr="00F14AA3">
        <w:t>ograniczających</w:t>
      </w:r>
      <w:proofErr w:type="spellEnd"/>
      <w:r w:rsidRPr="00F14AA3">
        <w:t xml:space="preserve"> w </w:t>
      </w:r>
      <w:proofErr w:type="spellStart"/>
      <w:r w:rsidRPr="00F14AA3">
        <w:t>związku</w:t>
      </w:r>
      <w:proofErr w:type="spellEnd"/>
      <w:r w:rsidRPr="00F14AA3">
        <w:t xml:space="preserve"> z </w:t>
      </w:r>
      <w:proofErr w:type="spellStart"/>
      <w:r w:rsidRPr="00F14AA3">
        <w:t>działaniami</w:t>
      </w:r>
      <w:proofErr w:type="spellEnd"/>
      <w:r w:rsidRPr="00F14AA3">
        <w:t xml:space="preserve"> </w:t>
      </w:r>
      <w:proofErr w:type="spellStart"/>
      <w:r w:rsidRPr="00F14AA3">
        <w:t>Rosji</w:t>
      </w:r>
      <w:proofErr w:type="spellEnd"/>
      <w:r w:rsidRPr="00F14AA3">
        <w:t xml:space="preserve"> </w:t>
      </w:r>
      <w:proofErr w:type="spellStart"/>
      <w:r w:rsidRPr="00F14AA3">
        <w:t>destabilizującymi</w:t>
      </w:r>
      <w:proofErr w:type="spellEnd"/>
      <w:r w:rsidRPr="00F14AA3">
        <w:t xml:space="preserve"> </w:t>
      </w:r>
      <w:proofErr w:type="spellStart"/>
      <w:r w:rsidRPr="00F14AA3">
        <w:t>sytuację</w:t>
      </w:r>
      <w:proofErr w:type="spellEnd"/>
      <w:r w:rsidRPr="00F14AA3">
        <w:t xml:space="preserve"> </w:t>
      </w:r>
      <w:proofErr w:type="spellStart"/>
      <w:r w:rsidRPr="00F14AA3">
        <w:t>na</w:t>
      </w:r>
      <w:proofErr w:type="spellEnd"/>
      <w:r w:rsidRPr="00F14AA3">
        <w:t xml:space="preserve"> </w:t>
      </w:r>
      <w:proofErr w:type="spellStart"/>
      <w:r w:rsidRPr="00F14AA3">
        <w:t>Ukrainie</w:t>
      </w:r>
      <w:proofErr w:type="spellEnd"/>
      <w:r w:rsidRPr="00F14AA3">
        <w:t xml:space="preserve">,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korzystającego</w:t>
      </w:r>
      <w:proofErr w:type="spellEnd"/>
      <w:r w:rsidRPr="00F14AA3">
        <w:t xml:space="preserve"> z </w:t>
      </w:r>
      <w:proofErr w:type="spellStart"/>
      <w:r w:rsidRPr="00F14AA3">
        <w:t>podwykonawców</w:t>
      </w:r>
      <w:proofErr w:type="spellEnd"/>
      <w:r w:rsidRPr="00F14AA3">
        <w:t xml:space="preserve"> </w:t>
      </w:r>
      <w:proofErr w:type="spellStart"/>
      <w:r w:rsidRPr="00F14AA3">
        <w:t>albo</w:t>
      </w:r>
      <w:proofErr w:type="spellEnd"/>
      <w:r w:rsidRPr="00F14AA3">
        <w:t xml:space="preserve"> </w:t>
      </w:r>
      <w:proofErr w:type="spellStart"/>
      <w:r w:rsidRPr="00F14AA3">
        <w:t>podmiotów</w:t>
      </w:r>
      <w:proofErr w:type="spellEnd"/>
      <w:r w:rsidRPr="00F14AA3">
        <w:t xml:space="preserve"> </w:t>
      </w:r>
      <w:proofErr w:type="spellStart"/>
      <w:r w:rsidRPr="00F14AA3">
        <w:t>udostępniających</w:t>
      </w:r>
      <w:proofErr w:type="spellEnd"/>
      <w:r w:rsidRPr="00F14AA3">
        <w:t xml:space="preserve"> </w:t>
      </w:r>
      <w:proofErr w:type="spellStart"/>
      <w:r w:rsidRPr="00F14AA3">
        <w:t>zasoby</w:t>
      </w:r>
      <w:proofErr w:type="spellEnd"/>
      <w:r w:rsidRPr="00F14AA3">
        <w:t xml:space="preserve">, o </w:t>
      </w:r>
      <w:proofErr w:type="spellStart"/>
      <w:r w:rsidRPr="00F14AA3">
        <w:t>których</w:t>
      </w:r>
      <w:proofErr w:type="spellEnd"/>
      <w:r w:rsidRPr="00F14AA3">
        <w:t xml:space="preserve"> </w:t>
      </w:r>
      <w:proofErr w:type="spellStart"/>
      <w:r w:rsidRPr="00F14AA3">
        <w:t>mowa</w:t>
      </w:r>
      <w:proofErr w:type="spellEnd"/>
      <w:r w:rsidRPr="00F14AA3">
        <w:t xml:space="preserve"> w </w:t>
      </w:r>
      <w:proofErr w:type="spellStart"/>
      <w:r w:rsidRPr="00F14AA3">
        <w:t>tym</w:t>
      </w:r>
      <w:proofErr w:type="spellEnd"/>
      <w:r w:rsidRPr="00F14AA3">
        <w:t xml:space="preserve"> </w:t>
      </w:r>
      <w:proofErr w:type="spellStart"/>
      <w:r w:rsidRPr="00F14AA3">
        <w:t>przepisie</w:t>
      </w:r>
      <w:proofErr w:type="spellEnd"/>
      <w:r w:rsidRPr="00F14AA3">
        <w:t xml:space="preserve">, w </w:t>
      </w:r>
      <w:proofErr w:type="spellStart"/>
      <w:r w:rsidRPr="00F14AA3">
        <w:t>zakresie</w:t>
      </w:r>
      <w:proofErr w:type="spellEnd"/>
      <w:r w:rsidRPr="00F14AA3">
        <w:t xml:space="preserve"> </w:t>
      </w:r>
      <w:proofErr w:type="spellStart"/>
      <w:r w:rsidRPr="00F14AA3">
        <w:t>przekraczającym</w:t>
      </w:r>
      <w:proofErr w:type="spellEnd"/>
      <w:r w:rsidRPr="00F14AA3">
        <w:t xml:space="preserve"> 10% </w:t>
      </w:r>
      <w:proofErr w:type="spellStart"/>
      <w:r w:rsidRPr="00F14AA3">
        <w:t>wartości</w:t>
      </w:r>
      <w:proofErr w:type="spellEnd"/>
      <w:r w:rsidRPr="00F14AA3">
        <w:t xml:space="preserve"> </w:t>
      </w:r>
      <w:proofErr w:type="spellStart"/>
      <w:r w:rsidRPr="00F14AA3">
        <w:t>zamówienia</w:t>
      </w:r>
      <w:proofErr w:type="spellEnd"/>
      <w:r w:rsidRPr="00F14AA3">
        <w:t>;</w:t>
      </w:r>
    </w:p>
    <w:p w14:paraId="654BCB10" w14:textId="77777777" w:rsidR="00E54091" w:rsidRPr="00F14AA3" w:rsidRDefault="00E54091" w:rsidP="00E54091">
      <w:pPr>
        <w:pStyle w:val="Listapunktowana"/>
      </w:pPr>
      <w:r w:rsidRPr="00F14AA3">
        <w:t xml:space="preserve">w </w:t>
      </w:r>
      <w:proofErr w:type="spellStart"/>
      <w:r w:rsidRPr="00F14AA3">
        <w:t>stosunku</w:t>
      </w:r>
      <w:proofErr w:type="spellEnd"/>
      <w:r w:rsidRPr="00F14AA3">
        <w:t xml:space="preserve"> do </w:t>
      </w:r>
      <w:proofErr w:type="spellStart"/>
      <w:r w:rsidRPr="00F14AA3">
        <w:t>którego</w:t>
      </w:r>
      <w:proofErr w:type="spellEnd"/>
      <w:r w:rsidRPr="00F14AA3">
        <w:t xml:space="preserve"> </w:t>
      </w:r>
      <w:proofErr w:type="spellStart"/>
      <w:r w:rsidRPr="00F14AA3">
        <w:t>otwarto</w:t>
      </w:r>
      <w:proofErr w:type="spellEnd"/>
      <w:r w:rsidRPr="00F14AA3">
        <w:t xml:space="preserve"> </w:t>
      </w:r>
      <w:proofErr w:type="spellStart"/>
      <w:r w:rsidRPr="00F14AA3">
        <w:t>likwidację</w:t>
      </w:r>
      <w:proofErr w:type="spellEnd"/>
      <w:r w:rsidRPr="00F14AA3">
        <w:t xml:space="preserve">, </w:t>
      </w:r>
      <w:proofErr w:type="spellStart"/>
      <w:r w:rsidRPr="00F14AA3">
        <w:t>ogłoszono</w:t>
      </w:r>
      <w:proofErr w:type="spellEnd"/>
      <w:r w:rsidRPr="00F14AA3">
        <w:t xml:space="preserve"> </w:t>
      </w:r>
      <w:proofErr w:type="spellStart"/>
      <w:r w:rsidRPr="00F14AA3">
        <w:t>upadłość</w:t>
      </w:r>
      <w:proofErr w:type="spellEnd"/>
      <w:r w:rsidRPr="00F14AA3">
        <w:t xml:space="preserve">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którego</w:t>
      </w:r>
      <w:proofErr w:type="spellEnd"/>
      <w:r w:rsidRPr="00F14AA3">
        <w:t xml:space="preserve"> </w:t>
      </w:r>
      <w:proofErr w:type="spellStart"/>
      <w:r w:rsidRPr="00F14AA3">
        <w:t>aktywami</w:t>
      </w:r>
      <w:proofErr w:type="spellEnd"/>
      <w:r w:rsidRPr="00F14AA3">
        <w:t xml:space="preserve"> </w:t>
      </w:r>
      <w:proofErr w:type="spellStart"/>
      <w:r w:rsidRPr="00F14AA3">
        <w:t>zarządza</w:t>
      </w:r>
      <w:proofErr w:type="spellEnd"/>
      <w:r w:rsidRPr="00F14AA3">
        <w:t xml:space="preserve"> </w:t>
      </w:r>
      <w:proofErr w:type="spellStart"/>
      <w:r w:rsidRPr="00F14AA3">
        <w:t>likwidator</w:t>
      </w:r>
      <w:proofErr w:type="spellEnd"/>
      <w:r w:rsidRPr="00F14AA3">
        <w:t xml:space="preserve">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sąd</w:t>
      </w:r>
      <w:proofErr w:type="spellEnd"/>
      <w:r w:rsidRPr="00F14AA3">
        <w:t>.</w:t>
      </w:r>
    </w:p>
    <w:p w14:paraId="3FA9D635" w14:textId="77777777" w:rsidR="00E54091" w:rsidRPr="00F14AA3" w:rsidRDefault="00E54091" w:rsidP="00E54091">
      <w:pPr>
        <w:pStyle w:val="Nagwek3"/>
      </w:pPr>
      <w:r w:rsidRPr="00F14AA3">
        <w:t xml:space="preserve">11.6. </w:t>
      </w:r>
      <w:proofErr w:type="spellStart"/>
      <w:r w:rsidRPr="00F14AA3">
        <w:t>Wspólne</w:t>
      </w:r>
      <w:proofErr w:type="spellEnd"/>
      <w:r w:rsidRPr="00F14AA3">
        <w:t xml:space="preserve"> </w:t>
      </w:r>
      <w:proofErr w:type="spellStart"/>
      <w:r w:rsidRPr="00F14AA3">
        <w:t>ubieganie</w:t>
      </w:r>
      <w:proofErr w:type="spellEnd"/>
      <w:r w:rsidRPr="00F14AA3">
        <w:t xml:space="preserve"> </w:t>
      </w:r>
      <w:proofErr w:type="spellStart"/>
      <w:r w:rsidRPr="00F14AA3">
        <w:t>się</w:t>
      </w:r>
      <w:proofErr w:type="spellEnd"/>
      <w:r w:rsidRPr="00F14AA3">
        <w:t xml:space="preserve"> o </w:t>
      </w:r>
      <w:proofErr w:type="spellStart"/>
      <w:r w:rsidRPr="00F14AA3">
        <w:t>zamówienie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poleganie</w:t>
      </w:r>
      <w:proofErr w:type="spellEnd"/>
      <w:r w:rsidRPr="00F14AA3">
        <w:t xml:space="preserve"> </w:t>
      </w:r>
      <w:proofErr w:type="spellStart"/>
      <w:r w:rsidRPr="00F14AA3">
        <w:t>na</w:t>
      </w:r>
      <w:proofErr w:type="spellEnd"/>
      <w:r w:rsidRPr="00F14AA3">
        <w:t xml:space="preserve"> </w:t>
      </w:r>
      <w:proofErr w:type="spellStart"/>
      <w:r w:rsidRPr="00F14AA3">
        <w:t>zasobach</w:t>
      </w:r>
      <w:proofErr w:type="spellEnd"/>
      <w:r w:rsidRPr="00F14AA3">
        <w:t xml:space="preserve"> </w:t>
      </w:r>
      <w:proofErr w:type="spellStart"/>
      <w:r w:rsidRPr="00F14AA3">
        <w:t>innych</w:t>
      </w:r>
      <w:proofErr w:type="spellEnd"/>
      <w:r w:rsidRPr="00F14AA3">
        <w:t xml:space="preserve"> </w:t>
      </w:r>
      <w:proofErr w:type="spellStart"/>
      <w:r w:rsidRPr="00F14AA3">
        <w:t>podmiotów</w:t>
      </w:r>
      <w:proofErr w:type="spellEnd"/>
    </w:p>
    <w:p w14:paraId="3E3B59B2" w14:textId="77777777" w:rsidR="00E54091" w:rsidRPr="00F14AA3" w:rsidRDefault="00E54091" w:rsidP="00E54091">
      <w:pPr>
        <w:pStyle w:val="Listapunktowana"/>
      </w:pPr>
      <w:proofErr w:type="spellStart"/>
      <w:r w:rsidRPr="00F14AA3">
        <w:t>Wykonawcy</w:t>
      </w:r>
      <w:proofErr w:type="spellEnd"/>
      <w:r w:rsidRPr="00F14AA3">
        <w:t xml:space="preserve"> </w:t>
      </w:r>
      <w:proofErr w:type="spellStart"/>
      <w:r w:rsidRPr="00F14AA3">
        <w:t>mogą</w:t>
      </w:r>
      <w:proofErr w:type="spellEnd"/>
      <w:r w:rsidRPr="00F14AA3">
        <w:t xml:space="preserve"> </w:t>
      </w:r>
      <w:proofErr w:type="spellStart"/>
      <w:r w:rsidRPr="00F14AA3">
        <w:t>wspólnie</w:t>
      </w:r>
      <w:proofErr w:type="spellEnd"/>
      <w:r w:rsidRPr="00F14AA3">
        <w:t xml:space="preserve"> </w:t>
      </w:r>
      <w:proofErr w:type="spellStart"/>
      <w:r w:rsidRPr="00F14AA3">
        <w:t>ubiegać</w:t>
      </w:r>
      <w:proofErr w:type="spellEnd"/>
      <w:r w:rsidRPr="00F14AA3">
        <w:t xml:space="preserve"> </w:t>
      </w:r>
      <w:proofErr w:type="spellStart"/>
      <w:r w:rsidRPr="00F14AA3">
        <w:t>się</w:t>
      </w:r>
      <w:proofErr w:type="spellEnd"/>
      <w:r w:rsidRPr="00F14AA3">
        <w:t xml:space="preserve"> o </w:t>
      </w:r>
      <w:proofErr w:type="spellStart"/>
      <w:r w:rsidRPr="00F14AA3">
        <w:t>udzielenie</w:t>
      </w:r>
      <w:proofErr w:type="spellEnd"/>
      <w:r w:rsidRPr="00F14AA3">
        <w:t xml:space="preserve"> </w:t>
      </w:r>
      <w:proofErr w:type="spellStart"/>
      <w:r w:rsidRPr="00F14AA3">
        <w:t>zamówienia</w:t>
      </w:r>
      <w:proofErr w:type="spellEnd"/>
      <w:r w:rsidRPr="00F14AA3">
        <w:t xml:space="preserve">. W </w:t>
      </w:r>
      <w:proofErr w:type="spellStart"/>
      <w:r w:rsidRPr="00F14AA3">
        <w:t>takim</w:t>
      </w:r>
      <w:proofErr w:type="spellEnd"/>
      <w:r w:rsidRPr="00F14AA3">
        <w:t xml:space="preserve"> </w:t>
      </w:r>
      <w:proofErr w:type="spellStart"/>
      <w:r w:rsidRPr="00F14AA3">
        <w:t>przypadku</w:t>
      </w:r>
      <w:proofErr w:type="spellEnd"/>
      <w:r w:rsidRPr="00F14AA3">
        <w:t xml:space="preserve"> </w:t>
      </w:r>
      <w:proofErr w:type="spellStart"/>
      <w:r w:rsidRPr="00F14AA3">
        <w:t>ustanawiają</w:t>
      </w:r>
      <w:proofErr w:type="spellEnd"/>
      <w:r w:rsidRPr="00F14AA3">
        <w:t xml:space="preserve"> </w:t>
      </w:r>
      <w:proofErr w:type="spellStart"/>
      <w:r w:rsidRPr="00F14AA3">
        <w:t>pełnomocnika</w:t>
      </w:r>
      <w:proofErr w:type="spellEnd"/>
      <w:r w:rsidRPr="00F14AA3">
        <w:t xml:space="preserve"> do </w:t>
      </w:r>
      <w:proofErr w:type="spellStart"/>
      <w:r w:rsidRPr="00F14AA3">
        <w:t>reprezentowania</w:t>
      </w:r>
      <w:proofErr w:type="spellEnd"/>
      <w:r w:rsidRPr="00F14AA3">
        <w:t xml:space="preserve"> ich w </w:t>
      </w:r>
      <w:proofErr w:type="spellStart"/>
      <w:r w:rsidRPr="00F14AA3">
        <w:t>postępowaniu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ponoszą</w:t>
      </w:r>
      <w:proofErr w:type="spellEnd"/>
      <w:r w:rsidRPr="00F14AA3">
        <w:t xml:space="preserve"> </w:t>
      </w:r>
      <w:proofErr w:type="spellStart"/>
      <w:r w:rsidRPr="00F14AA3">
        <w:t>solidarną</w:t>
      </w:r>
      <w:proofErr w:type="spellEnd"/>
      <w:r w:rsidRPr="00F14AA3">
        <w:t xml:space="preserve"> </w:t>
      </w:r>
      <w:proofErr w:type="spellStart"/>
      <w:r w:rsidRPr="00F14AA3">
        <w:t>odpowiedzialność</w:t>
      </w:r>
      <w:proofErr w:type="spellEnd"/>
      <w:r w:rsidRPr="00F14AA3">
        <w:t xml:space="preserve"> za </w:t>
      </w:r>
      <w:proofErr w:type="spellStart"/>
      <w:r w:rsidRPr="00F14AA3">
        <w:t>wykonanie</w:t>
      </w:r>
      <w:proofErr w:type="spellEnd"/>
      <w:r w:rsidRPr="00F14AA3">
        <w:t xml:space="preserve"> </w:t>
      </w:r>
      <w:proofErr w:type="spellStart"/>
      <w:r w:rsidRPr="00F14AA3">
        <w:t>umowy</w:t>
      </w:r>
      <w:proofErr w:type="spellEnd"/>
      <w:r w:rsidRPr="00F14AA3">
        <w:t xml:space="preserve">. </w:t>
      </w:r>
      <w:proofErr w:type="spellStart"/>
      <w:r w:rsidRPr="00F14AA3">
        <w:t>Warunki</w:t>
      </w:r>
      <w:proofErr w:type="spellEnd"/>
      <w:r w:rsidRPr="00F14AA3">
        <w:t xml:space="preserve"> </w:t>
      </w:r>
      <w:proofErr w:type="spellStart"/>
      <w:r w:rsidRPr="00F14AA3">
        <w:t>określone</w:t>
      </w:r>
      <w:proofErr w:type="spellEnd"/>
      <w:r w:rsidRPr="00F14AA3">
        <w:t xml:space="preserve"> w pkt 11.1–11.3 </w:t>
      </w:r>
      <w:proofErr w:type="spellStart"/>
      <w:r w:rsidRPr="00F14AA3">
        <w:t>mogą</w:t>
      </w:r>
      <w:proofErr w:type="spellEnd"/>
      <w:r w:rsidRPr="00F14AA3">
        <w:t xml:space="preserve"> </w:t>
      </w:r>
      <w:proofErr w:type="spellStart"/>
      <w:r w:rsidRPr="00F14AA3">
        <w:t>być</w:t>
      </w:r>
      <w:proofErr w:type="spellEnd"/>
      <w:r w:rsidRPr="00F14AA3">
        <w:t xml:space="preserve"> </w:t>
      </w:r>
      <w:proofErr w:type="spellStart"/>
      <w:r w:rsidRPr="00F14AA3">
        <w:t>spełnione</w:t>
      </w:r>
      <w:proofErr w:type="spellEnd"/>
      <w:r w:rsidRPr="00F14AA3">
        <w:t xml:space="preserve"> </w:t>
      </w:r>
      <w:proofErr w:type="spellStart"/>
      <w:r w:rsidRPr="00F14AA3">
        <w:t>łącznie</w:t>
      </w:r>
      <w:proofErr w:type="spellEnd"/>
      <w:r w:rsidRPr="00F14AA3">
        <w:t xml:space="preserve">, </w:t>
      </w:r>
      <w:proofErr w:type="spellStart"/>
      <w:r w:rsidRPr="00F14AA3">
        <w:t>natomiast</w:t>
      </w:r>
      <w:proofErr w:type="spellEnd"/>
      <w:r w:rsidRPr="00F14AA3">
        <w:t xml:space="preserve"> </w:t>
      </w:r>
      <w:proofErr w:type="spellStart"/>
      <w:r w:rsidRPr="00F14AA3">
        <w:t>brak</w:t>
      </w:r>
      <w:proofErr w:type="spellEnd"/>
      <w:r w:rsidRPr="00F14AA3">
        <w:t xml:space="preserve"> </w:t>
      </w:r>
      <w:proofErr w:type="spellStart"/>
      <w:r w:rsidRPr="00F14AA3">
        <w:t>podstaw</w:t>
      </w:r>
      <w:proofErr w:type="spellEnd"/>
      <w:r w:rsidRPr="00F14AA3">
        <w:t xml:space="preserve"> </w:t>
      </w:r>
      <w:proofErr w:type="spellStart"/>
      <w:r w:rsidRPr="00F14AA3">
        <w:t>wykluczenia</w:t>
      </w:r>
      <w:proofErr w:type="spellEnd"/>
      <w:r w:rsidRPr="00F14AA3">
        <w:t xml:space="preserve"> (pkt 11.4–11.5) </w:t>
      </w:r>
      <w:proofErr w:type="spellStart"/>
      <w:r w:rsidRPr="00F14AA3">
        <w:t>ocenia</w:t>
      </w:r>
      <w:proofErr w:type="spellEnd"/>
      <w:r w:rsidRPr="00F14AA3">
        <w:t xml:space="preserve"> </w:t>
      </w:r>
      <w:proofErr w:type="spellStart"/>
      <w:r w:rsidRPr="00F14AA3">
        <w:t>się</w:t>
      </w:r>
      <w:proofErr w:type="spellEnd"/>
      <w:r w:rsidRPr="00F14AA3">
        <w:t xml:space="preserve"> </w:t>
      </w:r>
      <w:proofErr w:type="spellStart"/>
      <w:r w:rsidRPr="00F14AA3">
        <w:t>odrębnie</w:t>
      </w:r>
      <w:proofErr w:type="spellEnd"/>
      <w:r w:rsidRPr="00F14AA3">
        <w:t xml:space="preserve"> </w:t>
      </w:r>
      <w:proofErr w:type="spellStart"/>
      <w:r w:rsidRPr="00F14AA3">
        <w:t>dla</w:t>
      </w:r>
      <w:proofErr w:type="spellEnd"/>
      <w:r w:rsidRPr="00F14AA3">
        <w:t xml:space="preserve"> </w:t>
      </w:r>
      <w:proofErr w:type="spellStart"/>
      <w:r w:rsidRPr="00F14AA3">
        <w:t>każdego</w:t>
      </w:r>
      <w:proofErr w:type="spellEnd"/>
      <w:r w:rsidRPr="00F14AA3">
        <w:t xml:space="preserve"> z </w:t>
      </w:r>
      <w:proofErr w:type="spellStart"/>
      <w:r w:rsidRPr="00F14AA3">
        <w:t>Wykonawców</w:t>
      </w:r>
      <w:proofErr w:type="spellEnd"/>
      <w:r w:rsidRPr="00F14AA3">
        <w:t>.</w:t>
      </w:r>
    </w:p>
    <w:p w14:paraId="67F47841" w14:textId="77777777" w:rsidR="00E54091" w:rsidRPr="00F14AA3" w:rsidRDefault="00E54091" w:rsidP="00E54091">
      <w:pPr>
        <w:pStyle w:val="Listapunktowana"/>
      </w:pPr>
      <w:proofErr w:type="spellStart"/>
      <w:r w:rsidRPr="00F14AA3">
        <w:t>Wykonawca</w:t>
      </w:r>
      <w:proofErr w:type="spellEnd"/>
      <w:r w:rsidRPr="00F14AA3">
        <w:t xml:space="preserve"> </w:t>
      </w:r>
      <w:proofErr w:type="spellStart"/>
      <w:r w:rsidRPr="00F14AA3">
        <w:t>może</w:t>
      </w:r>
      <w:proofErr w:type="spellEnd"/>
      <w:r w:rsidRPr="00F14AA3">
        <w:t xml:space="preserve"> </w:t>
      </w:r>
      <w:proofErr w:type="spellStart"/>
      <w:r w:rsidRPr="00F14AA3">
        <w:t>polegać</w:t>
      </w:r>
      <w:proofErr w:type="spellEnd"/>
      <w:r w:rsidRPr="00F14AA3">
        <w:t xml:space="preserve"> </w:t>
      </w:r>
      <w:proofErr w:type="spellStart"/>
      <w:r w:rsidRPr="00F14AA3">
        <w:t>na</w:t>
      </w:r>
      <w:proofErr w:type="spellEnd"/>
      <w:r w:rsidRPr="00F14AA3">
        <w:t xml:space="preserve"> </w:t>
      </w:r>
      <w:proofErr w:type="spellStart"/>
      <w:r w:rsidRPr="00F14AA3">
        <w:t>doświadczeniu</w:t>
      </w:r>
      <w:proofErr w:type="spellEnd"/>
      <w:r w:rsidRPr="00F14AA3">
        <w:t xml:space="preserve">, </w:t>
      </w:r>
      <w:proofErr w:type="spellStart"/>
      <w:r w:rsidRPr="00F14AA3">
        <w:t>osobach</w:t>
      </w:r>
      <w:proofErr w:type="spellEnd"/>
      <w:r w:rsidRPr="00F14AA3">
        <w:t xml:space="preserve">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potencjale</w:t>
      </w:r>
      <w:proofErr w:type="spellEnd"/>
      <w:r w:rsidRPr="00F14AA3">
        <w:t xml:space="preserve"> </w:t>
      </w:r>
      <w:proofErr w:type="spellStart"/>
      <w:r w:rsidRPr="00F14AA3">
        <w:t>technicznym</w:t>
      </w:r>
      <w:proofErr w:type="spellEnd"/>
      <w:r w:rsidRPr="00F14AA3">
        <w:t xml:space="preserve"> </w:t>
      </w:r>
      <w:proofErr w:type="spellStart"/>
      <w:r w:rsidRPr="00F14AA3">
        <w:t>innych</w:t>
      </w:r>
      <w:proofErr w:type="spellEnd"/>
      <w:r w:rsidRPr="00F14AA3">
        <w:t xml:space="preserve"> </w:t>
      </w:r>
      <w:proofErr w:type="spellStart"/>
      <w:r w:rsidRPr="00F14AA3">
        <w:t>podmiotów</w:t>
      </w:r>
      <w:proofErr w:type="spellEnd"/>
      <w:r w:rsidRPr="00F14AA3">
        <w:t xml:space="preserve">, </w:t>
      </w:r>
      <w:proofErr w:type="spellStart"/>
      <w:r w:rsidRPr="00F14AA3">
        <w:t>niezależnie</w:t>
      </w:r>
      <w:proofErr w:type="spellEnd"/>
      <w:r w:rsidRPr="00F14AA3">
        <w:t xml:space="preserve"> od </w:t>
      </w:r>
      <w:proofErr w:type="spellStart"/>
      <w:r w:rsidRPr="00F14AA3">
        <w:t>charakteru</w:t>
      </w:r>
      <w:proofErr w:type="spellEnd"/>
      <w:r w:rsidRPr="00F14AA3">
        <w:t xml:space="preserve"> </w:t>
      </w:r>
      <w:proofErr w:type="spellStart"/>
      <w:r w:rsidRPr="00F14AA3">
        <w:t>łączących</w:t>
      </w:r>
      <w:proofErr w:type="spellEnd"/>
      <w:r w:rsidRPr="00F14AA3">
        <w:t xml:space="preserve"> go z </w:t>
      </w:r>
      <w:proofErr w:type="spellStart"/>
      <w:r w:rsidRPr="00F14AA3">
        <w:t>nimi</w:t>
      </w:r>
      <w:proofErr w:type="spellEnd"/>
      <w:r w:rsidRPr="00F14AA3">
        <w:t xml:space="preserve"> </w:t>
      </w:r>
      <w:proofErr w:type="spellStart"/>
      <w:r w:rsidRPr="00F14AA3">
        <w:t>stosunków</w:t>
      </w:r>
      <w:proofErr w:type="spellEnd"/>
      <w:r w:rsidRPr="00F14AA3">
        <w:t xml:space="preserve"> </w:t>
      </w:r>
      <w:proofErr w:type="spellStart"/>
      <w:r w:rsidRPr="00F14AA3">
        <w:t>prawnych</w:t>
      </w:r>
      <w:proofErr w:type="spellEnd"/>
      <w:r w:rsidRPr="00F14AA3">
        <w:t xml:space="preserve">. W </w:t>
      </w:r>
      <w:proofErr w:type="spellStart"/>
      <w:r w:rsidRPr="00F14AA3">
        <w:t>takim</w:t>
      </w:r>
      <w:proofErr w:type="spellEnd"/>
      <w:r w:rsidRPr="00F14AA3">
        <w:t xml:space="preserve"> </w:t>
      </w:r>
      <w:proofErr w:type="spellStart"/>
      <w:r w:rsidRPr="00F14AA3">
        <w:t>przypadku</w:t>
      </w:r>
      <w:proofErr w:type="spellEnd"/>
      <w:r w:rsidRPr="00F14AA3">
        <w:t xml:space="preserve"> </w:t>
      </w:r>
      <w:proofErr w:type="spellStart"/>
      <w:r w:rsidRPr="00F14AA3">
        <w:t>dołącza</w:t>
      </w:r>
      <w:proofErr w:type="spellEnd"/>
      <w:r w:rsidRPr="00F14AA3">
        <w:t xml:space="preserve"> do </w:t>
      </w:r>
      <w:proofErr w:type="spellStart"/>
      <w:r w:rsidRPr="00F14AA3">
        <w:t>oferty</w:t>
      </w:r>
      <w:proofErr w:type="spellEnd"/>
      <w:r w:rsidRPr="00F14AA3">
        <w:t xml:space="preserve"> </w:t>
      </w:r>
      <w:proofErr w:type="spellStart"/>
      <w:r w:rsidRPr="00F14AA3">
        <w:t>pisemne</w:t>
      </w:r>
      <w:proofErr w:type="spellEnd"/>
      <w:r w:rsidRPr="00F14AA3">
        <w:t xml:space="preserve"> </w:t>
      </w:r>
      <w:proofErr w:type="spellStart"/>
      <w:r w:rsidRPr="00F14AA3">
        <w:t>zobowiązanie</w:t>
      </w:r>
      <w:proofErr w:type="spellEnd"/>
      <w:r w:rsidRPr="00F14AA3">
        <w:t xml:space="preserve"> </w:t>
      </w:r>
      <w:proofErr w:type="spellStart"/>
      <w:r w:rsidRPr="00F14AA3">
        <w:t>tego</w:t>
      </w:r>
      <w:proofErr w:type="spellEnd"/>
      <w:r w:rsidRPr="00F14AA3">
        <w:t xml:space="preserve"> </w:t>
      </w:r>
      <w:proofErr w:type="spellStart"/>
      <w:r w:rsidRPr="00F14AA3">
        <w:t>podmiotu</w:t>
      </w:r>
      <w:proofErr w:type="spellEnd"/>
      <w:r w:rsidRPr="00F14AA3">
        <w:t xml:space="preserve"> do </w:t>
      </w:r>
      <w:proofErr w:type="spellStart"/>
      <w:r w:rsidRPr="00F14AA3">
        <w:t>oddania</w:t>
      </w:r>
      <w:proofErr w:type="spellEnd"/>
      <w:r w:rsidRPr="00F14AA3">
        <w:t xml:space="preserve"> </w:t>
      </w:r>
      <w:proofErr w:type="spellStart"/>
      <w:r w:rsidRPr="00F14AA3">
        <w:t>Wykonawcy</w:t>
      </w:r>
      <w:proofErr w:type="spellEnd"/>
      <w:r w:rsidRPr="00F14AA3">
        <w:t xml:space="preserve"> do </w:t>
      </w:r>
      <w:proofErr w:type="spellStart"/>
      <w:r w:rsidRPr="00F14AA3">
        <w:t>dyspozycji</w:t>
      </w:r>
      <w:proofErr w:type="spellEnd"/>
      <w:r w:rsidRPr="00F14AA3">
        <w:t xml:space="preserve"> </w:t>
      </w:r>
      <w:proofErr w:type="spellStart"/>
      <w:r w:rsidRPr="00F14AA3">
        <w:t>niezbędnych</w:t>
      </w:r>
      <w:proofErr w:type="spellEnd"/>
      <w:r w:rsidRPr="00F14AA3">
        <w:t xml:space="preserve"> </w:t>
      </w:r>
      <w:proofErr w:type="spellStart"/>
      <w:r w:rsidRPr="00F14AA3">
        <w:t>zasobów</w:t>
      </w:r>
      <w:proofErr w:type="spellEnd"/>
      <w:r w:rsidRPr="00F14AA3">
        <w:t xml:space="preserve"> </w:t>
      </w:r>
      <w:proofErr w:type="spellStart"/>
      <w:r w:rsidRPr="00F14AA3">
        <w:t>na</w:t>
      </w:r>
      <w:proofErr w:type="spellEnd"/>
      <w:r w:rsidRPr="00F14AA3">
        <w:t xml:space="preserve"> </w:t>
      </w:r>
      <w:proofErr w:type="spellStart"/>
      <w:r w:rsidRPr="00F14AA3">
        <w:t>okres</w:t>
      </w:r>
      <w:proofErr w:type="spellEnd"/>
      <w:r w:rsidRPr="00F14AA3">
        <w:t xml:space="preserve"> </w:t>
      </w:r>
      <w:proofErr w:type="spellStart"/>
      <w:r w:rsidRPr="00F14AA3">
        <w:t>realizacji</w:t>
      </w:r>
      <w:proofErr w:type="spellEnd"/>
      <w:r w:rsidRPr="00F14AA3">
        <w:t xml:space="preserve"> </w:t>
      </w:r>
      <w:proofErr w:type="spellStart"/>
      <w:r w:rsidRPr="00F14AA3">
        <w:t>zamówienia</w:t>
      </w:r>
      <w:proofErr w:type="spellEnd"/>
      <w:r w:rsidRPr="00F14AA3">
        <w:t>.</w:t>
      </w:r>
    </w:p>
    <w:p w14:paraId="715C6E44" w14:textId="77777777" w:rsidR="00E54091" w:rsidRPr="00F14AA3" w:rsidRDefault="00E54091" w:rsidP="00E54091">
      <w:pPr>
        <w:pStyle w:val="Nagwek2"/>
      </w:pPr>
      <w:r w:rsidRPr="00F14AA3">
        <w:t xml:space="preserve">12. </w:t>
      </w:r>
      <w:proofErr w:type="spellStart"/>
      <w:r w:rsidRPr="00F14AA3">
        <w:t>Wykaz</w:t>
      </w:r>
      <w:proofErr w:type="spellEnd"/>
      <w:r w:rsidRPr="00F14AA3">
        <w:t xml:space="preserve"> </w:t>
      </w:r>
      <w:proofErr w:type="spellStart"/>
      <w:r w:rsidRPr="00F14AA3">
        <w:t>wymaganych</w:t>
      </w:r>
      <w:proofErr w:type="spellEnd"/>
      <w:r w:rsidRPr="00F14AA3">
        <w:t xml:space="preserve"> </w:t>
      </w:r>
      <w:proofErr w:type="spellStart"/>
      <w:r w:rsidRPr="00F14AA3">
        <w:t>dokumentów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oświadczeń</w:t>
      </w:r>
      <w:proofErr w:type="spellEnd"/>
    </w:p>
    <w:p w14:paraId="4A56AE4E" w14:textId="77777777" w:rsidR="00E54091" w:rsidRPr="00F14AA3" w:rsidRDefault="00E54091" w:rsidP="00E54091">
      <w:pPr>
        <w:rPr>
          <w:rFonts w:ascii="Times New Roman" w:hAnsi="Times New Roman" w:cs="Times New Roman"/>
          <w:color w:val="000000"/>
          <w:sz w:val="22"/>
        </w:rPr>
      </w:pP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Wraz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z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ofertą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Wykonawca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składa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>:</w:t>
      </w:r>
    </w:p>
    <w:p w14:paraId="638CB3B5" w14:textId="77777777" w:rsidR="00E54091" w:rsidRPr="00F14AA3" w:rsidRDefault="00E54091" w:rsidP="00E54091">
      <w:pPr>
        <w:pStyle w:val="Listapunktowana"/>
      </w:pPr>
      <w:proofErr w:type="spellStart"/>
      <w:r w:rsidRPr="00F14AA3">
        <w:lastRenderedPageBreak/>
        <w:t>formularz</w:t>
      </w:r>
      <w:proofErr w:type="spellEnd"/>
      <w:r w:rsidRPr="00F14AA3">
        <w:t xml:space="preserve"> </w:t>
      </w:r>
      <w:proofErr w:type="spellStart"/>
      <w:r w:rsidRPr="00F14AA3">
        <w:t>ofertowy</w:t>
      </w:r>
      <w:proofErr w:type="spellEnd"/>
      <w:r w:rsidRPr="00F14AA3">
        <w:t xml:space="preserve"> </w:t>
      </w:r>
      <w:proofErr w:type="spellStart"/>
      <w:r w:rsidRPr="00F14AA3">
        <w:t>zawierający</w:t>
      </w:r>
      <w:proofErr w:type="spellEnd"/>
      <w:r w:rsidRPr="00F14AA3">
        <w:t xml:space="preserve"> </w:t>
      </w:r>
      <w:proofErr w:type="spellStart"/>
      <w:r w:rsidRPr="00F14AA3">
        <w:t>cenę</w:t>
      </w:r>
      <w:proofErr w:type="spellEnd"/>
      <w:r w:rsidRPr="00F14AA3">
        <w:t xml:space="preserve"> </w:t>
      </w:r>
      <w:proofErr w:type="spellStart"/>
      <w:r w:rsidRPr="00F14AA3">
        <w:t>całkowitą</w:t>
      </w:r>
      <w:proofErr w:type="spellEnd"/>
      <w:r w:rsidRPr="00F14AA3">
        <w:t xml:space="preserve"> </w:t>
      </w:r>
      <w:proofErr w:type="spellStart"/>
      <w:r w:rsidRPr="00F14AA3">
        <w:t>netto</w:t>
      </w:r>
      <w:proofErr w:type="spellEnd"/>
      <w:r w:rsidRPr="00F14AA3">
        <w:t xml:space="preserve">, VAT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brutto</w:t>
      </w:r>
      <w:proofErr w:type="spellEnd"/>
      <w:r w:rsidRPr="00F14AA3">
        <w:t xml:space="preserve"> </w:t>
      </w:r>
      <w:proofErr w:type="spellStart"/>
      <w:r w:rsidRPr="00F14AA3">
        <w:t>oraz</w:t>
      </w:r>
      <w:proofErr w:type="spellEnd"/>
      <w:r w:rsidRPr="00F14AA3">
        <w:t xml:space="preserve"> </w:t>
      </w:r>
      <w:proofErr w:type="spellStart"/>
      <w:r w:rsidRPr="00F14AA3">
        <w:t>ceny</w:t>
      </w:r>
      <w:proofErr w:type="spellEnd"/>
      <w:r w:rsidRPr="00F14AA3">
        <w:t xml:space="preserve"> </w:t>
      </w:r>
      <w:proofErr w:type="spellStart"/>
      <w:r w:rsidRPr="00F14AA3">
        <w:t>poszczególnych</w:t>
      </w:r>
      <w:proofErr w:type="spellEnd"/>
      <w:r w:rsidRPr="00F14AA3">
        <w:t xml:space="preserve"> </w:t>
      </w:r>
      <w:proofErr w:type="spellStart"/>
      <w:r w:rsidRPr="00F14AA3">
        <w:t>Etapów</w:t>
      </w:r>
      <w:proofErr w:type="spellEnd"/>
      <w:r w:rsidRPr="00F14AA3">
        <w:t xml:space="preserve"> I–IV, </w:t>
      </w:r>
      <w:proofErr w:type="spellStart"/>
      <w:r w:rsidRPr="00F14AA3">
        <w:t>wraz</w:t>
      </w:r>
      <w:proofErr w:type="spellEnd"/>
      <w:r w:rsidRPr="00F14AA3">
        <w:t xml:space="preserve"> z </w:t>
      </w:r>
      <w:proofErr w:type="spellStart"/>
      <w:r w:rsidRPr="00F14AA3">
        <w:t>oświadczeniami</w:t>
      </w:r>
      <w:proofErr w:type="spellEnd"/>
      <w:r w:rsidRPr="00F14AA3">
        <w:t xml:space="preserve"> – </w:t>
      </w:r>
      <w:proofErr w:type="spellStart"/>
      <w:r w:rsidRPr="00F14AA3">
        <w:t>Załącznik</w:t>
      </w:r>
      <w:proofErr w:type="spellEnd"/>
      <w:r w:rsidRPr="00F14AA3">
        <w:t xml:space="preserve"> nr 1;</w:t>
      </w:r>
    </w:p>
    <w:p w14:paraId="55CF8FA9" w14:textId="77777777" w:rsidR="00E54091" w:rsidRPr="00F14AA3" w:rsidRDefault="00E54091" w:rsidP="00E54091">
      <w:pPr>
        <w:pStyle w:val="Listapunktowana"/>
      </w:pPr>
      <w:proofErr w:type="spellStart"/>
      <w:r w:rsidRPr="00F14AA3">
        <w:t>wykaz</w:t>
      </w:r>
      <w:proofErr w:type="spellEnd"/>
      <w:r w:rsidRPr="00F14AA3">
        <w:t xml:space="preserve"> </w:t>
      </w:r>
      <w:proofErr w:type="spellStart"/>
      <w:r w:rsidRPr="00F14AA3">
        <w:t>osób</w:t>
      </w:r>
      <w:proofErr w:type="spellEnd"/>
      <w:r w:rsidRPr="00F14AA3">
        <w:t xml:space="preserve"> </w:t>
      </w:r>
      <w:proofErr w:type="spellStart"/>
      <w:r w:rsidRPr="00F14AA3">
        <w:t>skierowanych</w:t>
      </w:r>
      <w:proofErr w:type="spellEnd"/>
      <w:r w:rsidRPr="00F14AA3">
        <w:t xml:space="preserve"> do </w:t>
      </w:r>
      <w:proofErr w:type="spellStart"/>
      <w:r w:rsidRPr="00F14AA3">
        <w:t>realizacji</w:t>
      </w:r>
      <w:proofErr w:type="spellEnd"/>
      <w:r w:rsidRPr="00F14AA3">
        <w:t xml:space="preserve"> </w:t>
      </w:r>
      <w:proofErr w:type="spellStart"/>
      <w:r w:rsidRPr="00F14AA3">
        <w:t>zamówienia</w:t>
      </w:r>
      <w:proofErr w:type="spellEnd"/>
      <w:r w:rsidRPr="00F14AA3">
        <w:t xml:space="preserve"> </w:t>
      </w:r>
      <w:proofErr w:type="spellStart"/>
      <w:r w:rsidRPr="00F14AA3">
        <w:t>wraz</w:t>
      </w:r>
      <w:proofErr w:type="spellEnd"/>
      <w:r w:rsidRPr="00F14AA3">
        <w:t xml:space="preserve"> z </w:t>
      </w:r>
      <w:proofErr w:type="spellStart"/>
      <w:r w:rsidRPr="00F14AA3">
        <w:t>rolą</w:t>
      </w:r>
      <w:proofErr w:type="spellEnd"/>
      <w:r w:rsidRPr="00F14AA3">
        <w:t xml:space="preserve">, </w:t>
      </w:r>
      <w:proofErr w:type="spellStart"/>
      <w:r w:rsidRPr="00F14AA3">
        <w:t>formą</w:t>
      </w:r>
      <w:proofErr w:type="spellEnd"/>
      <w:r w:rsidRPr="00F14AA3">
        <w:t xml:space="preserve"> </w:t>
      </w:r>
      <w:proofErr w:type="spellStart"/>
      <w:r w:rsidRPr="00F14AA3">
        <w:t>współpracy</w:t>
      </w:r>
      <w:proofErr w:type="spellEnd"/>
      <w:r w:rsidRPr="00F14AA3">
        <w:t xml:space="preserve">, </w:t>
      </w:r>
      <w:proofErr w:type="spellStart"/>
      <w:r w:rsidRPr="00F14AA3">
        <w:t>doświadczeniem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projektami</w:t>
      </w:r>
      <w:proofErr w:type="spellEnd"/>
      <w:r w:rsidRPr="00F14AA3">
        <w:t xml:space="preserve"> </w:t>
      </w:r>
      <w:proofErr w:type="spellStart"/>
      <w:r w:rsidRPr="00F14AA3">
        <w:t>referencyjnymi</w:t>
      </w:r>
      <w:proofErr w:type="spellEnd"/>
      <w:r w:rsidRPr="00F14AA3">
        <w:t xml:space="preserve"> – </w:t>
      </w:r>
      <w:proofErr w:type="spellStart"/>
      <w:r w:rsidRPr="00F14AA3">
        <w:t>Załącznik</w:t>
      </w:r>
      <w:proofErr w:type="spellEnd"/>
      <w:r w:rsidRPr="00F14AA3">
        <w:t xml:space="preserve"> nr 2;</w:t>
      </w:r>
    </w:p>
    <w:p w14:paraId="34F1A3EB" w14:textId="77777777" w:rsidR="00E54091" w:rsidRPr="00F14AA3" w:rsidRDefault="00E54091" w:rsidP="00E54091">
      <w:pPr>
        <w:pStyle w:val="Listapunktowana"/>
      </w:pPr>
      <w:proofErr w:type="spellStart"/>
      <w:r w:rsidRPr="00F14AA3">
        <w:t>wykaz</w:t>
      </w:r>
      <w:proofErr w:type="spellEnd"/>
      <w:r w:rsidRPr="00F14AA3">
        <w:t xml:space="preserve"> </w:t>
      </w:r>
      <w:proofErr w:type="spellStart"/>
      <w:r w:rsidRPr="00F14AA3">
        <w:t>projektów</w:t>
      </w:r>
      <w:proofErr w:type="spellEnd"/>
      <w:r w:rsidRPr="00F14AA3">
        <w:t>/</w:t>
      </w:r>
      <w:proofErr w:type="spellStart"/>
      <w:r w:rsidRPr="00F14AA3">
        <w:t>usług</w:t>
      </w:r>
      <w:proofErr w:type="spellEnd"/>
      <w:r w:rsidRPr="00F14AA3">
        <w:t xml:space="preserve"> </w:t>
      </w:r>
      <w:proofErr w:type="spellStart"/>
      <w:r w:rsidRPr="00F14AA3">
        <w:t>potwierdzających</w:t>
      </w:r>
      <w:proofErr w:type="spellEnd"/>
      <w:r w:rsidRPr="00F14AA3">
        <w:t xml:space="preserve"> </w:t>
      </w:r>
      <w:proofErr w:type="spellStart"/>
      <w:r w:rsidRPr="00F14AA3">
        <w:t>spełnienie</w:t>
      </w:r>
      <w:proofErr w:type="spellEnd"/>
      <w:r w:rsidRPr="00F14AA3">
        <w:t xml:space="preserve"> </w:t>
      </w:r>
      <w:proofErr w:type="spellStart"/>
      <w:r w:rsidRPr="00F14AA3">
        <w:t>warunku</w:t>
      </w:r>
      <w:proofErr w:type="spellEnd"/>
      <w:r w:rsidRPr="00F14AA3">
        <w:t xml:space="preserve"> z pkt 11.1, z </w:t>
      </w:r>
      <w:proofErr w:type="spellStart"/>
      <w:r w:rsidRPr="00F14AA3">
        <w:t>podaniem</w:t>
      </w:r>
      <w:proofErr w:type="spellEnd"/>
      <w:r w:rsidRPr="00F14AA3">
        <w:t xml:space="preserve"> </w:t>
      </w:r>
      <w:proofErr w:type="spellStart"/>
      <w:r w:rsidRPr="00F14AA3">
        <w:t>zakresu</w:t>
      </w:r>
      <w:proofErr w:type="spellEnd"/>
      <w:r w:rsidRPr="00F14AA3">
        <w:t xml:space="preserve">, </w:t>
      </w:r>
      <w:proofErr w:type="spellStart"/>
      <w:r w:rsidRPr="00F14AA3">
        <w:t>okresu</w:t>
      </w:r>
      <w:proofErr w:type="spellEnd"/>
      <w:r w:rsidRPr="00F14AA3">
        <w:t xml:space="preserve"> </w:t>
      </w:r>
      <w:proofErr w:type="spellStart"/>
      <w:r w:rsidRPr="00F14AA3">
        <w:t>realizacji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odbiorcy</w:t>
      </w:r>
      <w:proofErr w:type="spellEnd"/>
      <w:r w:rsidRPr="00F14AA3">
        <w:t xml:space="preserve">, </w:t>
      </w:r>
      <w:proofErr w:type="spellStart"/>
      <w:r w:rsidRPr="00F14AA3">
        <w:t>wraz</w:t>
      </w:r>
      <w:proofErr w:type="spellEnd"/>
      <w:r w:rsidRPr="00F14AA3">
        <w:t xml:space="preserve"> z </w:t>
      </w:r>
      <w:proofErr w:type="spellStart"/>
      <w:r w:rsidRPr="00F14AA3">
        <w:t>dowodami</w:t>
      </w:r>
      <w:proofErr w:type="spellEnd"/>
      <w:r w:rsidRPr="00F14AA3">
        <w:t xml:space="preserve"> ich </w:t>
      </w:r>
      <w:proofErr w:type="spellStart"/>
      <w:r w:rsidRPr="00F14AA3">
        <w:t>należytego</w:t>
      </w:r>
      <w:proofErr w:type="spellEnd"/>
      <w:r w:rsidRPr="00F14AA3">
        <w:t xml:space="preserve"> </w:t>
      </w:r>
      <w:proofErr w:type="spellStart"/>
      <w:r w:rsidRPr="00F14AA3">
        <w:t>wykonania</w:t>
      </w:r>
      <w:proofErr w:type="spellEnd"/>
      <w:r w:rsidRPr="00F14AA3">
        <w:t xml:space="preserve"> (np. </w:t>
      </w:r>
      <w:proofErr w:type="spellStart"/>
      <w:r w:rsidRPr="00F14AA3">
        <w:t>referencje</w:t>
      </w:r>
      <w:proofErr w:type="spellEnd"/>
      <w:r w:rsidRPr="00F14AA3">
        <w:t xml:space="preserve">, </w:t>
      </w:r>
      <w:proofErr w:type="spellStart"/>
      <w:r w:rsidRPr="00F14AA3">
        <w:t>protokoły</w:t>
      </w:r>
      <w:proofErr w:type="spellEnd"/>
      <w:r w:rsidRPr="00F14AA3">
        <w:t xml:space="preserve"> </w:t>
      </w:r>
      <w:proofErr w:type="spellStart"/>
      <w:r w:rsidRPr="00F14AA3">
        <w:t>odbioru</w:t>
      </w:r>
      <w:proofErr w:type="spellEnd"/>
      <w:r w:rsidRPr="00F14AA3">
        <w:t xml:space="preserve">) </w:t>
      </w:r>
      <w:proofErr w:type="spellStart"/>
      <w:r w:rsidRPr="00F14AA3">
        <w:t>albo</w:t>
      </w:r>
      <w:proofErr w:type="spellEnd"/>
      <w:r w:rsidRPr="00F14AA3">
        <w:t xml:space="preserve"> </w:t>
      </w:r>
      <w:proofErr w:type="spellStart"/>
      <w:r w:rsidRPr="00F14AA3">
        <w:t>danymi</w:t>
      </w:r>
      <w:proofErr w:type="spellEnd"/>
      <w:r w:rsidRPr="00F14AA3">
        <w:t xml:space="preserve"> </w:t>
      </w:r>
      <w:proofErr w:type="spellStart"/>
      <w:r w:rsidRPr="00F14AA3">
        <w:t>kontaktowymi</w:t>
      </w:r>
      <w:proofErr w:type="spellEnd"/>
      <w:r w:rsidRPr="00F14AA3">
        <w:t xml:space="preserve"> </w:t>
      </w:r>
      <w:proofErr w:type="spellStart"/>
      <w:r w:rsidRPr="00F14AA3">
        <w:t>odbiorcy</w:t>
      </w:r>
      <w:proofErr w:type="spellEnd"/>
      <w:r w:rsidRPr="00F14AA3">
        <w:t xml:space="preserve"> </w:t>
      </w:r>
      <w:proofErr w:type="spellStart"/>
      <w:r w:rsidRPr="00F14AA3">
        <w:t>umożliwiającymi</w:t>
      </w:r>
      <w:proofErr w:type="spellEnd"/>
      <w:r w:rsidRPr="00F14AA3">
        <w:t xml:space="preserve"> </w:t>
      </w:r>
      <w:proofErr w:type="spellStart"/>
      <w:r w:rsidRPr="00F14AA3">
        <w:t>weryfikację</w:t>
      </w:r>
      <w:proofErr w:type="spellEnd"/>
      <w:r w:rsidRPr="00F14AA3">
        <w:t xml:space="preserve"> – </w:t>
      </w:r>
      <w:proofErr w:type="spellStart"/>
      <w:r w:rsidRPr="00F14AA3">
        <w:t>Załącznik</w:t>
      </w:r>
      <w:proofErr w:type="spellEnd"/>
      <w:r w:rsidRPr="00F14AA3">
        <w:t xml:space="preserve"> nr 3;</w:t>
      </w:r>
    </w:p>
    <w:p w14:paraId="06F6D08C" w14:textId="77777777" w:rsidR="00E54091" w:rsidRPr="00F14AA3" w:rsidRDefault="00E54091" w:rsidP="00E54091">
      <w:pPr>
        <w:pStyle w:val="Listapunktowana"/>
      </w:pPr>
      <w:proofErr w:type="spellStart"/>
      <w:r w:rsidRPr="00F14AA3">
        <w:t>wykaz</w:t>
      </w:r>
      <w:proofErr w:type="spellEnd"/>
      <w:r w:rsidRPr="00F14AA3">
        <w:t xml:space="preserve"> </w:t>
      </w:r>
      <w:proofErr w:type="spellStart"/>
      <w:r w:rsidRPr="00F14AA3">
        <w:t>potencjału</w:t>
      </w:r>
      <w:proofErr w:type="spellEnd"/>
      <w:r w:rsidRPr="00F14AA3">
        <w:t xml:space="preserve"> </w:t>
      </w:r>
      <w:proofErr w:type="spellStart"/>
      <w:r w:rsidRPr="00F14AA3">
        <w:t>technicznego</w:t>
      </w:r>
      <w:proofErr w:type="spellEnd"/>
      <w:r w:rsidRPr="00F14AA3">
        <w:t xml:space="preserve"> </w:t>
      </w:r>
      <w:proofErr w:type="spellStart"/>
      <w:r w:rsidRPr="00F14AA3">
        <w:t>wraz</w:t>
      </w:r>
      <w:proofErr w:type="spellEnd"/>
      <w:r w:rsidRPr="00F14AA3">
        <w:t xml:space="preserve"> z </w:t>
      </w:r>
      <w:proofErr w:type="spellStart"/>
      <w:r w:rsidRPr="00F14AA3">
        <w:t>podstawą</w:t>
      </w:r>
      <w:proofErr w:type="spellEnd"/>
      <w:r w:rsidRPr="00F14AA3">
        <w:t xml:space="preserve"> </w:t>
      </w:r>
      <w:proofErr w:type="spellStart"/>
      <w:r w:rsidRPr="00F14AA3">
        <w:t>dysponowania</w:t>
      </w:r>
      <w:proofErr w:type="spellEnd"/>
      <w:r w:rsidRPr="00F14AA3">
        <w:t xml:space="preserve"> </w:t>
      </w:r>
      <w:proofErr w:type="spellStart"/>
      <w:r w:rsidRPr="00F14AA3">
        <w:t>zasobami</w:t>
      </w:r>
      <w:proofErr w:type="spellEnd"/>
      <w:r w:rsidRPr="00F14AA3">
        <w:t xml:space="preserve"> – </w:t>
      </w:r>
      <w:proofErr w:type="spellStart"/>
      <w:r w:rsidRPr="00F14AA3">
        <w:t>Załącznik</w:t>
      </w:r>
      <w:proofErr w:type="spellEnd"/>
      <w:r w:rsidRPr="00F14AA3">
        <w:t xml:space="preserve"> nr 4;</w:t>
      </w:r>
    </w:p>
    <w:p w14:paraId="0AFDB7C2" w14:textId="77777777" w:rsidR="00E54091" w:rsidRPr="00F14AA3" w:rsidRDefault="00E54091" w:rsidP="00E54091">
      <w:pPr>
        <w:pStyle w:val="Listapunktowana"/>
      </w:pPr>
      <w:proofErr w:type="spellStart"/>
      <w:r w:rsidRPr="00F14AA3">
        <w:t>pełnomocnictwo</w:t>
      </w:r>
      <w:proofErr w:type="spellEnd"/>
      <w:r w:rsidRPr="00F14AA3">
        <w:t xml:space="preserve"> do </w:t>
      </w:r>
      <w:proofErr w:type="spellStart"/>
      <w:r w:rsidRPr="00F14AA3">
        <w:t>podpisania</w:t>
      </w:r>
      <w:proofErr w:type="spellEnd"/>
      <w:r w:rsidRPr="00F14AA3">
        <w:t xml:space="preserve"> </w:t>
      </w:r>
      <w:proofErr w:type="spellStart"/>
      <w:r w:rsidRPr="00F14AA3">
        <w:t>oferty</w:t>
      </w:r>
      <w:proofErr w:type="spellEnd"/>
      <w:r w:rsidRPr="00F14AA3">
        <w:t xml:space="preserve"> – </w:t>
      </w:r>
      <w:proofErr w:type="spellStart"/>
      <w:r w:rsidRPr="00F14AA3">
        <w:t>jeżeli</w:t>
      </w:r>
      <w:proofErr w:type="spellEnd"/>
      <w:r w:rsidRPr="00F14AA3">
        <w:t xml:space="preserve"> </w:t>
      </w:r>
      <w:proofErr w:type="spellStart"/>
      <w:r w:rsidRPr="00F14AA3">
        <w:t>upoważnienie</w:t>
      </w:r>
      <w:proofErr w:type="spellEnd"/>
      <w:r w:rsidRPr="00F14AA3">
        <w:t xml:space="preserve"> </w:t>
      </w:r>
      <w:proofErr w:type="spellStart"/>
      <w:r w:rsidRPr="00F14AA3">
        <w:t>nie</w:t>
      </w:r>
      <w:proofErr w:type="spellEnd"/>
      <w:r w:rsidRPr="00F14AA3">
        <w:t xml:space="preserve"> </w:t>
      </w:r>
      <w:proofErr w:type="spellStart"/>
      <w:r w:rsidRPr="00F14AA3">
        <w:t>wynika</w:t>
      </w:r>
      <w:proofErr w:type="spellEnd"/>
      <w:r w:rsidRPr="00F14AA3">
        <w:t xml:space="preserve"> z </w:t>
      </w:r>
      <w:proofErr w:type="spellStart"/>
      <w:r w:rsidRPr="00F14AA3">
        <w:t>dokumentów</w:t>
      </w:r>
      <w:proofErr w:type="spellEnd"/>
      <w:r w:rsidRPr="00F14AA3">
        <w:t xml:space="preserve"> </w:t>
      </w:r>
      <w:proofErr w:type="spellStart"/>
      <w:r w:rsidRPr="00F14AA3">
        <w:t>rejestrowych</w:t>
      </w:r>
      <w:proofErr w:type="spellEnd"/>
      <w:r w:rsidRPr="00F14AA3">
        <w:t xml:space="preserve">; w </w:t>
      </w:r>
      <w:proofErr w:type="spellStart"/>
      <w:r w:rsidRPr="00F14AA3">
        <w:t>przypadku</w:t>
      </w:r>
      <w:proofErr w:type="spellEnd"/>
      <w:r w:rsidRPr="00F14AA3">
        <w:t xml:space="preserve"> </w:t>
      </w:r>
      <w:proofErr w:type="spellStart"/>
      <w:r w:rsidRPr="00F14AA3">
        <w:t>Wykonawców</w:t>
      </w:r>
      <w:proofErr w:type="spellEnd"/>
      <w:r w:rsidRPr="00F14AA3">
        <w:t xml:space="preserve"> </w:t>
      </w:r>
      <w:proofErr w:type="spellStart"/>
      <w:r w:rsidRPr="00F14AA3">
        <w:t>wspólnie</w:t>
      </w:r>
      <w:proofErr w:type="spellEnd"/>
      <w:r w:rsidRPr="00F14AA3">
        <w:t xml:space="preserve"> </w:t>
      </w:r>
      <w:proofErr w:type="spellStart"/>
      <w:r w:rsidRPr="00F14AA3">
        <w:t>ubiegających</w:t>
      </w:r>
      <w:proofErr w:type="spellEnd"/>
      <w:r w:rsidRPr="00F14AA3">
        <w:t xml:space="preserve"> </w:t>
      </w:r>
      <w:proofErr w:type="spellStart"/>
      <w:r w:rsidRPr="00F14AA3">
        <w:t>się</w:t>
      </w:r>
      <w:proofErr w:type="spellEnd"/>
      <w:r w:rsidRPr="00F14AA3">
        <w:t xml:space="preserve"> o </w:t>
      </w:r>
      <w:proofErr w:type="spellStart"/>
      <w:r w:rsidRPr="00F14AA3">
        <w:t>zamówienie</w:t>
      </w:r>
      <w:proofErr w:type="spellEnd"/>
      <w:r w:rsidRPr="00F14AA3">
        <w:t xml:space="preserve"> – </w:t>
      </w:r>
      <w:proofErr w:type="spellStart"/>
      <w:r w:rsidRPr="00F14AA3">
        <w:t>pełnomocnictwo</w:t>
      </w:r>
      <w:proofErr w:type="spellEnd"/>
      <w:r w:rsidRPr="00F14AA3">
        <w:t xml:space="preserve"> </w:t>
      </w:r>
      <w:proofErr w:type="spellStart"/>
      <w:r w:rsidRPr="00F14AA3">
        <w:t>dla</w:t>
      </w:r>
      <w:proofErr w:type="spellEnd"/>
      <w:r w:rsidRPr="00F14AA3">
        <w:t xml:space="preserve"> </w:t>
      </w:r>
      <w:proofErr w:type="spellStart"/>
      <w:r w:rsidRPr="00F14AA3">
        <w:t>pełnomocnika</w:t>
      </w:r>
      <w:proofErr w:type="spellEnd"/>
      <w:r w:rsidRPr="00F14AA3">
        <w:t>;</w:t>
      </w:r>
    </w:p>
    <w:p w14:paraId="30E08DFB" w14:textId="77777777" w:rsidR="00365F0D" w:rsidRDefault="00E54091" w:rsidP="00E54091">
      <w:pPr>
        <w:pStyle w:val="Listapunktowana"/>
      </w:pPr>
      <w:proofErr w:type="spellStart"/>
      <w:r w:rsidRPr="00F14AA3">
        <w:t>zobowiązanie</w:t>
      </w:r>
      <w:proofErr w:type="spellEnd"/>
      <w:r w:rsidRPr="00F14AA3">
        <w:t xml:space="preserve"> </w:t>
      </w:r>
      <w:proofErr w:type="spellStart"/>
      <w:r w:rsidRPr="00F14AA3">
        <w:t>podmiotu</w:t>
      </w:r>
      <w:proofErr w:type="spellEnd"/>
      <w:r w:rsidRPr="00F14AA3">
        <w:t xml:space="preserve"> </w:t>
      </w:r>
      <w:proofErr w:type="spellStart"/>
      <w:r w:rsidRPr="00F14AA3">
        <w:t>udostępniającego</w:t>
      </w:r>
      <w:proofErr w:type="spellEnd"/>
      <w:r w:rsidRPr="00F14AA3">
        <w:t xml:space="preserve"> </w:t>
      </w:r>
      <w:proofErr w:type="spellStart"/>
      <w:r w:rsidRPr="00F14AA3">
        <w:t>zasoby</w:t>
      </w:r>
      <w:proofErr w:type="spellEnd"/>
      <w:r w:rsidRPr="00F14AA3">
        <w:t xml:space="preserve"> – </w:t>
      </w:r>
      <w:proofErr w:type="spellStart"/>
      <w:r w:rsidRPr="00F14AA3">
        <w:t>jeżeli</w:t>
      </w:r>
      <w:proofErr w:type="spellEnd"/>
      <w:r w:rsidRPr="00F14AA3">
        <w:t xml:space="preserve"> </w:t>
      </w:r>
      <w:proofErr w:type="spellStart"/>
      <w:r w:rsidRPr="00F14AA3">
        <w:t>dotyczy</w:t>
      </w:r>
      <w:proofErr w:type="spellEnd"/>
      <w:r w:rsidRPr="00F14AA3">
        <w:t xml:space="preserve"> (pkt 11.6).</w:t>
      </w:r>
    </w:p>
    <w:p w14:paraId="77E73713" w14:textId="75D96ABB" w:rsidR="00E54091" w:rsidRPr="00365F0D" w:rsidRDefault="00365F0D" w:rsidP="00365F0D">
      <w:pPr>
        <w:pStyle w:val="Listapunktowana"/>
      </w:pPr>
      <w:proofErr w:type="spellStart"/>
      <w:r w:rsidRPr="00365F0D">
        <w:t>oświadczenie</w:t>
      </w:r>
      <w:proofErr w:type="spellEnd"/>
      <w:r w:rsidRPr="00365F0D">
        <w:t xml:space="preserve"> o </w:t>
      </w:r>
      <w:proofErr w:type="spellStart"/>
      <w:r w:rsidRPr="00365F0D">
        <w:t>braku</w:t>
      </w:r>
      <w:proofErr w:type="spellEnd"/>
      <w:r w:rsidRPr="00365F0D">
        <w:t xml:space="preserve"> </w:t>
      </w:r>
      <w:proofErr w:type="spellStart"/>
      <w:r w:rsidRPr="00365F0D">
        <w:t>powiązań</w:t>
      </w:r>
      <w:proofErr w:type="spellEnd"/>
      <w:r w:rsidRPr="00365F0D">
        <w:t xml:space="preserve"> </w:t>
      </w:r>
      <w:proofErr w:type="spellStart"/>
      <w:r w:rsidRPr="00365F0D">
        <w:t>osobowych</w:t>
      </w:r>
      <w:proofErr w:type="spellEnd"/>
      <w:r w:rsidRPr="00365F0D">
        <w:t xml:space="preserve"> </w:t>
      </w:r>
      <w:proofErr w:type="spellStart"/>
      <w:r w:rsidRPr="00365F0D">
        <w:t>lub</w:t>
      </w:r>
      <w:proofErr w:type="spellEnd"/>
      <w:r w:rsidRPr="00365F0D">
        <w:t xml:space="preserve"> </w:t>
      </w:r>
      <w:proofErr w:type="spellStart"/>
      <w:r w:rsidRPr="00365F0D">
        <w:t>kapitałowych</w:t>
      </w:r>
      <w:proofErr w:type="spellEnd"/>
      <w:r w:rsidRPr="00365F0D">
        <w:t xml:space="preserve"> z </w:t>
      </w:r>
      <w:proofErr w:type="spellStart"/>
      <w:r w:rsidRPr="00365F0D">
        <w:t>Zamawiającym</w:t>
      </w:r>
      <w:proofErr w:type="spellEnd"/>
      <w:r w:rsidRPr="00365F0D">
        <w:t xml:space="preserve"> – </w:t>
      </w:r>
      <w:proofErr w:type="spellStart"/>
      <w:r w:rsidRPr="00365F0D">
        <w:t>Załącznik</w:t>
      </w:r>
      <w:proofErr w:type="spellEnd"/>
      <w:r w:rsidRPr="00365F0D">
        <w:t xml:space="preserve"> nr 5.</w:t>
      </w:r>
    </w:p>
    <w:p w14:paraId="16E19152" w14:textId="77777777" w:rsidR="00E54091" w:rsidRPr="00F14AA3" w:rsidRDefault="00E54091" w:rsidP="00E54091">
      <w:pPr>
        <w:rPr>
          <w:rFonts w:ascii="Times New Roman" w:hAnsi="Times New Roman" w:cs="Times New Roman"/>
          <w:color w:val="000000"/>
          <w:sz w:val="22"/>
        </w:rPr>
      </w:pP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Zamawiający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może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wezwać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Wykonawcę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do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złożenia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,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uzupełnienia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lub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wyjaśnienia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oświadczeń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dokumentów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w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wyznaczonym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terminie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,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nie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krótszym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niż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3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dni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robocze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.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Uzupełnienie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nie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może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prowadzić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do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zmiany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ceny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ani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treści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oferty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.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Dokumenty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oświadczenia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muszą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potwierdzać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stan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na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dzień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upływu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terminu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składania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ofert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.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Zamawiający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może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weryfikować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prawdziwość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przedstawionych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informacji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na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każdym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etapie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postępowania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>.</w:t>
      </w:r>
    </w:p>
    <w:p w14:paraId="446488A2" w14:textId="77777777" w:rsidR="00E54091" w:rsidRPr="00F14AA3" w:rsidRDefault="00E54091" w:rsidP="00E54091">
      <w:pPr>
        <w:pStyle w:val="Nagwek2"/>
      </w:pPr>
      <w:r w:rsidRPr="00F14AA3">
        <w:t xml:space="preserve">13. </w:t>
      </w:r>
      <w:proofErr w:type="spellStart"/>
      <w:r w:rsidRPr="00F14AA3">
        <w:t>Sposób</w:t>
      </w:r>
      <w:proofErr w:type="spellEnd"/>
      <w:r w:rsidRPr="00F14AA3">
        <w:t xml:space="preserve"> </w:t>
      </w:r>
      <w:proofErr w:type="spellStart"/>
      <w:r w:rsidRPr="00F14AA3">
        <w:t>przygotowania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złożenia</w:t>
      </w:r>
      <w:proofErr w:type="spellEnd"/>
      <w:r w:rsidRPr="00F14AA3">
        <w:t xml:space="preserve"> </w:t>
      </w:r>
      <w:proofErr w:type="spellStart"/>
      <w:r w:rsidRPr="00F14AA3">
        <w:t>oferty</w:t>
      </w:r>
      <w:proofErr w:type="spellEnd"/>
    </w:p>
    <w:p w14:paraId="30CC599B" w14:textId="77777777" w:rsidR="00E54091" w:rsidRPr="00F14AA3" w:rsidRDefault="00E54091" w:rsidP="00E54091">
      <w:pPr>
        <w:pStyle w:val="Listapunktowana"/>
      </w:pPr>
      <w:proofErr w:type="spellStart"/>
      <w:r w:rsidRPr="00F14AA3">
        <w:t>Oferty</w:t>
      </w:r>
      <w:proofErr w:type="spellEnd"/>
      <w:r w:rsidRPr="00F14AA3">
        <w:t xml:space="preserve"> </w:t>
      </w:r>
      <w:proofErr w:type="spellStart"/>
      <w:r w:rsidRPr="00F14AA3">
        <w:t>składa</w:t>
      </w:r>
      <w:proofErr w:type="spellEnd"/>
      <w:r w:rsidRPr="00F14AA3">
        <w:t xml:space="preserve"> </w:t>
      </w:r>
      <w:proofErr w:type="spellStart"/>
      <w:r w:rsidRPr="00F14AA3">
        <w:t>się</w:t>
      </w:r>
      <w:proofErr w:type="spellEnd"/>
      <w:r w:rsidRPr="00F14AA3">
        <w:t xml:space="preserve"> </w:t>
      </w:r>
      <w:proofErr w:type="spellStart"/>
      <w:r w:rsidRPr="00F14AA3">
        <w:t>wyłącznie</w:t>
      </w:r>
      <w:proofErr w:type="spellEnd"/>
      <w:r w:rsidRPr="00F14AA3">
        <w:t xml:space="preserve"> za </w:t>
      </w:r>
      <w:proofErr w:type="spellStart"/>
      <w:r w:rsidRPr="00F14AA3">
        <w:t>pośrednictwem</w:t>
      </w:r>
      <w:proofErr w:type="spellEnd"/>
      <w:r w:rsidRPr="00F14AA3">
        <w:t xml:space="preserve"> </w:t>
      </w:r>
      <w:proofErr w:type="spellStart"/>
      <w:r w:rsidRPr="00F14AA3">
        <w:t>Bazy</w:t>
      </w:r>
      <w:proofErr w:type="spellEnd"/>
      <w:r w:rsidRPr="00F14AA3">
        <w:t xml:space="preserve"> </w:t>
      </w:r>
      <w:proofErr w:type="spellStart"/>
      <w:r w:rsidRPr="00F14AA3">
        <w:t>Konkurencyjności</w:t>
      </w:r>
      <w:proofErr w:type="spellEnd"/>
      <w:r w:rsidRPr="00F14AA3">
        <w:t xml:space="preserve"> (BK2021): https://bazakonkurencyjnosci.funduszeeuropejskie.gov.pl. </w:t>
      </w:r>
      <w:proofErr w:type="spellStart"/>
      <w:r w:rsidRPr="00F14AA3">
        <w:t>Oferty</w:t>
      </w:r>
      <w:proofErr w:type="spellEnd"/>
      <w:r w:rsidRPr="00F14AA3">
        <w:t xml:space="preserve"> </w:t>
      </w:r>
      <w:proofErr w:type="spellStart"/>
      <w:r w:rsidRPr="00F14AA3">
        <w:t>złożone</w:t>
      </w:r>
      <w:proofErr w:type="spellEnd"/>
      <w:r w:rsidRPr="00F14AA3">
        <w:t xml:space="preserve"> w </w:t>
      </w:r>
      <w:proofErr w:type="spellStart"/>
      <w:r w:rsidRPr="00F14AA3">
        <w:t>inny</w:t>
      </w:r>
      <w:proofErr w:type="spellEnd"/>
      <w:r w:rsidRPr="00F14AA3">
        <w:t xml:space="preserve"> </w:t>
      </w:r>
      <w:proofErr w:type="spellStart"/>
      <w:r w:rsidRPr="00F14AA3">
        <w:t>sposób</w:t>
      </w:r>
      <w:proofErr w:type="spellEnd"/>
      <w:r w:rsidRPr="00F14AA3">
        <w:t xml:space="preserve"> </w:t>
      </w:r>
      <w:proofErr w:type="spellStart"/>
      <w:r w:rsidRPr="00F14AA3">
        <w:t>nie</w:t>
      </w:r>
      <w:proofErr w:type="spellEnd"/>
      <w:r w:rsidRPr="00F14AA3">
        <w:t xml:space="preserve"> </w:t>
      </w:r>
      <w:proofErr w:type="spellStart"/>
      <w:r w:rsidRPr="00F14AA3">
        <w:t>będą</w:t>
      </w:r>
      <w:proofErr w:type="spellEnd"/>
      <w:r w:rsidRPr="00F14AA3">
        <w:t xml:space="preserve"> </w:t>
      </w:r>
      <w:proofErr w:type="spellStart"/>
      <w:r w:rsidRPr="00F14AA3">
        <w:t>rozpatrywane</w:t>
      </w:r>
      <w:proofErr w:type="spellEnd"/>
      <w:r w:rsidRPr="00F14AA3">
        <w:t>.</w:t>
      </w:r>
    </w:p>
    <w:p w14:paraId="36AA7C67" w14:textId="77777777" w:rsidR="00E54091" w:rsidRPr="00F14AA3" w:rsidRDefault="00E54091" w:rsidP="00E54091">
      <w:pPr>
        <w:pStyle w:val="Listapunktowana"/>
      </w:pPr>
      <w:proofErr w:type="spellStart"/>
      <w:r w:rsidRPr="00F14AA3">
        <w:t>Każdy</w:t>
      </w:r>
      <w:proofErr w:type="spellEnd"/>
      <w:r w:rsidRPr="00F14AA3">
        <w:t xml:space="preserve"> </w:t>
      </w:r>
      <w:proofErr w:type="spellStart"/>
      <w:r w:rsidRPr="00F14AA3">
        <w:t>Wykonawca</w:t>
      </w:r>
      <w:proofErr w:type="spellEnd"/>
      <w:r w:rsidRPr="00F14AA3">
        <w:t xml:space="preserve"> </w:t>
      </w:r>
      <w:proofErr w:type="spellStart"/>
      <w:r w:rsidRPr="00F14AA3">
        <w:t>może</w:t>
      </w:r>
      <w:proofErr w:type="spellEnd"/>
      <w:r w:rsidRPr="00F14AA3">
        <w:t xml:space="preserve"> </w:t>
      </w:r>
      <w:proofErr w:type="spellStart"/>
      <w:r w:rsidRPr="00F14AA3">
        <w:t>złożyć</w:t>
      </w:r>
      <w:proofErr w:type="spellEnd"/>
      <w:r w:rsidRPr="00F14AA3">
        <w:t xml:space="preserve"> </w:t>
      </w:r>
      <w:proofErr w:type="spellStart"/>
      <w:r w:rsidRPr="00F14AA3">
        <w:t>tylko</w:t>
      </w:r>
      <w:proofErr w:type="spellEnd"/>
      <w:r w:rsidRPr="00F14AA3">
        <w:t xml:space="preserve"> </w:t>
      </w:r>
      <w:proofErr w:type="spellStart"/>
      <w:r w:rsidRPr="00F14AA3">
        <w:t>jedną</w:t>
      </w:r>
      <w:proofErr w:type="spellEnd"/>
      <w:r w:rsidRPr="00F14AA3">
        <w:t xml:space="preserve"> </w:t>
      </w:r>
      <w:proofErr w:type="spellStart"/>
      <w:r w:rsidRPr="00F14AA3">
        <w:t>ofertę</w:t>
      </w:r>
      <w:proofErr w:type="spellEnd"/>
      <w:r w:rsidRPr="00F14AA3">
        <w:t xml:space="preserve">, </w:t>
      </w:r>
      <w:proofErr w:type="spellStart"/>
      <w:r w:rsidRPr="00F14AA3">
        <w:t>samodzielnie</w:t>
      </w:r>
      <w:proofErr w:type="spellEnd"/>
      <w:r w:rsidRPr="00F14AA3">
        <w:t xml:space="preserve"> </w:t>
      </w:r>
      <w:proofErr w:type="spellStart"/>
      <w:r w:rsidRPr="00F14AA3">
        <w:t>albo</w:t>
      </w:r>
      <w:proofErr w:type="spellEnd"/>
      <w:r w:rsidRPr="00F14AA3">
        <w:t xml:space="preserve"> </w:t>
      </w:r>
      <w:proofErr w:type="spellStart"/>
      <w:r w:rsidRPr="00F14AA3">
        <w:t>wspólnie</w:t>
      </w:r>
      <w:proofErr w:type="spellEnd"/>
      <w:r w:rsidRPr="00F14AA3">
        <w:t xml:space="preserve"> z </w:t>
      </w:r>
      <w:proofErr w:type="spellStart"/>
      <w:r w:rsidRPr="00F14AA3">
        <w:t>innymi</w:t>
      </w:r>
      <w:proofErr w:type="spellEnd"/>
      <w:r w:rsidRPr="00F14AA3">
        <w:t xml:space="preserve"> </w:t>
      </w:r>
      <w:proofErr w:type="spellStart"/>
      <w:r w:rsidRPr="00F14AA3">
        <w:t>Wykonawcami</w:t>
      </w:r>
      <w:proofErr w:type="spellEnd"/>
      <w:r w:rsidRPr="00F14AA3">
        <w:t>.</w:t>
      </w:r>
    </w:p>
    <w:p w14:paraId="4E371028" w14:textId="77777777" w:rsidR="00E54091" w:rsidRPr="00F14AA3" w:rsidRDefault="00E54091" w:rsidP="00E54091">
      <w:pPr>
        <w:pStyle w:val="Listapunktowana"/>
      </w:pPr>
      <w:proofErr w:type="spellStart"/>
      <w:r w:rsidRPr="00F14AA3">
        <w:t>Ofertę</w:t>
      </w:r>
      <w:proofErr w:type="spellEnd"/>
      <w:r w:rsidRPr="00F14AA3">
        <w:t xml:space="preserve"> </w:t>
      </w:r>
      <w:proofErr w:type="spellStart"/>
      <w:r w:rsidRPr="00F14AA3">
        <w:t>sporządza</w:t>
      </w:r>
      <w:proofErr w:type="spellEnd"/>
      <w:r w:rsidRPr="00F14AA3">
        <w:t xml:space="preserve"> </w:t>
      </w:r>
      <w:proofErr w:type="spellStart"/>
      <w:r w:rsidRPr="00F14AA3">
        <w:t>się</w:t>
      </w:r>
      <w:proofErr w:type="spellEnd"/>
      <w:r w:rsidRPr="00F14AA3">
        <w:t xml:space="preserve"> w </w:t>
      </w:r>
      <w:proofErr w:type="spellStart"/>
      <w:r w:rsidRPr="00F14AA3">
        <w:t>języku</w:t>
      </w:r>
      <w:proofErr w:type="spellEnd"/>
      <w:r w:rsidRPr="00F14AA3">
        <w:t xml:space="preserve"> </w:t>
      </w:r>
      <w:proofErr w:type="spellStart"/>
      <w:r w:rsidRPr="00F14AA3">
        <w:t>polskim</w:t>
      </w:r>
      <w:proofErr w:type="spellEnd"/>
      <w:r w:rsidRPr="00F14AA3">
        <w:t xml:space="preserve"> </w:t>
      </w:r>
      <w:proofErr w:type="spellStart"/>
      <w:r w:rsidRPr="00F14AA3">
        <w:t>na</w:t>
      </w:r>
      <w:proofErr w:type="spellEnd"/>
      <w:r w:rsidRPr="00F14AA3">
        <w:t xml:space="preserve"> </w:t>
      </w:r>
      <w:proofErr w:type="spellStart"/>
      <w:r w:rsidRPr="00F14AA3">
        <w:t>formularzu</w:t>
      </w:r>
      <w:proofErr w:type="spellEnd"/>
      <w:r w:rsidRPr="00F14AA3">
        <w:t xml:space="preserve"> </w:t>
      </w:r>
      <w:proofErr w:type="spellStart"/>
      <w:r w:rsidRPr="00F14AA3">
        <w:t>stanowiącym</w:t>
      </w:r>
      <w:proofErr w:type="spellEnd"/>
      <w:r w:rsidRPr="00F14AA3">
        <w:t xml:space="preserve"> </w:t>
      </w:r>
      <w:proofErr w:type="spellStart"/>
      <w:r w:rsidRPr="00F14AA3">
        <w:t>Załącznik</w:t>
      </w:r>
      <w:proofErr w:type="spellEnd"/>
      <w:r w:rsidRPr="00F14AA3">
        <w:t xml:space="preserve"> nr 1. </w:t>
      </w:r>
      <w:proofErr w:type="spellStart"/>
      <w:r w:rsidRPr="00F14AA3">
        <w:t>Dokumenty</w:t>
      </w:r>
      <w:proofErr w:type="spellEnd"/>
      <w:r w:rsidRPr="00F14AA3">
        <w:t xml:space="preserve"> </w:t>
      </w:r>
      <w:proofErr w:type="spellStart"/>
      <w:r w:rsidRPr="00F14AA3">
        <w:t>sporządzone</w:t>
      </w:r>
      <w:proofErr w:type="spellEnd"/>
      <w:r w:rsidRPr="00F14AA3">
        <w:t xml:space="preserve"> w </w:t>
      </w:r>
      <w:proofErr w:type="spellStart"/>
      <w:r w:rsidRPr="00F14AA3">
        <w:t>języku</w:t>
      </w:r>
      <w:proofErr w:type="spellEnd"/>
      <w:r w:rsidRPr="00F14AA3">
        <w:t xml:space="preserve"> </w:t>
      </w:r>
      <w:proofErr w:type="spellStart"/>
      <w:r w:rsidRPr="00F14AA3">
        <w:t>obcym</w:t>
      </w:r>
      <w:proofErr w:type="spellEnd"/>
      <w:r w:rsidRPr="00F14AA3">
        <w:t xml:space="preserve"> </w:t>
      </w:r>
      <w:proofErr w:type="spellStart"/>
      <w:r w:rsidRPr="00F14AA3">
        <w:t>składa</w:t>
      </w:r>
      <w:proofErr w:type="spellEnd"/>
      <w:r w:rsidRPr="00F14AA3">
        <w:t xml:space="preserve"> </w:t>
      </w:r>
      <w:proofErr w:type="spellStart"/>
      <w:r w:rsidRPr="00F14AA3">
        <w:t>się</w:t>
      </w:r>
      <w:proofErr w:type="spellEnd"/>
      <w:r w:rsidRPr="00F14AA3">
        <w:t xml:space="preserve"> </w:t>
      </w:r>
      <w:proofErr w:type="spellStart"/>
      <w:r w:rsidRPr="00F14AA3">
        <w:t>wraz</w:t>
      </w:r>
      <w:proofErr w:type="spellEnd"/>
      <w:r w:rsidRPr="00F14AA3">
        <w:t xml:space="preserve"> z </w:t>
      </w:r>
      <w:proofErr w:type="spellStart"/>
      <w:r w:rsidRPr="00F14AA3">
        <w:t>tłumaczeniem</w:t>
      </w:r>
      <w:proofErr w:type="spellEnd"/>
      <w:r w:rsidRPr="00F14AA3">
        <w:t xml:space="preserve"> </w:t>
      </w:r>
      <w:proofErr w:type="spellStart"/>
      <w:r w:rsidRPr="00F14AA3">
        <w:t>na</w:t>
      </w:r>
      <w:proofErr w:type="spellEnd"/>
      <w:r w:rsidRPr="00F14AA3">
        <w:t xml:space="preserve"> </w:t>
      </w:r>
      <w:proofErr w:type="spellStart"/>
      <w:r w:rsidRPr="00F14AA3">
        <w:t>język</w:t>
      </w:r>
      <w:proofErr w:type="spellEnd"/>
      <w:r w:rsidRPr="00F14AA3">
        <w:t xml:space="preserve"> </w:t>
      </w:r>
      <w:proofErr w:type="spellStart"/>
      <w:r w:rsidRPr="00F14AA3">
        <w:t>polski</w:t>
      </w:r>
      <w:proofErr w:type="spellEnd"/>
      <w:r w:rsidRPr="00F14AA3">
        <w:t>.</w:t>
      </w:r>
    </w:p>
    <w:p w14:paraId="4156F9AA" w14:textId="77777777" w:rsidR="00E54091" w:rsidRPr="00F14AA3" w:rsidRDefault="00E54091" w:rsidP="00E54091">
      <w:pPr>
        <w:pStyle w:val="Listapunktowana"/>
      </w:pPr>
      <w:proofErr w:type="spellStart"/>
      <w:r w:rsidRPr="00F14AA3">
        <w:t>Oferta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załączniki</w:t>
      </w:r>
      <w:proofErr w:type="spellEnd"/>
      <w:r w:rsidRPr="00F14AA3">
        <w:t xml:space="preserve"> </w:t>
      </w:r>
      <w:proofErr w:type="spellStart"/>
      <w:r w:rsidRPr="00F14AA3">
        <w:t>muszą</w:t>
      </w:r>
      <w:proofErr w:type="spellEnd"/>
      <w:r w:rsidRPr="00F14AA3">
        <w:t xml:space="preserve"> </w:t>
      </w:r>
      <w:proofErr w:type="spellStart"/>
      <w:r w:rsidRPr="00F14AA3">
        <w:t>być</w:t>
      </w:r>
      <w:proofErr w:type="spellEnd"/>
      <w:r w:rsidRPr="00F14AA3">
        <w:t xml:space="preserve"> </w:t>
      </w:r>
      <w:proofErr w:type="spellStart"/>
      <w:r w:rsidRPr="00F14AA3">
        <w:t>podpisane</w:t>
      </w:r>
      <w:proofErr w:type="spellEnd"/>
      <w:r w:rsidRPr="00F14AA3">
        <w:t xml:space="preserve"> </w:t>
      </w:r>
      <w:proofErr w:type="spellStart"/>
      <w:r w:rsidRPr="00F14AA3">
        <w:t>przez</w:t>
      </w:r>
      <w:proofErr w:type="spellEnd"/>
      <w:r w:rsidRPr="00F14AA3">
        <w:t xml:space="preserve"> </w:t>
      </w:r>
      <w:proofErr w:type="spellStart"/>
      <w:r w:rsidRPr="00F14AA3">
        <w:t>osobę</w:t>
      </w:r>
      <w:proofErr w:type="spellEnd"/>
      <w:r w:rsidRPr="00F14AA3">
        <w:t xml:space="preserve"> </w:t>
      </w:r>
      <w:proofErr w:type="spellStart"/>
      <w:r w:rsidRPr="00F14AA3">
        <w:t>uprawnioną</w:t>
      </w:r>
      <w:proofErr w:type="spellEnd"/>
      <w:r w:rsidRPr="00F14AA3">
        <w:t xml:space="preserve"> do </w:t>
      </w:r>
      <w:proofErr w:type="spellStart"/>
      <w:r w:rsidRPr="00F14AA3">
        <w:t>reprezentacji</w:t>
      </w:r>
      <w:proofErr w:type="spellEnd"/>
      <w:r w:rsidRPr="00F14AA3">
        <w:t xml:space="preserve"> </w:t>
      </w:r>
      <w:proofErr w:type="spellStart"/>
      <w:r w:rsidRPr="00F14AA3">
        <w:t>Wykonawcy</w:t>
      </w:r>
      <w:proofErr w:type="spellEnd"/>
      <w:r w:rsidRPr="00F14AA3">
        <w:t xml:space="preserve"> – </w:t>
      </w:r>
      <w:proofErr w:type="spellStart"/>
      <w:r w:rsidRPr="00F14AA3">
        <w:t>kwalifikowanym</w:t>
      </w:r>
      <w:proofErr w:type="spellEnd"/>
      <w:r w:rsidRPr="00F14AA3">
        <w:t xml:space="preserve"> </w:t>
      </w:r>
      <w:proofErr w:type="spellStart"/>
      <w:r w:rsidRPr="00F14AA3">
        <w:t>podpisem</w:t>
      </w:r>
      <w:proofErr w:type="spellEnd"/>
      <w:r w:rsidRPr="00F14AA3">
        <w:t xml:space="preserve"> </w:t>
      </w:r>
      <w:proofErr w:type="spellStart"/>
      <w:r w:rsidRPr="00F14AA3">
        <w:t>elektronicznym</w:t>
      </w:r>
      <w:proofErr w:type="spellEnd"/>
      <w:r w:rsidRPr="00F14AA3">
        <w:t xml:space="preserve">, </w:t>
      </w:r>
      <w:proofErr w:type="spellStart"/>
      <w:r w:rsidRPr="00F14AA3">
        <w:t>podpisem</w:t>
      </w:r>
      <w:proofErr w:type="spellEnd"/>
      <w:r w:rsidRPr="00F14AA3">
        <w:t xml:space="preserve"> </w:t>
      </w:r>
      <w:proofErr w:type="spellStart"/>
      <w:r w:rsidRPr="00F14AA3">
        <w:t>zaufanym</w:t>
      </w:r>
      <w:proofErr w:type="spellEnd"/>
      <w:r w:rsidRPr="00F14AA3">
        <w:t xml:space="preserve">, </w:t>
      </w:r>
      <w:proofErr w:type="spellStart"/>
      <w:r w:rsidRPr="00F14AA3">
        <w:t>podpisem</w:t>
      </w:r>
      <w:proofErr w:type="spellEnd"/>
      <w:r w:rsidRPr="00F14AA3">
        <w:t xml:space="preserve"> </w:t>
      </w:r>
      <w:proofErr w:type="spellStart"/>
      <w:r w:rsidRPr="00F14AA3">
        <w:t>osobistym</w:t>
      </w:r>
      <w:proofErr w:type="spellEnd"/>
      <w:r w:rsidRPr="00F14AA3">
        <w:t xml:space="preserve"> </w:t>
      </w:r>
      <w:proofErr w:type="spellStart"/>
      <w:r w:rsidRPr="00F14AA3">
        <w:t>albo</w:t>
      </w:r>
      <w:proofErr w:type="spellEnd"/>
      <w:r w:rsidRPr="00F14AA3">
        <w:t xml:space="preserve"> w </w:t>
      </w:r>
      <w:proofErr w:type="spellStart"/>
      <w:r w:rsidRPr="00F14AA3">
        <w:t>formie</w:t>
      </w:r>
      <w:proofErr w:type="spellEnd"/>
      <w:r w:rsidRPr="00F14AA3">
        <w:t xml:space="preserve"> </w:t>
      </w:r>
      <w:proofErr w:type="spellStart"/>
      <w:r w:rsidRPr="00F14AA3">
        <w:t>skanu</w:t>
      </w:r>
      <w:proofErr w:type="spellEnd"/>
      <w:r w:rsidRPr="00F14AA3">
        <w:t xml:space="preserve"> </w:t>
      </w:r>
      <w:proofErr w:type="spellStart"/>
      <w:r w:rsidRPr="00F14AA3">
        <w:t>dokumentu</w:t>
      </w:r>
      <w:proofErr w:type="spellEnd"/>
      <w:r w:rsidRPr="00F14AA3">
        <w:t xml:space="preserve"> </w:t>
      </w:r>
      <w:proofErr w:type="spellStart"/>
      <w:r w:rsidRPr="00F14AA3">
        <w:t>opatrzonego</w:t>
      </w:r>
      <w:proofErr w:type="spellEnd"/>
      <w:r w:rsidRPr="00F14AA3">
        <w:t xml:space="preserve"> </w:t>
      </w:r>
      <w:proofErr w:type="spellStart"/>
      <w:r w:rsidRPr="00F14AA3">
        <w:t>podpisem</w:t>
      </w:r>
      <w:proofErr w:type="spellEnd"/>
      <w:r w:rsidRPr="00F14AA3">
        <w:t xml:space="preserve"> </w:t>
      </w:r>
      <w:proofErr w:type="spellStart"/>
      <w:r w:rsidRPr="00F14AA3">
        <w:t>własnoręcznym</w:t>
      </w:r>
      <w:proofErr w:type="spellEnd"/>
      <w:r w:rsidRPr="00F14AA3">
        <w:t>.</w:t>
      </w:r>
    </w:p>
    <w:p w14:paraId="6297D7DC" w14:textId="77777777" w:rsidR="00E54091" w:rsidRPr="00F14AA3" w:rsidRDefault="00E54091" w:rsidP="00E54091">
      <w:pPr>
        <w:pStyle w:val="Listapunktowana"/>
      </w:pPr>
      <w:proofErr w:type="spellStart"/>
      <w:r w:rsidRPr="00F14AA3">
        <w:t>Cenę</w:t>
      </w:r>
      <w:proofErr w:type="spellEnd"/>
      <w:r w:rsidRPr="00F14AA3">
        <w:t xml:space="preserve"> </w:t>
      </w:r>
      <w:proofErr w:type="spellStart"/>
      <w:r w:rsidRPr="00F14AA3">
        <w:t>podaje</w:t>
      </w:r>
      <w:proofErr w:type="spellEnd"/>
      <w:r w:rsidRPr="00F14AA3">
        <w:t xml:space="preserve"> </w:t>
      </w:r>
      <w:proofErr w:type="spellStart"/>
      <w:r w:rsidRPr="00F14AA3">
        <w:t>się</w:t>
      </w:r>
      <w:proofErr w:type="spellEnd"/>
      <w:r w:rsidRPr="00F14AA3">
        <w:t xml:space="preserve"> w PLN, z </w:t>
      </w:r>
      <w:proofErr w:type="spellStart"/>
      <w:r w:rsidRPr="00F14AA3">
        <w:t>dokładnością</w:t>
      </w:r>
      <w:proofErr w:type="spellEnd"/>
      <w:r w:rsidRPr="00F14AA3">
        <w:t xml:space="preserve"> do </w:t>
      </w:r>
      <w:proofErr w:type="spellStart"/>
      <w:r w:rsidRPr="00F14AA3">
        <w:t>dwóch</w:t>
      </w:r>
      <w:proofErr w:type="spellEnd"/>
      <w:r w:rsidRPr="00F14AA3">
        <w:t xml:space="preserve"> </w:t>
      </w:r>
      <w:proofErr w:type="spellStart"/>
      <w:r w:rsidRPr="00F14AA3">
        <w:t>miejsc</w:t>
      </w:r>
      <w:proofErr w:type="spellEnd"/>
      <w:r w:rsidRPr="00F14AA3">
        <w:t xml:space="preserve"> po </w:t>
      </w:r>
      <w:proofErr w:type="spellStart"/>
      <w:r w:rsidRPr="00F14AA3">
        <w:t>przecinku</w:t>
      </w:r>
      <w:proofErr w:type="spellEnd"/>
      <w:r w:rsidRPr="00F14AA3">
        <w:t xml:space="preserve">, </w:t>
      </w:r>
      <w:proofErr w:type="spellStart"/>
      <w:r w:rsidRPr="00F14AA3">
        <w:t>jako</w:t>
      </w:r>
      <w:proofErr w:type="spellEnd"/>
      <w:r w:rsidRPr="00F14AA3">
        <w:t xml:space="preserve"> </w:t>
      </w:r>
      <w:proofErr w:type="spellStart"/>
      <w:r w:rsidRPr="00F14AA3">
        <w:t>cenę</w:t>
      </w:r>
      <w:proofErr w:type="spellEnd"/>
      <w:r w:rsidRPr="00F14AA3">
        <w:t xml:space="preserve"> </w:t>
      </w:r>
      <w:proofErr w:type="spellStart"/>
      <w:r w:rsidRPr="00F14AA3">
        <w:t>netto</w:t>
      </w:r>
      <w:proofErr w:type="spellEnd"/>
      <w:r w:rsidRPr="00F14AA3">
        <w:t xml:space="preserve">, </w:t>
      </w:r>
      <w:proofErr w:type="spellStart"/>
      <w:r w:rsidRPr="00F14AA3">
        <w:t>kwotę</w:t>
      </w:r>
      <w:proofErr w:type="spellEnd"/>
      <w:r w:rsidRPr="00F14AA3">
        <w:t xml:space="preserve"> VAT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cenę</w:t>
      </w:r>
      <w:proofErr w:type="spellEnd"/>
      <w:r w:rsidRPr="00F14AA3">
        <w:t xml:space="preserve"> </w:t>
      </w:r>
      <w:proofErr w:type="spellStart"/>
      <w:r w:rsidRPr="00F14AA3">
        <w:t>brutto</w:t>
      </w:r>
      <w:proofErr w:type="spellEnd"/>
      <w:r w:rsidRPr="00F14AA3">
        <w:t xml:space="preserve"> – </w:t>
      </w:r>
      <w:proofErr w:type="spellStart"/>
      <w:r w:rsidRPr="00F14AA3">
        <w:t>łącznie</w:t>
      </w:r>
      <w:proofErr w:type="spellEnd"/>
      <w:r w:rsidRPr="00F14AA3">
        <w:t xml:space="preserve"> </w:t>
      </w:r>
      <w:proofErr w:type="spellStart"/>
      <w:r w:rsidRPr="00F14AA3">
        <w:t>oraz</w:t>
      </w:r>
      <w:proofErr w:type="spellEnd"/>
      <w:r w:rsidRPr="00F14AA3">
        <w:t xml:space="preserve"> </w:t>
      </w:r>
      <w:proofErr w:type="spellStart"/>
      <w:r w:rsidRPr="00F14AA3">
        <w:t>odrębnie</w:t>
      </w:r>
      <w:proofErr w:type="spellEnd"/>
      <w:r w:rsidRPr="00F14AA3">
        <w:t xml:space="preserve"> </w:t>
      </w:r>
      <w:proofErr w:type="spellStart"/>
      <w:r w:rsidRPr="00F14AA3">
        <w:t>dla</w:t>
      </w:r>
      <w:proofErr w:type="spellEnd"/>
      <w:r w:rsidRPr="00F14AA3">
        <w:t xml:space="preserve"> </w:t>
      </w:r>
      <w:proofErr w:type="spellStart"/>
      <w:r w:rsidRPr="00F14AA3">
        <w:t>każdego</w:t>
      </w:r>
      <w:proofErr w:type="spellEnd"/>
      <w:r w:rsidRPr="00F14AA3">
        <w:t xml:space="preserve"> z </w:t>
      </w:r>
      <w:proofErr w:type="spellStart"/>
      <w:r w:rsidRPr="00F14AA3">
        <w:t>Etapów</w:t>
      </w:r>
      <w:proofErr w:type="spellEnd"/>
      <w:r w:rsidRPr="00F14AA3">
        <w:t xml:space="preserve"> I–IV. Za </w:t>
      </w:r>
      <w:proofErr w:type="spellStart"/>
      <w:r w:rsidRPr="00F14AA3">
        <w:t>prawidłowe</w:t>
      </w:r>
      <w:proofErr w:type="spellEnd"/>
      <w:r w:rsidRPr="00F14AA3">
        <w:t xml:space="preserve"> </w:t>
      </w:r>
      <w:proofErr w:type="spellStart"/>
      <w:r w:rsidRPr="00F14AA3">
        <w:t>określenie</w:t>
      </w:r>
      <w:proofErr w:type="spellEnd"/>
      <w:r w:rsidRPr="00F14AA3">
        <w:t xml:space="preserve"> </w:t>
      </w:r>
      <w:proofErr w:type="spellStart"/>
      <w:r w:rsidRPr="00F14AA3">
        <w:t>stawki</w:t>
      </w:r>
      <w:proofErr w:type="spellEnd"/>
      <w:r w:rsidRPr="00F14AA3">
        <w:t xml:space="preserve"> VAT </w:t>
      </w:r>
      <w:proofErr w:type="spellStart"/>
      <w:r w:rsidRPr="00F14AA3">
        <w:t>odpowiada</w:t>
      </w:r>
      <w:proofErr w:type="spellEnd"/>
      <w:r w:rsidRPr="00F14AA3">
        <w:t xml:space="preserve"> </w:t>
      </w:r>
      <w:proofErr w:type="spellStart"/>
      <w:r w:rsidRPr="00F14AA3">
        <w:t>Wykonawca</w:t>
      </w:r>
      <w:proofErr w:type="spellEnd"/>
      <w:r w:rsidRPr="00F14AA3">
        <w:t>.</w:t>
      </w:r>
    </w:p>
    <w:p w14:paraId="1DBEFB94" w14:textId="77777777" w:rsidR="00E54091" w:rsidRPr="00F14AA3" w:rsidRDefault="00E54091" w:rsidP="00E54091">
      <w:pPr>
        <w:pStyle w:val="Listapunktowana"/>
      </w:pPr>
      <w:r w:rsidRPr="00F14AA3">
        <w:t xml:space="preserve">Cena ma </w:t>
      </w:r>
      <w:proofErr w:type="spellStart"/>
      <w:r w:rsidRPr="00F14AA3">
        <w:t>charakter</w:t>
      </w:r>
      <w:proofErr w:type="spellEnd"/>
      <w:r w:rsidRPr="00F14AA3">
        <w:t xml:space="preserve"> </w:t>
      </w:r>
      <w:proofErr w:type="spellStart"/>
      <w:r w:rsidRPr="00F14AA3">
        <w:t>ryczałtowy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obejmuje</w:t>
      </w:r>
      <w:proofErr w:type="spellEnd"/>
      <w:r w:rsidRPr="00F14AA3">
        <w:t xml:space="preserve"> </w:t>
      </w:r>
      <w:proofErr w:type="spellStart"/>
      <w:r w:rsidRPr="00F14AA3">
        <w:t>wszystkie</w:t>
      </w:r>
      <w:proofErr w:type="spellEnd"/>
      <w:r w:rsidRPr="00F14AA3">
        <w:t xml:space="preserve"> </w:t>
      </w:r>
      <w:proofErr w:type="spellStart"/>
      <w:r w:rsidRPr="00F14AA3">
        <w:t>koszty</w:t>
      </w:r>
      <w:proofErr w:type="spellEnd"/>
      <w:r w:rsidRPr="00F14AA3">
        <w:t xml:space="preserve"> </w:t>
      </w:r>
      <w:proofErr w:type="spellStart"/>
      <w:r w:rsidRPr="00F14AA3">
        <w:t>niezbędne</w:t>
      </w:r>
      <w:proofErr w:type="spellEnd"/>
      <w:r w:rsidRPr="00F14AA3">
        <w:t xml:space="preserve"> do </w:t>
      </w:r>
      <w:proofErr w:type="spellStart"/>
      <w:r w:rsidRPr="00F14AA3">
        <w:t>należytego</w:t>
      </w:r>
      <w:proofErr w:type="spellEnd"/>
      <w:r w:rsidRPr="00F14AA3">
        <w:t xml:space="preserve"> </w:t>
      </w:r>
      <w:proofErr w:type="spellStart"/>
      <w:r w:rsidRPr="00F14AA3">
        <w:t>wykonania</w:t>
      </w:r>
      <w:proofErr w:type="spellEnd"/>
      <w:r w:rsidRPr="00F14AA3">
        <w:t xml:space="preserve"> </w:t>
      </w:r>
      <w:proofErr w:type="spellStart"/>
      <w:r w:rsidRPr="00F14AA3">
        <w:t>zamówienia</w:t>
      </w:r>
      <w:proofErr w:type="spellEnd"/>
      <w:r w:rsidRPr="00F14AA3">
        <w:t xml:space="preserve">, w </w:t>
      </w:r>
      <w:proofErr w:type="spellStart"/>
      <w:r w:rsidRPr="00F14AA3">
        <w:t>szczególności</w:t>
      </w:r>
      <w:proofErr w:type="spellEnd"/>
      <w:r w:rsidRPr="00F14AA3">
        <w:t xml:space="preserve"> </w:t>
      </w:r>
      <w:proofErr w:type="spellStart"/>
      <w:r w:rsidRPr="00F14AA3">
        <w:t>wynagrodzenie</w:t>
      </w:r>
      <w:proofErr w:type="spellEnd"/>
      <w:r w:rsidRPr="00F14AA3">
        <w:t xml:space="preserve"> </w:t>
      </w:r>
      <w:proofErr w:type="spellStart"/>
      <w:r w:rsidRPr="00F14AA3">
        <w:t>zespołu</w:t>
      </w:r>
      <w:proofErr w:type="spellEnd"/>
      <w:r w:rsidRPr="00F14AA3">
        <w:t xml:space="preserve">, </w:t>
      </w:r>
      <w:proofErr w:type="spellStart"/>
      <w:r w:rsidRPr="00F14AA3">
        <w:t>koszty</w:t>
      </w:r>
      <w:proofErr w:type="spellEnd"/>
      <w:r w:rsidRPr="00F14AA3">
        <w:t xml:space="preserve"> </w:t>
      </w:r>
      <w:proofErr w:type="spellStart"/>
      <w:r w:rsidRPr="00F14AA3">
        <w:t>narzędzi</w:t>
      </w:r>
      <w:proofErr w:type="spellEnd"/>
      <w:r w:rsidRPr="00F14AA3">
        <w:t xml:space="preserve">, </w:t>
      </w:r>
      <w:proofErr w:type="spellStart"/>
      <w:r w:rsidRPr="00F14AA3">
        <w:t>licencji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zaplecza</w:t>
      </w:r>
      <w:proofErr w:type="spellEnd"/>
      <w:r w:rsidRPr="00F14AA3">
        <w:t xml:space="preserve"> </w:t>
      </w:r>
      <w:proofErr w:type="spellStart"/>
      <w:r w:rsidRPr="00F14AA3">
        <w:t>badawczego</w:t>
      </w:r>
      <w:proofErr w:type="spellEnd"/>
      <w:r w:rsidRPr="00F14AA3">
        <w:t xml:space="preserve">, </w:t>
      </w:r>
      <w:proofErr w:type="spellStart"/>
      <w:r w:rsidRPr="00F14AA3">
        <w:t>koszty</w:t>
      </w:r>
      <w:proofErr w:type="spellEnd"/>
      <w:r w:rsidRPr="00F14AA3">
        <w:t xml:space="preserve"> </w:t>
      </w:r>
      <w:proofErr w:type="spellStart"/>
      <w:r w:rsidRPr="00F14AA3">
        <w:t>dojazdów</w:t>
      </w:r>
      <w:proofErr w:type="spellEnd"/>
      <w:r w:rsidRPr="00F14AA3">
        <w:t xml:space="preserve"> </w:t>
      </w:r>
      <w:proofErr w:type="spellStart"/>
      <w:r w:rsidRPr="00F14AA3">
        <w:t>na</w:t>
      </w:r>
      <w:proofErr w:type="spellEnd"/>
      <w:r w:rsidRPr="00F14AA3">
        <w:t xml:space="preserve"> </w:t>
      </w:r>
      <w:proofErr w:type="spellStart"/>
      <w:r w:rsidRPr="00F14AA3">
        <w:t>sesje</w:t>
      </w:r>
      <w:proofErr w:type="spellEnd"/>
      <w:r w:rsidRPr="00F14AA3">
        <w:t xml:space="preserve"> </w:t>
      </w:r>
      <w:proofErr w:type="spellStart"/>
      <w:r w:rsidRPr="00F14AA3">
        <w:t>integracyjne</w:t>
      </w:r>
      <w:proofErr w:type="spellEnd"/>
      <w:r w:rsidRPr="00F14AA3">
        <w:t xml:space="preserve"> w Krakowie, </w:t>
      </w:r>
      <w:proofErr w:type="spellStart"/>
      <w:r w:rsidRPr="00F14AA3">
        <w:t>koszty</w:t>
      </w:r>
      <w:proofErr w:type="spellEnd"/>
      <w:r w:rsidRPr="00F14AA3">
        <w:t xml:space="preserve"> </w:t>
      </w:r>
      <w:proofErr w:type="spellStart"/>
      <w:r w:rsidRPr="00F14AA3">
        <w:t>przeniesienia</w:t>
      </w:r>
      <w:proofErr w:type="spellEnd"/>
      <w:r w:rsidRPr="00F14AA3">
        <w:t xml:space="preserve"> </w:t>
      </w:r>
      <w:proofErr w:type="spellStart"/>
      <w:r w:rsidRPr="00F14AA3">
        <w:t>praw</w:t>
      </w:r>
      <w:proofErr w:type="spellEnd"/>
      <w:r w:rsidRPr="00F14AA3">
        <w:t xml:space="preserve"> </w:t>
      </w:r>
      <w:proofErr w:type="spellStart"/>
      <w:r w:rsidRPr="00F14AA3">
        <w:t>własności</w:t>
      </w:r>
      <w:proofErr w:type="spellEnd"/>
      <w:r w:rsidRPr="00F14AA3">
        <w:t xml:space="preserve"> </w:t>
      </w:r>
      <w:proofErr w:type="spellStart"/>
      <w:r w:rsidRPr="00F14AA3">
        <w:t>intelektualnej</w:t>
      </w:r>
      <w:proofErr w:type="spellEnd"/>
      <w:r w:rsidRPr="00F14AA3">
        <w:t xml:space="preserve"> </w:t>
      </w:r>
      <w:proofErr w:type="spellStart"/>
      <w:r w:rsidRPr="00F14AA3">
        <w:t>oraz</w:t>
      </w:r>
      <w:proofErr w:type="spellEnd"/>
      <w:r w:rsidRPr="00F14AA3">
        <w:t xml:space="preserve"> </w:t>
      </w:r>
      <w:proofErr w:type="spellStart"/>
      <w:r w:rsidRPr="00F14AA3">
        <w:t>przekazania</w:t>
      </w:r>
      <w:proofErr w:type="spellEnd"/>
      <w:r w:rsidRPr="00F14AA3">
        <w:t xml:space="preserve"> </w:t>
      </w:r>
      <w:proofErr w:type="spellStart"/>
      <w:r w:rsidRPr="00F14AA3">
        <w:t>kodu</w:t>
      </w:r>
      <w:proofErr w:type="spellEnd"/>
      <w:r w:rsidRPr="00F14AA3">
        <w:t xml:space="preserve"> </w:t>
      </w:r>
      <w:proofErr w:type="spellStart"/>
      <w:r w:rsidRPr="00F14AA3">
        <w:t>źródłowego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dokumentacji</w:t>
      </w:r>
      <w:proofErr w:type="spellEnd"/>
      <w:r w:rsidRPr="00F14AA3">
        <w:t>.</w:t>
      </w:r>
    </w:p>
    <w:p w14:paraId="473AD37C" w14:textId="77777777" w:rsidR="00E54091" w:rsidRPr="00F14AA3" w:rsidRDefault="00E54091" w:rsidP="00E54091">
      <w:pPr>
        <w:pStyle w:val="Listapunktowana"/>
      </w:pPr>
      <w:r w:rsidRPr="00F14AA3">
        <w:t xml:space="preserve">Wszelkie </w:t>
      </w:r>
      <w:proofErr w:type="spellStart"/>
      <w:r w:rsidRPr="00F14AA3">
        <w:t>koszty</w:t>
      </w:r>
      <w:proofErr w:type="spellEnd"/>
      <w:r w:rsidRPr="00F14AA3">
        <w:t xml:space="preserve"> </w:t>
      </w:r>
      <w:proofErr w:type="spellStart"/>
      <w:r w:rsidRPr="00F14AA3">
        <w:t>związane</w:t>
      </w:r>
      <w:proofErr w:type="spellEnd"/>
      <w:r w:rsidRPr="00F14AA3">
        <w:t xml:space="preserve"> z </w:t>
      </w:r>
      <w:proofErr w:type="spellStart"/>
      <w:r w:rsidRPr="00F14AA3">
        <w:t>przygotowaniem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złożeniem</w:t>
      </w:r>
      <w:proofErr w:type="spellEnd"/>
      <w:r w:rsidRPr="00F14AA3">
        <w:t xml:space="preserve"> </w:t>
      </w:r>
      <w:proofErr w:type="spellStart"/>
      <w:r w:rsidRPr="00F14AA3">
        <w:t>oferty</w:t>
      </w:r>
      <w:proofErr w:type="spellEnd"/>
      <w:r w:rsidRPr="00F14AA3">
        <w:t xml:space="preserve"> </w:t>
      </w:r>
      <w:proofErr w:type="spellStart"/>
      <w:r w:rsidRPr="00F14AA3">
        <w:t>ponosi</w:t>
      </w:r>
      <w:proofErr w:type="spellEnd"/>
      <w:r w:rsidRPr="00F14AA3">
        <w:t xml:space="preserve"> </w:t>
      </w:r>
      <w:proofErr w:type="spellStart"/>
      <w:r w:rsidRPr="00F14AA3">
        <w:t>Wykonawca</w:t>
      </w:r>
      <w:proofErr w:type="spellEnd"/>
      <w:r w:rsidRPr="00F14AA3">
        <w:t>.</w:t>
      </w:r>
    </w:p>
    <w:p w14:paraId="30A465AD" w14:textId="77777777" w:rsidR="00E54091" w:rsidRPr="00F14AA3" w:rsidRDefault="00E54091" w:rsidP="00E54091">
      <w:pPr>
        <w:pStyle w:val="Listapunktowana"/>
      </w:pPr>
      <w:proofErr w:type="spellStart"/>
      <w:r w:rsidRPr="00F14AA3">
        <w:t>Przed</w:t>
      </w:r>
      <w:proofErr w:type="spellEnd"/>
      <w:r w:rsidRPr="00F14AA3">
        <w:t xml:space="preserve"> </w:t>
      </w:r>
      <w:proofErr w:type="spellStart"/>
      <w:r w:rsidRPr="00F14AA3">
        <w:t>upływem</w:t>
      </w:r>
      <w:proofErr w:type="spellEnd"/>
      <w:r w:rsidRPr="00F14AA3">
        <w:t xml:space="preserve"> </w:t>
      </w:r>
      <w:proofErr w:type="spellStart"/>
      <w:r w:rsidRPr="00F14AA3">
        <w:t>terminu</w:t>
      </w:r>
      <w:proofErr w:type="spellEnd"/>
      <w:r w:rsidRPr="00F14AA3">
        <w:t xml:space="preserve"> </w:t>
      </w:r>
      <w:proofErr w:type="spellStart"/>
      <w:r w:rsidRPr="00F14AA3">
        <w:t>składania</w:t>
      </w:r>
      <w:proofErr w:type="spellEnd"/>
      <w:r w:rsidRPr="00F14AA3">
        <w:t xml:space="preserve"> </w:t>
      </w:r>
      <w:proofErr w:type="spellStart"/>
      <w:r w:rsidRPr="00F14AA3">
        <w:t>ofert</w:t>
      </w:r>
      <w:proofErr w:type="spellEnd"/>
      <w:r w:rsidRPr="00F14AA3">
        <w:t xml:space="preserve"> </w:t>
      </w:r>
      <w:proofErr w:type="spellStart"/>
      <w:r w:rsidRPr="00F14AA3">
        <w:t>Wykonawca</w:t>
      </w:r>
      <w:proofErr w:type="spellEnd"/>
      <w:r w:rsidRPr="00F14AA3">
        <w:t xml:space="preserve"> </w:t>
      </w:r>
      <w:proofErr w:type="spellStart"/>
      <w:r w:rsidRPr="00F14AA3">
        <w:t>może</w:t>
      </w:r>
      <w:proofErr w:type="spellEnd"/>
      <w:r w:rsidRPr="00F14AA3">
        <w:t xml:space="preserve"> </w:t>
      </w:r>
      <w:proofErr w:type="spellStart"/>
      <w:r w:rsidRPr="00F14AA3">
        <w:t>zmienić</w:t>
      </w:r>
      <w:proofErr w:type="spellEnd"/>
      <w:r w:rsidRPr="00F14AA3">
        <w:t xml:space="preserve">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wycofać</w:t>
      </w:r>
      <w:proofErr w:type="spellEnd"/>
      <w:r w:rsidRPr="00F14AA3">
        <w:t xml:space="preserve"> </w:t>
      </w:r>
      <w:proofErr w:type="spellStart"/>
      <w:r w:rsidRPr="00F14AA3">
        <w:t>ofertę</w:t>
      </w:r>
      <w:proofErr w:type="spellEnd"/>
      <w:r w:rsidRPr="00F14AA3">
        <w:t xml:space="preserve"> za </w:t>
      </w:r>
      <w:proofErr w:type="spellStart"/>
      <w:r w:rsidRPr="00F14AA3">
        <w:t>pośrednictwem</w:t>
      </w:r>
      <w:proofErr w:type="spellEnd"/>
      <w:r w:rsidRPr="00F14AA3">
        <w:t xml:space="preserve"> BK2021.</w:t>
      </w:r>
    </w:p>
    <w:p w14:paraId="5DA825D1" w14:textId="77777777" w:rsidR="00E54091" w:rsidRPr="00F14AA3" w:rsidRDefault="00E54091" w:rsidP="00E54091">
      <w:pPr>
        <w:pStyle w:val="Listapunktowana"/>
      </w:pPr>
      <w:r w:rsidRPr="00F14AA3">
        <w:t xml:space="preserve">Informacje </w:t>
      </w:r>
      <w:proofErr w:type="spellStart"/>
      <w:r w:rsidRPr="00F14AA3">
        <w:t>stanowiące</w:t>
      </w:r>
      <w:proofErr w:type="spellEnd"/>
      <w:r w:rsidRPr="00F14AA3">
        <w:t xml:space="preserve"> </w:t>
      </w:r>
      <w:proofErr w:type="spellStart"/>
      <w:r w:rsidRPr="00F14AA3">
        <w:t>tajemnicę</w:t>
      </w:r>
      <w:proofErr w:type="spellEnd"/>
      <w:r w:rsidRPr="00F14AA3">
        <w:t xml:space="preserve"> </w:t>
      </w:r>
      <w:proofErr w:type="spellStart"/>
      <w:r w:rsidRPr="00F14AA3">
        <w:t>przedsiębiorstwa</w:t>
      </w:r>
      <w:proofErr w:type="spellEnd"/>
      <w:r w:rsidRPr="00F14AA3">
        <w:t xml:space="preserve"> </w:t>
      </w:r>
      <w:proofErr w:type="spellStart"/>
      <w:r w:rsidRPr="00F14AA3">
        <w:t>Wykonawca</w:t>
      </w:r>
      <w:proofErr w:type="spellEnd"/>
      <w:r w:rsidRPr="00F14AA3">
        <w:t xml:space="preserve"> </w:t>
      </w:r>
      <w:proofErr w:type="spellStart"/>
      <w:r w:rsidRPr="00F14AA3">
        <w:t>zastrzega</w:t>
      </w:r>
      <w:proofErr w:type="spellEnd"/>
      <w:r w:rsidRPr="00F14AA3">
        <w:t xml:space="preserve"> w </w:t>
      </w:r>
      <w:proofErr w:type="spellStart"/>
      <w:r w:rsidRPr="00F14AA3">
        <w:t>ofercie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wykazuje</w:t>
      </w:r>
      <w:proofErr w:type="spellEnd"/>
      <w:r w:rsidRPr="00F14AA3">
        <w:t xml:space="preserve">, </w:t>
      </w:r>
      <w:proofErr w:type="spellStart"/>
      <w:r w:rsidRPr="00F14AA3">
        <w:t>że</w:t>
      </w:r>
      <w:proofErr w:type="spellEnd"/>
      <w:r w:rsidRPr="00F14AA3">
        <w:t xml:space="preserve"> </w:t>
      </w:r>
      <w:proofErr w:type="spellStart"/>
      <w:r w:rsidRPr="00F14AA3">
        <w:t>mają</w:t>
      </w:r>
      <w:proofErr w:type="spellEnd"/>
      <w:r w:rsidRPr="00F14AA3">
        <w:t xml:space="preserve"> one </w:t>
      </w:r>
      <w:proofErr w:type="spellStart"/>
      <w:r w:rsidRPr="00F14AA3">
        <w:t>taki</w:t>
      </w:r>
      <w:proofErr w:type="spellEnd"/>
      <w:r w:rsidRPr="00F14AA3">
        <w:t xml:space="preserve"> </w:t>
      </w:r>
      <w:proofErr w:type="spellStart"/>
      <w:r w:rsidRPr="00F14AA3">
        <w:t>charakter</w:t>
      </w:r>
      <w:proofErr w:type="spellEnd"/>
      <w:r w:rsidRPr="00F14AA3">
        <w:t xml:space="preserve">. Nie </w:t>
      </w:r>
      <w:proofErr w:type="spellStart"/>
      <w:r w:rsidRPr="00F14AA3">
        <w:t>można</w:t>
      </w:r>
      <w:proofErr w:type="spellEnd"/>
      <w:r w:rsidRPr="00F14AA3">
        <w:t xml:space="preserve"> </w:t>
      </w:r>
      <w:proofErr w:type="spellStart"/>
      <w:r w:rsidRPr="00F14AA3">
        <w:t>zastrzec</w:t>
      </w:r>
      <w:proofErr w:type="spellEnd"/>
      <w:r w:rsidRPr="00F14AA3">
        <w:t xml:space="preserve"> </w:t>
      </w:r>
      <w:proofErr w:type="spellStart"/>
      <w:r w:rsidRPr="00F14AA3">
        <w:t>ceny</w:t>
      </w:r>
      <w:proofErr w:type="spellEnd"/>
      <w:r w:rsidRPr="00F14AA3">
        <w:t xml:space="preserve"> </w:t>
      </w:r>
      <w:proofErr w:type="spellStart"/>
      <w:r w:rsidRPr="00F14AA3">
        <w:t>oferty</w:t>
      </w:r>
      <w:proofErr w:type="spellEnd"/>
      <w:r w:rsidRPr="00F14AA3">
        <w:t xml:space="preserve"> ani </w:t>
      </w:r>
      <w:proofErr w:type="spellStart"/>
      <w:r w:rsidRPr="00F14AA3">
        <w:t>informacji</w:t>
      </w:r>
      <w:proofErr w:type="spellEnd"/>
      <w:r w:rsidRPr="00F14AA3">
        <w:t xml:space="preserve"> </w:t>
      </w:r>
      <w:proofErr w:type="spellStart"/>
      <w:r w:rsidRPr="00F14AA3">
        <w:t>potwierdzających</w:t>
      </w:r>
      <w:proofErr w:type="spellEnd"/>
      <w:r w:rsidRPr="00F14AA3">
        <w:t xml:space="preserve"> </w:t>
      </w:r>
      <w:proofErr w:type="spellStart"/>
      <w:r w:rsidRPr="00F14AA3">
        <w:t>spełnienie</w:t>
      </w:r>
      <w:proofErr w:type="spellEnd"/>
      <w:r w:rsidRPr="00F14AA3">
        <w:t xml:space="preserve"> </w:t>
      </w:r>
      <w:proofErr w:type="spellStart"/>
      <w:r w:rsidRPr="00F14AA3">
        <w:t>warunków</w:t>
      </w:r>
      <w:proofErr w:type="spellEnd"/>
      <w:r w:rsidRPr="00F14AA3">
        <w:t xml:space="preserve"> </w:t>
      </w:r>
      <w:proofErr w:type="spellStart"/>
      <w:r w:rsidRPr="00F14AA3">
        <w:t>udziału</w:t>
      </w:r>
      <w:proofErr w:type="spellEnd"/>
      <w:r w:rsidRPr="00F14AA3">
        <w:t>.</w:t>
      </w:r>
    </w:p>
    <w:p w14:paraId="396B0090" w14:textId="77777777" w:rsidR="00E54091" w:rsidRPr="00F14AA3" w:rsidRDefault="00E54091" w:rsidP="00E54091">
      <w:pPr>
        <w:pStyle w:val="Nagwek2"/>
      </w:pPr>
      <w:r w:rsidRPr="00F14AA3">
        <w:t xml:space="preserve">14. Termin </w:t>
      </w:r>
      <w:proofErr w:type="spellStart"/>
      <w:r w:rsidRPr="00F14AA3">
        <w:t>składania</w:t>
      </w:r>
      <w:proofErr w:type="spellEnd"/>
      <w:r w:rsidRPr="00F14AA3">
        <w:t xml:space="preserve"> </w:t>
      </w:r>
      <w:proofErr w:type="spellStart"/>
      <w:r w:rsidRPr="00F14AA3">
        <w:t>ofert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termin</w:t>
      </w:r>
      <w:proofErr w:type="spellEnd"/>
      <w:r w:rsidRPr="00F14AA3">
        <w:t xml:space="preserve"> </w:t>
      </w:r>
      <w:proofErr w:type="spellStart"/>
      <w:r w:rsidRPr="00F14AA3">
        <w:t>związania</w:t>
      </w:r>
      <w:proofErr w:type="spellEnd"/>
      <w:r w:rsidRPr="00F14AA3">
        <w:t xml:space="preserve"> </w:t>
      </w:r>
      <w:proofErr w:type="spellStart"/>
      <w:r w:rsidRPr="00F14AA3">
        <w:t>ofertą</w:t>
      </w:r>
      <w:proofErr w:type="spellEnd"/>
    </w:p>
    <w:p w14:paraId="001C1C08" w14:textId="3BA3E572" w:rsidR="00AA6194" w:rsidRPr="00F14AA3" w:rsidRDefault="00AA6194" w:rsidP="00E54091">
      <w:pPr>
        <w:pStyle w:val="Listapunktowana"/>
      </w:pPr>
      <w:r w:rsidRPr="00F14AA3">
        <w:t xml:space="preserve">Termin </w:t>
      </w:r>
      <w:proofErr w:type="spellStart"/>
      <w:r w:rsidRPr="00F14AA3">
        <w:t>składania</w:t>
      </w:r>
      <w:proofErr w:type="spellEnd"/>
      <w:r w:rsidRPr="00F14AA3">
        <w:t xml:space="preserve"> </w:t>
      </w:r>
      <w:proofErr w:type="spellStart"/>
      <w:r w:rsidRPr="00F14AA3">
        <w:t>ofert</w:t>
      </w:r>
      <w:proofErr w:type="spellEnd"/>
      <w:r w:rsidRPr="00F14AA3">
        <w:t xml:space="preserve">: </w:t>
      </w:r>
      <w:r w:rsidR="00E44D56" w:rsidRPr="00F14AA3">
        <w:t>15.10.2026</w:t>
      </w:r>
    </w:p>
    <w:p w14:paraId="13988FE4" w14:textId="48B26D68" w:rsidR="00E54091" w:rsidRPr="00F14AA3" w:rsidRDefault="00E54091" w:rsidP="00E54091">
      <w:pPr>
        <w:pStyle w:val="Listapunktowana"/>
      </w:pPr>
      <w:proofErr w:type="spellStart"/>
      <w:r w:rsidRPr="00F14AA3">
        <w:t>Oferty</w:t>
      </w:r>
      <w:proofErr w:type="spellEnd"/>
      <w:r w:rsidRPr="00F14AA3">
        <w:t xml:space="preserve"> </w:t>
      </w:r>
      <w:proofErr w:type="spellStart"/>
      <w:r w:rsidRPr="00F14AA3">
        <w:t>złożone</w:t>
      </w:r>
      <w:proofErr w:type="spellEnd"/>
      <w:r w:rsidRPr="00F14AA3">
        <w:t xml:space="preserve"> po </w:t>
      </w:r>
      <w:proofErr w:type="spellStart"/>
      <w:r w:rsidRPr="00F14AA3">
        <w:t>terminie</w:t>
      </w:r>
      <w:proofErr w:type="spellEnd"/>
      <w:r w:rsidRPr="00F14AA3">
        <w:t xml:space="preserve"> </w:t>
      </w:r>
      <w:proofErr w:type="spellStart"/>
      <w:r w:rsidRPr="00F14AA3">
        <w:t>nie</w:t>
      </w:r>
      <w:proofErr w:type="spellEnd"/>
      <w:r w:rsidRPr="00F14AA3">
        <w:t xml:space="preserve"> </w:t>
      </w:r>
      <w:proofErr w:type="spellStart"/>
      <w:r w:rsidRPr="00F14AA3">
        <w:t>będą</w:t>
      </w:r>
      <w:proofErr w:type="spellEnd"/>
      <w:r w:rsidRPr="00F14AA3">
        <w:t xml:space="preserve"> </w:t>
      </w:r>
      <w:proofErr w:type="spellStart"/>
      <w:r w:rsidRPr="00F14AA3">
        <w:t>rozpatrywane</w:t>
      </w:r>
      <w:proofErr w:type="spellEnd"/>
      <w:r w:rsidRPr="00F14AA3">
        <w:t>.</w:t>
      </w:r>
    </w:p>
    <w:p w14:paraId="0699C915" w14:textId="77777777" w:rsidR="00E54091" w:rsidRPr="00F14AA3" w:rsidRDefault="00E54091" w:rsidP="00E54091">
      <w:pPr>
        <w:pStyle w:val="Listapunktowana"/>
      </w:pPr>
      <w:proofErr w:type="spellStart"/>
      <w:r w:rsidRPr="00F14AA3">
        <w:t>Wykonawca</w:t>
      </w:r>
      <w:proofErr w:type="spellEnd"/>
      <w:r w:rsidRPr="00F14AA3">
        <w:t xml:space="preserve"> </w:t>
      </w:r>
      <w:proofErr w:type="spellStart"/>
      <w:r w:rsidRPr="00F14AA3">
        <w:t>pozostaje</w:t>
      </w:r>
      <w:proofErr w:type="spellEnd"/>
      <w:r w:rsidRPr="00F14AA3">
        <w:t xml:space="preserve"> </w:t>
      </w:r>
      <w:proofErr w:type="spellStart"/>
      <w:r w:rsidRPr="00F14AA3">
        <w:t>związany</w:t>
      </w:r>
      <w:proofErr w:type="spellEnd"/>
      <w:r w:rsidRPr="00F14AA3">
        <w:t xml:space="preserve"> </w:t>
      </w:r>
      <w:proofErr w:type="spellStart"/>
      <w:r w:rsidRPr="00F14AA3">
        <w:t>ofertą</w:t>
      </w:r>
      <w:proofErr w:type="spellEnd"/>
      <w:r w:rsidRPr="00F14AA3">
        <w:t xml:space="preserve"> </w:t>
      </w:r>
      <w:proofErr w:type="spellStart"/>
      <w:r w:rsidRPr="00F14AA3">
        <w:t>przez</w:t>
      </w:r>
      <w:proofErr w:type="spellEnd"/>
      <w:r w:rsidRPr="00F14AA3">
        <w:t xml:space="preserve"> 90 </w:t>
      </w:r>
      <w:proofErr w:type="spellStart"/>
      <w:r w:rsidRPr="00F14AA3">
        <w:t>dni</w:t>
      </w:r>
      <w:proofErr w:type="spellEnd"/>
      <w:r w:rsidRPr="00F14AA3">
        <w:t xml:space="preserve"> </w:t>
      </w:r>
      <w:proofErr w:type="spellStart"/>
      <w:r w:rsidRPr="00F14AA3">
        <w:t>od</w:t>
      </w:r>
      <w:proofErr w:type="spellEnd"/>
      <w:r w:rsidRPr="00F14AA3">
        <w:t xml:space="preserve"> </w:t>
      </w:r>
      <w:proofErr w:type="spellStart"/>
      <w:r w:rsidRPr="00F14AA3">
        <w:t>upływu</w:t>
      </w:r>
      <w:proofErr w:type="spellEnd"/>
      <w:r w:rsidRPr="00F14AA3">
        <w:t xml:space="preserve"> </w:t>
      </w:r>
      <w:proofErr w:type="spellStart"/>
      <w:r w:rsidRPr="00F14AA3">
        <w:t>terminu</w:t>
      </w:r>
      <w:proofErr w:type="spellEnd"/>
      <w:r w:rsidRPr="00F14AA3">
        <w:t xml:space="preserve"> </w:t>
      </w:r>
      <w:proofErr w:type="spellStart"/>
      <w:r w:rsidRPr="00F14AA3">
        <w:t>składania</w:t>
      </w:r>
      <w:proofErr w:type="spellEnd"/>
      <w:r w:rsidRPr="00F14AA3">
        <w:t xml:space="preserve"> </w:t>
      </w:r>
      <w:proofErr w:type="spellStart"/>
      <w:r w:rsidRPr="00F14AA3">
        <w:t>ofert</w:t>
      </w:r>
      <w:proofErr w:type="spellEnd"/>
      <w:r w:rsidRPr="00F14AA3">
        <w:t xml:space="preserve">. </w:t>
      </w:r>
      <w:proofErr w:type="spellStart"/>
      <w:r w:rsidRPr="00F14AA3">
        <w:t>Zamawiający</w:t>
      </w:r>
      <w:proofErr w:type="spellEnd"/>
      <w:r w:rsidRPr="00F14AA3">
        <w:t xml:space="preserve"> </w:t>
      </w:r>
      <w:proofErr w:type="spellStart"/>
      <w:r w:rsidRPr="00F14AA3">
        <w:t>może</w:t>
      </w:r>
      <w:proofErr w:type="spellEnd"/>
      <w:r w:rsidRPr="00F14AA3">
        <w:t xml:space="preserve"> </w:t>
      </w:r>
      <w:proofErr w:type="spellStart"/>
      <w:r w:rsidRPr="00F14AA3">
        <w:t>zwrócić</w:t>
      </w:r>
      <w:proofErr w:type="spellEnd"/>
      <w:r w:rsidRPr="00F14AA3">
        <w:t xml:space="preserve"> </w:t>
      </w:r>
      <w:proofErr w:type="spellStart"/>
      <w:r w:rsidRPr="00F14AA3">
        <w:t>się</w:t>
      </w:r>
      <w:proofErr w:type="spellEnd"/>
      <w:r w:rsidRPr="00F14AA3">
        <w:t xml:space="preserve"> do </w:t>
      </w:r>
      <w:proofErr w:type="spellStart"/>
      <w:r w:rsidRPr="00F14AA3">
        <w:t>Wykonawców</w:t>
      </w:r>
      <w:proofErr w:type="spellEnd"/>
      <w:r w:rsidRPr="00F14AA3">
        <w:t xml:space="preserve"> o </w:t>
      </w:r>
      <w:proofErr w:type="spellStart"/>
      <w:r w:rsidRPr="00F14AA3">
        <w:t>przedłużenie</w:t>
      </w:r>
      <w:proofErr w:type="spellEnd"/>
      <w:r w:rsidRPr="00F14AA3">
        <w:t xml:space="preserve"> </w:t>
      </w:r>
      <w:proofErr w:type="spellStart"/>
      <w:r w:rsidRPr="00F14AA3">
        <w:t>tego</w:t>
      </w:r>
      <w:proofErr w:type="spellEnd"/>
      <w:r w:rsidRPr="00F14AA3">
        <w:t xml:space="preserve"> </w:t>
      </w:r>
      <w:proofErr w:type="spellStart"/>
      <w:r w:rsidRPr="00F14AA3">
        <w:t>terminu</w:t>
      </w:r>
      <w:proofErr w:type="spellEnd"/>
      <w:r w:rsidRPr="00F14AA3">
        <w:t xml:space="preserve"> o </w:t>
      </w:r>
      <w:proofErr w:type="spellStart"/>
      <w:r w:rsidRPr="00F14AA3">
        <w:t>oznaczony</w:t>
      </w:r>
      <w:proofErr w:type="spellEnd"/>
      <w:r w:rsidRPr="00F14AA3">
        <w:t xml:space="preserve"> </w:t>
      </w:r>
      <w:proofErr w:type="spellStart"/>
      <w:r w:rsidRPr="00F14AA3">
        <w:t>okres</w:t>
      </w:r>
      <w:proofErr w:type="spellEnd"/>
      <w:r w:rsidRPr="00F14AA3">
        <w:t xml:space="preserve">, w </w:t>
      </w:r>
      <w:proofErr w:type="spellStart"/>
      <w:r w:rsidRPr="00F14AA3">
        <w:t>szczególności</w:t>
      </w:r>
      <w:proofErr w:type="spellEnd"/>
      <w:r w:rsidRPr="00F14AA3">
        <w:t xml:space="preserve"> w </w:t>
      </w:r>
      <w:proofErr w:type="spellStart"/>
      <w:r w:rsidRPr="00F14AA3">
        <w:t>związku</w:t>
      </w:r>
      <w:proofErr w:type="spellEnd"/>
      <w:r w:rsidRPr="00F14AA3">
        <w:t xml:space="preserve"> z </w:t>
      </w:r>
      <w:proofErr w:type="spellStart"/>
      <w:r w:rsidRPr="00F14AA3">
        <w:lastRenderedPageBreak/>
        <w:t>przebiegiem</w:t>
      </w:r>
      <w:proofErr w:type="spellEnd"/>
      <w:r w:rsidRPr="00F14AA3">
        <w:t xml:space="preserve"> </w:t>
      </w:r>
      <w:proofErr w:type="spellStart"/>
      <w:r w:rsidRPr="00F14AA3">
        <w:t>oceny</w:t>
      </w:r>
      <w:proofErr w:type="spellEnd"/>
      <w:r w:rsidRPr="00F14AA3">
        <w:t xml:space="preserve"> </w:t>
      </w:r>
      <w:proofErr w:type="spellStart"/>
      <w:r w:rsidRPr="00F14AA3">
        <w:t>wniosku</w:t>
      </w:r>
      <w:proofErr w:type="spellEnd"/>
      <w:r w:rsidRPr="00F14AA3">
        <w:t xml:space="preserve"> o </w:t>
      </w:r>
      <w:proofErr w:type="spellStart"/>
      <w:r w:rsidRPr="00F14AA3">
        <w:t>dofinansowanie</w:t>
      </w:r>
      <w:proofErr w:type="spellEnd"/>
      <w:r w:rsidRPr="00F14AA3">
        <w:t xml:space="preserve">. Brak </w:t>
      </w:r>
      <w:proofErr w:type="spellStart"/>
      <w:r w:rsidRPr="00F14AA3">
        <w:t>zgody</w:t>
      </w:r>
      <w:proofErr w:type="spellEnd"/>
      <w:r w:rsidRPr="00F14AA3">
        <w:t xml:space="preserve"> Wykonawcy </w:t>
      </w:r>
      <w:proofErr w:type="spellStart"/>
      <w:r w:rsidRPr="00F14AA3">
        <w:t>oznacza</w:t>
      </w:r>
      <w:proofErr w:type="spellEnd"/>
      <w:r w:rsidRPr="00F14AA3">
        <w:t xml:space="preserve">, </w:t>
      </w:r>
      <w:proofErr w:type="spellStart"/>
      <w:r w:rsidRPr="00F14AA3">
        <w:t>że</w:t>
      </w:r>
      <w:proofErr w:type="spellEnd"/>
      <w:r w:rsidRPr="00F14AA3">
        <w:t xml:space="preserve"> </w:t>
      </w:r>
      <w:proofErr w:type="spellStart"/>
      <w:r w:rsidRPr="00F14AA3">
        <w:t>jego</w:t>
      </w:r>
      <w:proofErr w:type="spellEnd"/>
      <w:r w:rsidRPr="00F14AA3">
        <w:t xml:space="preserve"> </w:t>
      </w:r>
      <w:proofErr w:type="spellStart"/>
      <w:r w:rsidRPr="00F14AA3">
        <w:t>oferta</w:t>
      </w:r>
      <w:proofErr w:type="spellEnd"/>
      <w:r w:rsidRPr="00F14AA3">
        <w:t xml:space="preserve"> </w:t>
      </w:r>
      <w:proofErr w:type="spellStart"/>
      <w:r w:rsidRPr="00F14AA3">
        <w:t>nie</w:t>
      </w:r>
      <w:proofErr w:type="spellEnd"/>
      <w:r w:rsidRPr="00F14AA3">
        <w:t xml:space="preserve"> </w:t>
      </w:r>
      <w:proofErr w:type="spellStart"/>
      <w:r w:rsidRPr="00F14AA3">
        <w:t>będzie</w:t>
      </w:r>
      <w:proofErr w:type="spellEnd"/>
      <w:r w:rsidRPr="00F14AA3">
        <w:t xml:space="preserve"> </w:t>
      </w:r>
      <w:proofErr w:type="spellStart"/>
      <w:r w:rsidRPr="00F14AA3">
        <w:t>dalej</w:t>
      </w:r>
      <w:proofErr w:type="spellEnd"/>
      <w:r w:rsidRPr="00F14AA3">
        <w:t xml:space="preserve"> </w:t>
      </w:r>
      <w:proofErr w:type="spellStart"/>
      <w:r w:rsidRPr="00F14AA3">
        <w:t>rozpatrywana</w:t>
      </w:r>
      <w:proofErr w:type="spellEnd"/>
      <w:r w:rsidRPr="00F14AA3">
        <w:t>.</w:t>
      </w:r>
    </w:p>
    <w:p w14:paraId="60B99809" w14:textId="77777777" w:rsidR="00E54091" w:rsidRPr="00F14AA3" w:rsidRDefault="00E54091" w:rsidP="00E54091">
      <w:pPr>
        <w:pStyle w:val="Nagwek2"/>
      </w:pPr>
      <w:r w:rsidRPr="00F14AA3">
        <w:t xml:space="preserve">15. </w:t>
      </w:r>
      <w:proofErr w:type="spellStart"/>
      <w:r w:rsidRPr="00F14AA3">
        <w:t>Kryterium</w:t>
      </w:r>
      <w:proofErr w:type="spellEnd"/>
      <w:r w:rsidRPr="00F14AA3">
        <w:t xml:space="preserve"> </w:t>
      </w:r>
      <w:proofErr w:type="spellStart"/>
      <w:r w:rsidRPr="00F14AA3">
        <w:t>oceny</w:t>
      </w:r>
      <w:proofErr w:type="spellEnd"/>
      <w:r w:rsidRPr="00F14AA3">
        <w:t xml:space="preserve"> </w:t>
      </w:r>
      <w:proofErr w:type="spellStart"/>
      <w:r w:rsidRPr="00F14AA3">
        <w:t>ofert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sposób</w:t>
      </w:r>
      <w:proofErr w:type="spellEnd"/>
      <w:r w:rsidRPr="00F14AA3">
        <w:t xml:space="preserve"> </w:t>
      </w:r>
      <w:proofErr w:type="spellStart"/>
      <w:r w:rsidRPr="00F14AA3">
        <w:t>przyznawania</w:t>
      </w:r>
      <w:proofErr w:type="spellEnd"/>
      <w:r w:rsidRPr="00F14AA3">
        <w:t xml:space="preserve"> </w:t>
      </w:r>
      <w:proofErr w:type="spellStart"/>
      <w:r w:rsidRPr="00F14AA3">
        <w:t>punktacji</w:t>
      </w:r>
      <w:proofErr w:type="spellEnd"/>
    </w:p>
    <w:p w14:paraId="1338E2EC" w14:textId="02D1C605" w:rsidR="00365F0D" w:rsidRDefault="00365F0D" w:rsidP="00365F0D">
      <w:pPr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Kryteria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oceny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opis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sposobu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przyznawania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punktacji</w:t>
      </w:r>
      <w:proofErr w:type="spellEnd"/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UBOT TECHNOLOGIES</w:t>
      </w:r>
      <w:r>
        <w:rPr>
          <w:rFonts w:ascii="Times New Roman" w:eastAsia="Times New Roman" w:hAnsi="Times New Roman" w:cs="Times New Roman"/>
        </w:rPr>
        <w:t xml:space="preserve"> SP. Z O.O. </w:t>
      </w:r>
      <w:proofErr w:type="spellStart"/>
      <w:r>
        <w:rPr>
          <w:rFonts w:ascii="Times New Roman" w:eastAsia="Times New Roman" w:hAnsi="Times New Roman" w:cs="Times New Roman"/>
        </w:rPr>
        <w:t>dokona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oceny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oferty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podstawie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poniżej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przedstawionych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kryteriów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oceny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oferty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08663ED8" w14:textId="77777777" w:rsidR="00365F0D" w:rsidRDefault="00365F0D" w:rsidP="00365F0D">
      <w:pPr>
        <w:spacing w:after="0"/>
        <w:jc w:val="both"/>
        <w:rPr>
          <w:rFonts w:ascii="Times New Roman" w:eastAsia="Times New Roman" w:hAnsi="Times New Roman" w:cs="Times New Roman"/>
        </w:rPr>
      </w:pPr>
    </w:p>
    <w:tbl>
      <w:tblPr>
        <w:tblW w:w="90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855"/>
        <w:gridCol w:w="1770"/>
        <w:gridCol w:w="3375"/>
      </w:tblGrid>
      <w:tr w:rsidR="00365F0D" w14:paraId="717CBA76" w14:textId="77777777" w:rsidTr="0093636B">
        <w:trPr>
          <w:trHeight w:val="555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85A668" w14:textId="77777777" w:rsidR="00365F0D" w:rsidRDefault="00365F0D" w:rsidP="0093636B">
            <w:pPr>
              <w:spacing w:before="80" w:after="240" w:line="254" w:lineRule="auto"/>
              <w:ind w:left="100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</w:rPr>
              <w:t>Kryteria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</w:rPr>
              <w:t>oceny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</w:rPr>
              <w:t>ofert</w:t>
            </w:r>
            <w:proofErr w:type="spellEnd"/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4DB7A1" w14:textId="77777777" w:rsidR="00365F0D" w:rsidRDefault="00365F0D" w:rsidP="0093636B">
            <w:pPr>
              <w:spacing w:before="80" w:after="240" w:line="254" w:lineRule="auto"/>
              <w:ind w:left="100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</w:rPr>
              <w:t>Waga</w:t>
            </w:r>
          </w:p>
        </w:tc>
        <w:tc>
          <w:tcPr>
            <w:tcW w:w="33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8A58C7" w14:textId="77777777" w:rsidR="00365F0D" w:rsidRDefault="00365F0D" w:rsidP="0093636B">
            <w:pPr>
              <w:spacing w:before="80" w:after="240" w:line="254" w:lineRule="auto"/>
              <w:ind w:left="100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</w:rPr>
              <w:t>Maksymalna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</w:rPr>
              <w:t>liczba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</w:rPr>
              <w:t>punktów</w:t>
            </w:r>
            <w:proofErr w:type="spellEnd"/>
          </w:p>
        </w:tc>
      </w:tr>
      <w:tr w:rsidR="00365F0D" w14:paraId="4C65488E" w14:textId="77777777" w:rsidTr="0093636B">
        <w:trPr>
          <w:trHeight w:val="555"/>
        </w:trPr>
        <w:tc>
          <w:tcPr>
            <w:tcW w:w="3855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0A2E7C" w14:textId="77777777" w:rsidR="00365F0D" w:rsidRDefault="00365F0D" w:rsidP="0093636B">
            <w:pPr>
              <w:spacing w:before="80" w:after="240" w:line="254" w:lineRule="auto"/>
              <w:ind w:left="100"/>
              <w:jc w:val="both"/>
              <w:rPr>
                <w:rFonts w:ascii="Times New Roman" w:eastAsia="Times New Roman" w:hAnsi="Times New Roman"/>
                <w:i/>
                <w:iCs/>
              </w:rPr>
            </w:pPr>
            <w:r>
              <w:rPr>
                <w:rFonts w:ascii="Times New Roman" w:eastAsia="Times New Roman" w:hAnsi="Times New Roman"/>
                <w:i/>
                <w:iCs/>
              </w:rPr>
              <w:t xml:space="preserve">a) </w:t>
            </w:r>
            <w:proofErr w:type="spellStart"/>
            <w:r>
              <w:rPr>
                <w:rFonts w:ascii="Times New Roman" w:eastAsia="Times New Roman" w:hAnsi="Times New Roman"/>
                <w:i/>
                <w:iCs/>
              </w:rPr>
              <w:t>cena</w:t>
            </w:r>
            <w:proofErr w:type="spellEnd"/>
            <w:r>
              <w:rPr>
                <w:rFonts w:ascii="Times New Roman" w:eastAsia="Times New Roman" w:hAnsi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/>
                <w:iCs/>
              </w:rPr>
              <w:t>łączna</w:t>
            </w:r>
            <w:proofErr w:type="spellEnd"/>
            <w:r>
              <w:rPr>
                <w:rFonts w:ascii="Times New Roman" w:eastAsia="Times New Roman" w:hAnsi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/>
                <w:iCs/>
              </w:rPr>
              <w:t>netto</w:t>
            </w:r>
            <w:proofErr w:type="spellEnd"/>
            <w:r>
              <w:rPr>
                <w:rFonts w:ascii="Times New Roman" w:eastAsia="Times New Roman" w:hAnsi="Times New Roman"/>
                <w:i/>
                <w:iCs/>
              </w:rPr>
              <w:t xml:space="preserve"> w PLN [C]</w:t>
            </w:r>
          </w:p>
        </w:tc>
        <w:tc>
          <w:tcPr>
            <w:tcW w:w="17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A6415B" w14:textId="77777777" w:rsidR="00365F0D" w:rsidRDefault="00365F0D" w:rsidP="0093636B">
            <w:pPr>
              <w:spacing w:before="80" w:after="240" w:line="254" w:lineRule="auto"/>
              <w:ind w:left="100"/>
              <w:jc w:val="center"/>
              <w:rPr>
                <w:rFonts w:ascii="Times New Roman" w:eastAsia="Times New Roman" w:hAnsi="Times New Roman"/>
                <w:i/>
                <w:iCs/>
              </w:rPr>
            </w:pPr>
            <w:r>
              <w:rPr>
                <w:rFonts w:ascii="Times New Roman" w:eastAsia="Times New Roman" w:hAnsi="Times New Roman"/>
                <w:i/>
                <w:iCs/>
              </w:rPr>
              <w:t>100%</w:t>
            </w:r>
          </w:p>
        </w:tc>
        <w:tc>
          <w:tcPr>
            <w:tcW w:w="337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2638FE" w14:textId="77777777" w:rsidR="00365F0D" w:rsidRDefault="00365F0D" w:rsidP="0093636B">
            <w:pPr>
              <w:spacing w:before="80" w:after="240" w:line="254" w:lineRule="auto"/>
              <w:ind w:left="100"/>
              <w:jc w:val="center"/>
              <w:rPr>
                <w:rFonts w:ascii="Times New Roman" w:eastAsia="Times New Roman" w:hAnsi="Times New Roman"/>
                <w:i/>
                <w:iCs/>
              </w:rPr>
            </w:pPr>
            <w:r>
              <w:rPr>
                <w:rFonts w:ascii="Times New Roman" w:eastAsia="Times New Roman" w:hAnsi="Times New Roman"/>
                <w:i/>
                <w:iCs/>
              </w:rPr>
              <w:t>100</w:t>
            </w:r>
          </w:p>
        </w:tc>
      </w:tr>
    </w:tbl>
    <w:p w14:paraId="649D5915" w14:textId="77777777" w:rsidR="00365F0D" w:rsidRDefault="00365F0D" w:rsidP="00365F0D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* w </w:t>
      </w:r>
      <w:proofErr w:type="spellStart"/>
      <w:r>
        <w:rPr>
          <w:rFonts w:ascii="Times New Roman" w:eastAsia="Times New Roman" w:hAnsi="Times New Roman" w:cs="Times New Roman"/>
        </w:rPr>
        <w:t>przypadku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oferty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podanej</w:t>
      </w:r>
      <w:proofErr w:type="spellEnd"/>
      <w:r>
        <w:rPr>
          <w:rFonts w:ascii="Times New Roman" w:eastAsia="Times New Roman" w:hAnsi="Times New Roman" w:cs="Times New Roman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</w:rPr>
        <w:t>walucie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obcej</w:t>
      </w:r>
      <w:proofErr w:type="spellEnd"/>
      <w:r>
        <w:rPr>
          <w:rFonts w:ascii="Times New Roman" w:eastAsia="Times New Roman" w:hAnsi="Times New Roman" w:cs="Times New Roman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</w:rPr>
        <w:t>przeliczenia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zostanie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zastosowany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średni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kurs</w:t>
      </w:r>
      <w:proofErr w:type="spellEnd"/>
      <w:r>
        <w:rPr>
          <w:rFonts w:ascii="Times New Roman" w:eastAsia="Times New Roman" w:hAnsi="Times New Roman" w:cs="Times New Roman"/>
        </w:rPr>
        <w:t xml:space="preserve"> NBP z </w:t>
      </w:r>
      <w:proofErr w:type="spellStart"/>
      <w:r>
        <w:rPr>
          <w:rFonts w:ascii="Times New Roman" w:eastAsia="Times New Roman" w:hAnsi="Times New Roman" w:cs="Times New Roman"/>
        </w:rPr>
        <w:t>ostatniego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dnia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terminu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składania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ofert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036F713F" w14:textId="77777777" w:rsidR="00365F0D" w:rsidRDefault="00365F0D" w:rsidP="00365F0D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65581F9A" w14:textId="77777777" w:rsidR="00365F0D" w:rsidRDefault="00365F0D" w:rsidP="00365F0D">
      <w:pPr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Zasady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oceny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kryterium</w:t>
      </w:r>
      <w:proofErr w:type="spellEnd"/>
      <w:r>
        <w:rPr>
          <w:rFonts w:ascii="Times New Roman" w:eastAsia="Times New Roman" w:hAnsi="Times New Roman" w:cs="Times New Roman"/>
        </w:rPr>
        <w:t xml:space="preserve"> „Cena </w:t>
      </w:r>
      <w:proofErr w:type="spellStart"/>
      <w:r>
        <w:rPr>
          <w:rFonts w:ascii="Times New Roman" w:eastAsia="Times New Roman" w:hAnsi="Times New Roman" w:cs="Times New Roman"/>
        </w:rPr>
        <w:t>usługi</w:t>
      </w:r>
      <w:proofErr w:type="spellEnd"/>
      <w:r>
        <w:rPr>
          <w:rFonts w:ascii="Times New Roman" w:eastAsia="Times New Roman" w:hAnsi="Times New Roman" w:cs="Times New Roman"/>
        </w:rPr>
        <w:t>” [C]:</w:t>
      </w:r>
    </w:p>
    <w:p w14:paraId="00C14D1D" w14:textId="77777777" w:rsidR="00365F0D" w:rsidRDefault="00365F0D" w:rsidP="00365F0D">
      <w:pPr>
        <w:spacing w:after="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Liczba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punktów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którą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można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uzyskać</w:t>
      </w:r>
      <w:proofErr w:type="spellEnd"/>
      <w:r>
        <w:rPr>
          <w:rFonts w:ascii="Times New Roman" w:eastAsia="Times New Roman" w:hAnsi="Times New Roman" w:cs="Times New Roman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</w:rPr>
        <w:t>ramach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tego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kryterium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obliczona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zostanie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przez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podzielenie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ceny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najtańszej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oferty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przez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cenę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oferty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sprawdzanej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oraz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przemnożenie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otrzymanej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liczby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przez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wagę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kryterium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tj</w:t>
      </w:r>
      <w:proofErr w:type="spellEnd"/>
      <w:r>
        <w:rPr>
          <w:rFonts w:ascii="Times New Roman" w:eastAsia="Times New Roman" w:hAnsi="Times New Roman" w:cs="Times New Roman"/>
        </w:rPr>
        <w:t xml:space="preserve">. 100 </w:t>
      </w:r>
      <w:proofErr w:type="spellStart"/>
      <w:r>
        <w:rPr>
          <w:rFonts w:ascii="Times New Roman" w:eastAsia="Times New Roman" w:hAnsi="Times New Roman" w:cs="Times New Roman"/>
        </w:rPr>
        <w:t>wg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Wzoru</w:t>
      </w:r>
      <w:proofErr w:type="spellEnd"/>
      <w:r>
        <w:rPr>
          <w:rFonts w:ascii="Times New Roman" w:eastAsia="Times New Roman" w:hAnsi="Times New Roman" w:cs="Times New Roman"/>
        </w:rPr>
        <w:t>:</w:t>
      </w:r>
    </w:p>
    <w:p w14:paraId="12B7EFCF" w14:textId="77777777" w:rsidR="00365F0D" w:rsidRDefault="00365F0D" w:rsidP="00365F0D">
      <w:pPr>
        <w:spacing w:before="240" w:after="240" w:line="254" w:lineRule="auto"/>
        <w:ind w:left="700" w:firstLine="700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A n = C min </w:t>
      </w:r>
      <w:proofErr w:type="gramStart"/>
      <w:r>
        <w:rPr>
          <w:rFonts w:ascii="Times New Roman" w:eastAsia="Times New Roman" w:hAnsi="Times New Roman" w:cs="Times New Roman"/>
          <w:b/>
          <w:bCs/>
        </w:rPr>
        <w:t>/  C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r x 100</w:t>
      </w:r>
    </w:p>
    <w:p w14:paraId="35779A5D" w14:textId="77777777" w:rsidR="00365F0D" w:rsidRDefault="00365F0D" w:rsidP="00365F0D">
      <w:pPr>
        <w:spacing w:before="240" w:after="240" w:line="254" w:lineRule="auto"/>
        <w:ind w:left="700"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 min – </w:t>
      </w:r>
      <w:proofErr w:type="spellStart"/>
      <w:r>
        <w:rPr>
          <w:rFonts w:ascii="Times New Roman" w:eastAsia="Times New Roman" w:hAnsi="Times New Roman" w:cs="Times New Roman"/>
        </w:rPr>
        <w:t>najniższa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cena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łączna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netto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oferty</w:t>
      </w:r>
      <w:proofErr w:type="spellEnd"/>
      <w:r>
        <w:rPr>
          <w:rFonts w:ascii="Times New Roman" w:eastAsia="Times New Roman" w:hAnsi="Times New Roman" w:cs="Times New Roman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</w:rPr>
        <w:t>zbiorze</w:t>
      </w:r>
      <w:proofErr w:type="spellEnd"/>
    </w:p>
    <w:p w14:paraId="4869AFAC" w14:textId="77777777" w:rsidR="00365F0D" w:rsidRDefault="00365F0D" w:rsidP="00365F0D">
      <w:pPr>
        <w:spacing w:before="240" w:after="240" w:line="254" w:lineRule="auto"/>
        <w:ind w:left="700"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 r – </w:t>
      </w:r>
      <w:proofErr w:type="spellStart"/>
      <w:r>
        <w:rPr>
          <w:rFonts w:ascii="Times New Roman" w:eastAsia="Times New Roman" w:hAnsi="Times New Roman" w:cs="Times New Roman"/>
        </w:rPr>
        <w:t>cena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łączna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netto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oferty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rozpatrywanej</w:t>
      </w:r>
      <w:proofErr w:type="spellEnd"/>
    </w:p>
    <w:p w14:paraId="19853F77" w14:textId="77777777" w:rsidR="00365F0D" w:rsidRDefault="00365F0D" w:rsidP="00365F0D">
      <w:pPr>
        <w:spacing w:before="240" w:after="240" w:line="254" w:lineRule="auto"/>
        <w:ind w:left="700"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 n – </w:t>
      </w:r>
      <w:proofErr w:type="spellStart"/>
      <w:r>
        <w:rPr>
          <w:rFonts w:ascii="Times New Roman" w:eastAsia="Times New Roman" w:hAnsi="Times New Roman" w:cs="Times New Roman"/>
        </w:rPr>
        <w:t>liczba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punktów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przyznana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ofercie</w:t>
      </w:r>
      <w:proofErr w:type="spellEnd"/>
    </w:p>
    <w:p w14:paraId="27E073E0" w14:textId="77777777" w:rsidR="00365F0D" w:rsidRDefault="00365F0D" w:rsidP="00365F0D">
      <w:pPr>
        <w:spacing w:after="0"/>
        <w:ind w:left="36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Maksymalna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liczba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punktów</w:t>
      </w:r>
      <w:proofErr w:type="spellEnd"/>
      <w:r>
        <w:rPr>
          <w:rFonts w:ascii="Times New Roman" w:eastAsia="Times New Roman" w:hAnsi="Times New Roman" w:cs="Times New Roman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</w:rPr>
        <w:t>uzyskania</w:t>
      </w:r>
      <w:proofErr w:type="spellEnd"/>
      <w:r>
        <w:rPr>
          <w:rFonts w:ascii="Times New Roman" w:eastAsia="Times New Roman" w:hAnsi="Times New Roman" w:cs="Times New Roman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</w:rPr>
        <w:t>kryterium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cena</w:t>
      </w:r>
      <w:proofErr w:type="spellEnd"/>
      <w:r>
        <w:rPr>
          <w:rFonts w:ascii="Times New Roman" w:eastAsia="Times New Roman" w:hAnsi="Times New Roman" w:cs="Times New Roman"/>
        </w:rPr>
        <w:t xml:space="preserve"> - 100 pkt. </w:t>
      </w:r>
      <w:proofErr w:type="spellStart"/>
      <w:r>
        <w:rPr>
          <w:rFonts w:ascii="Times New Roman" w:eastAsia="Times New Roman" w:hAnsi="Times New Roman" w:cs="Times New Roman"/>
        </w:rPr>
        <w:t>Przez</w:t>
      </w:r>
      <w:proofErr w:type="spellEnd"/>
      <w:r>
        <w:rPr>
          <w:rFonts w:ascii="Times New Roman" w:eastAsia="Times New Roman" w:hAnsi="Times New Roman" w:cs="Times New Roman"/>
        </w:rPr>
        <w:t xml:space="preserve"> „</w:t>
      </w:r>
      <w:proofErr w:type="spellStart"/>
      <w:r>
        <w:rPr>
          <w:rFonts w:ascii="Times New Roman" w:eastAsia="Times New Roman" w:hAnsi="Times New Roman" w:cs="Times New Roman"/>
        </w:rPr>
        <w:t>cenę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oferty</w:t>
      </w:r>
      <w:proofErr w:type="spellEnd"/>
      <w:r>
        <w:rPr>
          <w:rFonts w:ascii="Times New Roman" w:eastAsia="Times New Roman" w:hAnsi="Times New Roman" w:cs="Times New Roman"/>
        </w:rPr>
        <w:t xml:space="preserve">” </w:t>
      </w:r>
      <w:proofErr w:type="spellStart"/>
      <w:r>
        <w:rPr>
          <w:rFonts w:ascii="Times New Roman" w:eastAsia="Times New Roman" w:hAnsi="Times New Roman" w:cs="Times New Roman"/>
        </w:rPr>
        <w:t>rozumie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się</w:t>
      </w:r>
      <w:proofErr w:type="spellEnd"/>
      <w:r>
        <w:rPr>
          <w:rFonts w:ascii="Times New Roman" w:eastAsia="Times New Roman" w:hAnsi="Times New Roman" w:cs="Times New Roman"/>
        </w:rPr>
        <w:t xml:space="preserve"> “</w:t>
      </w:r>
      <w:proofErr w:type="spellStart"/>
      <w:r>
        <w:rPr>
          <w:rFonts w:ascii="Times New Roman" w:eastAsia="Times New Roman" w:hAnsi="Times New Roman" w:cs="Times New Roman"/>
        </w:rPr>
        <w:t>cenę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netto</w:t>
      </w:r>
      <w:proofErr w:type="spellEnd"/>
      <w:r>
        <w:rPr>
          <w:rFonts w:ascii="Times New Roman" w:eastAsia="Times New Roman" w:hAnsi="Times New Roman" w:cs="Times New Roman"/>
        </w:rPr>
        <w:t xml:space="preserve">”. </w:t>
      </w:r>
      <w:proofErr w:type="spellStart"/>
      <w:r>
        <w:rPr>
          <w:rFonts w:ascii="Times New Roman" w:eastAsia="Times New Roman" w:hAnsi="Times New Roman" w:cs="Times New Roman"/>
        </w:rPr>
        <w:t>Ustalono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iż</w:t>
      </w:r>
      <w:proofErr w:type="spellEnd"/>
      <w:r>
        <w:rPr>
          <w:rFonts w:ascii="Times New Roman" w:eastAsia="Times New Roman" w:hAnsi="Times New Roman" w:cs="Times New Roman"/>
        </w:rPr>
        <w:t xml:space="preserve"> 1% </w:t>
      </w:r>
      <w:proofErr w:type="spellStart"/>
      <w:r>
        <w:rPr>
          <w:rFonts w:ascii="Times New Roman" w:eastAsia="Times New Roman" w:hAnsi="Times New Roman" w:cs="Times New Roman"/>
        </w:rPr>
        <w:t>równy</w:t>
      </w:r>
      <w:proofErr w:type="spellEnd"/>
      <w:r>
        <w:rPr>
          <w:rFonts w:ascii="Times New Roman" w:eastAsia="Times New Roman" w:hAnsi="Times New Roman" w:cs="Times New Roman"/>
        </w:rPr>
        <w:t xml:space="preserve"> jest 1 pkt. W </w:t>
      </w:r>
      <w:proofErr w:type="spellStart"/>
      <w:r>
        <w:rPr>
          <w:rFonts w:ascii="Times New Roman" w:eastAsia="Times New Roman" w:hAnsi="Times New Roman" w:cs="Times New Roman"/>
        </w:rPr>
        <w:t>związku</w:t>
      </w:r>
      <w:proofErr w:type="spellEnd"/>
      <w:r>
        <w:rPr>
          <w:rFonts w:ascii="Times New Roman" w:eastAsia="Times New Roman" w:hAnsi="Times New Roman" w:cs="Times New Roman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</w:rPr>
        <w:t>tym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Oferent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maksymalnie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może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zdobyć</w:t>
      </w:r>
      <w:proofErr w:type="spellEnd"/>
      <w:r>
        <w:rPr>
          <w:rFonts w:ascii="Times New Roman" w:eastAsia="Times New Roman" w:hAnsi="Times New Roman" w:cs="Times New Roman"/>
        </w:rPr>
        <w:t xml:space="preserve"> 100 pkt. – C. </w:t>
      </w:r>
      <w:proofErr w:type="spellStart"/>
      <w:r>
        <w:rPr>
          <w:rFonts w:ascii="Times New Roman" w:eastAsia="Times New Roman" w:hAnsi="Times New Roman" w:cs="Times New Roman"/>
        </w:rPr>
        <w:t>Jeżeli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nie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będzie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można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dokonać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wyboru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oferty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najkorzystniejszej</w:t>
      </w:r>
      <w:proofErr w:type="spellEnd"/>
      <w:r>
        <w:rPr>
          <w:rFonts w:ascii="Times New Roman" w:eastAsia="Times New Roman" w:hAnsi="Times New Roman" w:cs="Times New Roman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</w:rPr>
        <w:t>uwagi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</w:t>
      </w:r>
      <w:proofErr w:type="spellEnd"/>
      <w:r>
        <w:rPr>
          <w:rFonts w:ascii="Times New Roman" w:eastAsia="Times New Roman" w:hAnsi="Times New Roman" w:cs="Times New Roman"/>
        </w:rPr>
        <w:t xml:space="preserve"> to, </w:t>
      </w:r>
      <w:proofErr w:type="spellStart"/>
      <w:r>
        <w:rPr>
          <w:rFonts w:ascii="Times New Roman" w:eastAsia="Times New Roman" w:hAnsi="Times New Roman" w:cs="Times New Roman"/>
        </w:rPr>
        <w:t>że</w:t>
      </w:r>
      <w:proofErr w:type="spellEnd"/>
      <w:r>
        <w:rPr>
          <w:rFonts w:ascii="Times New Roman" w:eastAsia="Times New Roman" w:hAnsi="Times New Roman" w:cs="Times New Roman"/>
        </w:rPr>
        <w:t xml:space="preserve"> co </w:t>
      </w:r>
      <w:proofErr w:type="spellStart"/>
      <w:r>
        <w:rPr>
          <w:rFonts w:ascii="Times New Roman" w:eastAsia="Times New Roman" w:hAnsi="Times New Roman" w:cs="Times New Roman"/>
        </w:rPr>
        <w:t>najmniej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dwie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oferty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przedstawiają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taką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samą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cenę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Zamawiający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przeprowadzi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negocjacje</w:t>
      </w:r>
      <w:proofErr w:type="spellEnd"/>
      <w:r>
        <w:rPr>
          <w:rFonts w:ascii="Times New Roman" w:eastAsia="Times New Roman" w:hAnsi="Times New Roman" w:cs="Times New Roman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</w:rPr>
        <w:t>Oferentami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którzy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uzyskali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najwyższą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liczbę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punktów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68CA2254" w14:textId="77777777" w:rsidR="00365F0D" w:rsidRDefault="00365F0D" w:rsidP="00365F0D">
      <w:pPr>
        <w:spacing w:after="0"/>
        <w:ind w:left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2D93D512" w14:textId="77777777" w:rsidR="00365F0D" w:rsidRDefault="00365F0D" w:rsidP="00365F0D">
      <w:pPr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Jeżeli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zaoferowana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cena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lub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koszt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wydaje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się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rażąco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niskie</w:t>
      </w:r>
      <w:proofErr w:type="spellEnd"/>
      <w:r>
        <w:rPr>
          <w:rFonts w:ascii="Times New Roman" w:eastAsia="Times New Roman" w:hAnsi="Times New Roman" w:cs="Times New Roman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</w:rPr>
        <w:t>stosunku</w:t>
      </w:r>
      <w:proofErr w:type="spellEnd"/>
      <w:r>
        <w:rPr>
          <w:rFonts w:ascii="Times New Roman" w:eastAsia="Times New Roman" w:hAnsi="Times New Roman" w:cs="Times New Roman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</w:rPr>
        <w:t>przedmiotu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zamówienia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tj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różnią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się</w:t>
      </w:r>
      <w:proofErr w:type="spellEnd"/>
      <w:r>
        <w:rPr>
          <w:rFonts w:ascii="Times New Roman" w:eastAsia="Times New Roman" w:hAnsi="Times New Roman" w:cs="Times New Roman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</w:rPr>
        <w:t>więcej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niż</w:t>
      </w:r>
      <w:proofErr w:type="spellEnd"/>
      <w:r>
        <w:rPr>
          <w:rFonts w:ascii="Times New Roman" w:eastAsia="Times New Roman" w:hAnsi="Times New Roman" w:cs="Times New Roman"/>
        </w:rPr>
        <w:t xml:space="preserve"> 30% </w:t>
      </w:r>
      <w:proofErr w:type="spellStart"/>
      <w:r>
        <w:rPr>
          <w:rFonts w:ascii="Times New Roman" w:eastAsia="Times New Roman" w:hAnsi="Times New Roman" w:cs="Times New Roman"/>
        </w:rPr>
        <w:t>od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średniej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arytmetycznej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cen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wszystkich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ważnych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ofert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niepodlegających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odrzuceniu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lub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budzi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wątpliwości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zamawiającego</w:t>
      </w:r>
      <w:proofErr w:type="spellEnd"/>
      <w:r>
        <w:rPr>
          <w:rFonts w:ascii="Times New Roman" w:eastAsia="Times New Roman" w:hAnsi="Times New Roman" w:cs="Times New Roman"/>
        </w:rPr>
        <w:t xml:space="preserve"> co do </w:t>
      </w:r>
      <w:proofErr w:type="spellStart"/>
      <w:r>
        <w:rPr>
          <w:rFonts w:ascii="Times New Roman" w:eastAsia="Times New Roman" w:hAnsi="Times New Roman" w:cs="Times New Roman"/>
        </w:rPr>
        <w:t>możliwości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wykonania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przedmiotu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zamówienia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zgodnie</w:t>
      </w:r>
      <w:proofErr w:type="spellEnd"/>
      <w:r>
        <w:rPr>
          <w:rFonts w:ascii="Times New Roman" w:eastAsia="Times New Roman" w:hAnsi="Times New Roman" w:cs="Times New Roman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</w:rPr>
        <w:t>wymaganiami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określonymi</w:t>
      </w:r>
      <w:proofErr w:type="spellEnd"/>
      <w:r>
        <w:rPr>
          <w:rFonts w:ascii="Times New Roman" w:eastAsia="Times New Roman" w:hAnsi="Times New Roman" w:cs="Times New Roman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</w:rPr>
        <w:t>zapytaniu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ofertowym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lub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wynikającymi</w:t>
      </w:r>
      <w:proofErr w:type="spellEnd"/>
      <w:r>
        <w:rPr>
          <w:rFonts w:ascii="Times New Roman" w:eastAsia="Times New Roman" w:hAnsi="Times New Roman" w:cs="Times New Roman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</w:rPr>
        <w:t>odrębnych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przepisów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zamawiający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żąda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Wykonawcy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złożenia</w:t>
      </w:r>
      <w:proofErr w:type="spellEnd"/>
      <w:r>
        <w:rPr>
          <w:rFonts w:ascii="Times New Roman" w:eastAsia="Times New Roman" w:hAnsi="Times New Roman" w:cs="Times New Roman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</w:rPr>
        <w:t>wyznaczonym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terminie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wyjaśnień</w:t>
      </w:r>
      <w:proofErr w:type="spellEnd"/>
      <w:r>
        <w:rPr>
          <w:rFonts w:ascii="Times New Roman" w:eastAsia="Times New Roman" w:hAnsi="Times New Roman" w:cs="Times New Roman"/>
        </w:rPr>
        <w:t xml:space="preserve"> (7 </w:t>
      </w:r>
      <w:proofErr w:type="spellStart"/>
      <w:r>
        <w:rPr>
          <w:rFonts w:ascii="Times New Roman" w:eastAsia="Times New Roman" w:hAnsi="Times New Roman" w:cs="Times New Roman"/>
        </w:rPr>
        <w:t>dni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kalendarzowych</w:t>
      </w:r>
      <w:proofErr w:type="spellEnd"/>
      <w:r>
        <w:rPr>
          <w:rFonts w:ascii="Times New Roman" w:eastAsia="Times New Roman" w:hAnsi="Times New Roman" w:cs="Times New Roman"/>
        </w:rPr>
        <w:t xml:space="preserve">), w </w:t>
      </w:r>
      <w:proofErr w:type="spellStart"/>
      <w:r>
        <w:rPr>
          <w:rFonts w:ascii="Times New Roman" w:eastAsia="Times New Roman" w:hAnsi="Times New Roman" w:cs="Times New Roman"/>
        </w:rPr>
        <w:t>tym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złożenia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dowodów</w:t>
      </w:r>
      <w:proofErr w:type="spellEnd"/>
      <w:r>
        <w:rPr>
          <w:rFonts w:ascii="Times New Roman" w:eastAsia="Times New Roman" w:hAnsi="Times New Roman" w:cs="Times New Roman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</w:rPr>
        <w:t>zakresie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wyliczenia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ceny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lub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kosztu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Zamawiający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ocenia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wyjaśnienia</w:t>
      </w:r>
      <w:proofErr w:type="spellEnd"/>
      <w:r>
        <w:rPr>
          <w:rFonts w:ascii="Times New Roman" w:eastAsia="Times New Roman" w:hAnsi="Times New Roman" w:cs="Times New Roman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</w:rPr>
        <w:t>konsultacji</w:t>
      </w:r>
      <w:proofErr w:type="spellEnd"/>
      <w:r>
        <w:rPr>
          <w:rFonts w:ascii="Times New Roman" w:eastAsia="Times New Roman" w:hAnsi="Times New Roman" w:cs="Times New Roman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</w:rPr>
        <w:t>Wykonawcą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może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odrzucić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tę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ofertę</w:t>
      </w:r>
      <w:proofErr w:type="spellEnd"/>
      <w:r>
        <w:rPr>
          <w:rFonts w:ascii="Times New Roman" w:eastAsia="Times New Roman" w:hAnsi="Times New Roman" w:cs="Times New Roman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</w:rPr>
        <w:t>przypadku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gdy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złożone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wyjaśnienia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wraz</w:t>
      </w:r>
      <w:proofErr w:type="spellEnd"/>
      <w:r>
        <w:rPr>
          <w:rFonts w:ascii="Times New Roman" w:eastAsia="Times New Roman" w:hAnsi="Times New Roman" w:cs="Times New Roman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</w:rPr>
        <w:t>dowodami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nie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uzasadniają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podanej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ceny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lub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kosztu</w:t>
      </w:r>
      <w:proofErr w:type="spellEnd"/>
      <w:r>
        <w:rPr>
          <w:rFonts w:ascii="Times New Roman" w:eastAsia="Times New Roman" w:hAnsi="Times New Roman" w:cs="Times New Roman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</w:rPr>
        <w:t>tej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ofercie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1D41E7FF" w14:textId="0785025D" w:rsidR="00E54091" w:rsidRPr="00F14AA3" w:rsidRDefault="00C370A4" w:rsidP="00E54091">
      <w:pPr>
        <w:pStyle w:val="Nagwek2"/>
      </w:pPr>
      <w:r w:rsidRPr="00C370A4">
        <w:t xml:space="preserve">16. </w:t>
      </w:r>
      <w:proofErr w:type="spellStart"/>
      <w:r w:rsidRPr="00C370A4">
        <w:t>Odrzucenie</w:t>
      </w:r>
      <w:proofErr w:type="spellEnd"/>
      <w:r w:rsidRPr="00C370A4">
        <w:t xml:space="preserve"> </w:t>
      </w:r>
      <w:proofErr w:type="spellStart"/>
      <w:r w:rsidRPr="00C370A4">
        <w:t>oferty</w:t>
      </w:r>
      <w:proofErr w:type="spellEnd"/>
    </w:p>
    <w:p w14:paraId="30D72C2F" w14:textId="77777777" w:rsidR="00E54091" w:rsidRPr="00F14AA3" w:rsidRDefault="00E54091" w:rsidP="00E54091">
      <w:pPr>
        <w:rPr>
          <w:rFonts w:ascii="Times New Roman" w:hAnsi="Times New Roman" w:cs="Times New Roman"/>
          <w:color w:val="000000"/>
          <w:sz w:val="22"/>
        </w:rPr>
      </w:pP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Zamawiający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odrzuci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ofertę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,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jeżeli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>:</w:t>
      </w:r>
    </w:p>
    <w:p w14:paraId="24E14FF2" w14:textId="77777777" w:rsidR="00E54091" w:rsidRPr="00F14AA3" w:rsidRDefault="00E54091" w:rsidP="00E54091">
      <w:pPr>
        <w:pStyle w:val="Listapunktowana"/>
      </w:pPr>
      <w:proofErr w:type="spellStart"/>
      <w:r w:rsidRPr="00F14AA3">
        <w:t>została</w:t>
      </w:r>
      <w:proofErr w:type="spellEnd"/>
      <w:r w:rsidRPr="00F14AA3">
        <w:t xml:space="preserve"> </w:t>
      </w:r>
      <w:proofErr w:type="spellStart"/>
      <w:r w:rsidRPr="00F14AA3">
        <w:t>złożona</w:t>
      </w:r>
      <w:proofErr w:type="spellEnd"/>
      <w:r w:rsidRPr="00F14AA3">
        <w:t xml:space="preserve"> po </w:t>
      </w:r>
      <w:proofErr w:type="spellStart"/>
      <w:r w:rsidRPr="00F14AA3">
        <w:t>terminie</w:t>
      </w:r>
      <w:proofErr w:type="spellEnd"/>
      <w:r w:rsidRPr="00F14AA3">
        <w:t xml:space="preserve"> </w:t>
      </w:r>
      <w:proofErr w:type="spellStart"/>
      <w:r w:rsidRPr="00F14AA3">
        <w:t>składania</w:t>
      </w:r>
      <w:proofErr w:type="spellEnd"/>
      <w:r w:rsidRPr="00F14AA3">
        <w:t xml:space="preserve"> </w:t>
      </w:r>
      <w:proofErr w:type="spellStart"/>
      <w:r w:rsidRPr="00F14AA3">
        <w:t>ofert</w:t>
      </w:r>
      <w:proofErr w:type="spellEnd"/>
      <w:r w:rsidRPr="00F14AA3">
        <w:t xml:space="preserve"> </w:t>
      </w:r>
      <w:proofErr w:type="spellStart"/>
      <w:r w:rsidRPr="00F14AA3">
        <w:t>lub</w:t>
      </w:r>
      <w:proofErr w:type="spellEnd"/>
      <w:r w:rsidRPr="00F14AA3">
        <w:t xml:space="preserve"> w </w:t>
      </w:r>
      <w:proofErr w:type="spellStart"/>
      <w:r w:rsidRPr="00F14AA3">
        <w:t>sposób</w:t>
      </w:r>
      <w:proofErr w:type="spellEnd"/>
      <w:r w:rsidRPr="00F14AA3">
        <w:t xml:space="preserve"> </w:t>
      </w:r>
      <w:proofErr w:type="spellStart"/>
      <w:r w:rsidRPr="00F14AA3">
        <w:t>inny</w:t>
      </w:r>
      <w:proofErr w:type="spellEnd"/>
      <w:r w:rsidRPr="00F14AA3">
        <w:t xml:space="preserve"> </w:t>
      </w:r>
      <w:proofErr w:type="spellStart"/>
      <w:r w:rsidRPr="00F14AA3">
        <w:t>niż</w:t>
      </w:r>
      <w:proofErr w:type="spellEnd"/>
      <w:r w:rsidRPr="00F14AA3">
        <w:t xml:space="preserve"> </w:t>
      </w:r>
      <w:proofErr w:type="spellStart"/>
      <w:r w:rsidRPr="00F14AA3">
        <w:t>przez</w:t>
      </w:r>
      <w:proofErr w:type="spellEnd"/>
      <w:r w:rsidRPr="00F14AA3">
        <w:t xml:space="preserve"> BK2021;</w:t>
      </w:r>
    </w:p>
    <w:p w14:paraId="12CFA4AF" w14:textId="77777777" w:rsidR="00E54091" w:rsidRPr="00F14AA3" w:rsidRDefault="00E54091" w:rsidP="00E54091">
      <w:pPr>
        <w:pStyle w:val="Listapunktowana"/>
      </w:pPr>
      <w:proofErr w:type="spellStart"/>
      <w:r w:rsidRPr="00F14AA3">
        <w:t>jej</w:t>
      </w:r>
      <w:proofErr w:type="spellEnd"/>
      <w:r w:rsidRPr="00F14AA3">
        <w:t xml:space="preserve"> </w:t>
      </w:r>
      <w:proofErr w:type="spellStart"/>
      <w:r w:rsidRPr="00F14AA3">
        <w:t>treść</w:t>
      </w:r>
      <w:proofErr w:type="spellEnd"/>
      <w:r w:rsidRPr="00F14AA3">
        <w:t xml:space="preserve"> jest </w:t>
      </w:r>
      <w:proofErr w:type="spellStart"/>
      <w:r w:rsidRPr="00F14AA3">
        <w:t>niezgodna</w:t>
      </w:r>
      <w:proofErr w:type="spellEnd"/>
      <w:r w:rsidRPr="00F14AA3">
        <w:t xml:space="preserve"> z </w:t>
      </w:r>
      <w:proofErr w:type="spellStart"/>
      <w:r w:rsidRPr="00F14AA3">
        <w:t>wymaganiami</w:t>
      </w:r>
      <w:proofErr w:type="spellEnd"/>
      <w:r w:rsidRPr="00F14AA3">
        <w:t xml:space="preserve"> </w:t>
      </w:r>
      <w:proofErr w:type="spellStart"/>
      <w:r w:rsidRPr="00F14AA3">
        <w:t>zapytania</w:t>
      </w:r>
      <w:proofErr w:type="spellEnd"/>
      <w:r w:rsidRPr="00F14AA3">
        <w:t xml:space="preserve"> </w:t>
      </w:r>
      <w:proofErr w:type="spellStart"/>
      <w:r w:rsidRPr="00F14AA3">
        <w:t>ofertowego</w:t>
      </w:r>
      <w:proofErr w:type="spellEnd"/>
      <w:r w:rsidRPr="00F14AA3">
        <w:t xml:space="preserve">, z </w:t>
      </w:r>
      <w:proofErr w:type="spellStart"/>
      <w:r w:rsidRPr="00F14AA3">
        <w:t>zastrzeżeniem</w:t>
      </w:r>
      <w:proofErr w:type="spellEnd"/>
      <w:r w:rsidRPr="00F14AA3">
        <w:t xml:space="preserve"> </w:t>
      </w:r>
      <w:proofErr w:type="spellStart"/>
      <w:r w:rsidRPr="00F14AA3">
        <w:t>poprawienia</w:t>
      </w:r>
      <w:proofErr w:type="spellEnd"/>
      <w:r w:rsidRPr="00F14AA3">
        <w:t xml:space="preserve"> </w:t>
      </w:r>
      <w:proofErr w:type="spellStart"/>
      <w:r w:rsidRPr="00F14AA3">
        <w:t>omyłek</w:t>
      </w:r>
      <w:proofErr w:type="spellEnd"/>
      <w:r w:rsidRPr="00F14AA3">
        <w:t xml:space="preserve">, o </w:t>
      </w:r>
      <w:proofErr w:type="spellStart"/>
      <w:r w:rsidRPr="00F14AA3">
        <w:t>których</w:t>
      </w:r>
      <w:proofErr w:type="spellEnd"/>
      <w:r w:rsidRPr="00F14AA3">
        <w:t xml:space="preserve"> </w:t>
      </w:r>
      <w:proofErr w:type="spellStart"/>
      <w:r w:rsidRPr="00F14AA3">
        <w:t>mowa</w:t>
      </w:r>
      <w:proofErr w:type="spellEnd"/>
      <w:r w:rsidRPr="00F14AA3">
        <w:t xml:space="preserve"> </w:t>
      </w:r>
      <w:proofErr w:type="spellStart"/>
      <w:r w:rsidRPr="00F14AA3">
        <w:t>poniżej</w:t>
      </w:r>
      <w:proofErr w:type="spellEnd"/>
      <w:r w:rsidRPr="00F14AA3">
        <w:t>;</w:t>
      </w:r>
    </w:p>
    <w:p w14:paraId="2AF563A9" w14:textId="77777777" w:rsidR="00E54091" w:rsidRPr="00F14AA3" w:rsidRDefault="00E54091" w:rsidP="00E54091">
      <w:pPr>
        <w:pStyle w:val="Listapunktowana"/>
      </w:pPr>
      <w:proofErr w:type="spellStart"/>
      <w:r w:rsidRPr="00F14AA3">
        <w:t>została</w:t>
      </w:r>
      <w:proofErr w:type="spellEnd"/>
      <w:r w:rsidRPr="00F14AA3">
        <w:t xml:space="preserve"> </w:t>
      </w:r>
      <w:proofErr w:type="spellStart"/>
      <w:r w:rsidRPr="00F14AA3">
        <w:t>złożona</w:t>
      </w:r>
      <w:proofErr w:type="spellEnd"/>
      <w:r w:rsidRPr="00F14AA3">
        <w:t xml:space="preserve"> </w:t>
      </w:r>
      <w:proofErr w:type="spellStart"/>
      <w:r w:rsidRPr="00F14AA3">
        <w:t>przez</w:t>
      </w:r>
      <w:proofErr w:type="spellEnd"/>
      <w:r w:rsidRPr="00F14AA3">
        <w:t xml:space="preserve"> </w:t>
      </w:r>
      <w:proofErr w:type="spellStart"/>
      <w:r w:rsidRPr="00F14AA3">
        <w:t>Wykonawcę</w:t>
      </w:r>
      <w:proofErr w:type="spellEnd"/>
      <w:r w:rsidRPr="00F14AA3">
        <w:t xml:space="preserve"> </w:t>
      </w:r>
      <w:proofErr w:type="spellStart"/>
      <w:r w:rsidRPr="00F14AA3">
        <w:t>niespełniającego</w:t>
      </w:r>
      <w:proofErr w:type="spellEnd"/>
      <w:r w:rsidRPr="00F14AA3">
        <w:t xml:space="preserve"> </w:t>
      </w:r>
      <w:proofErr w:type="spellStart"/>
      <w:r w:rsidRPr="00F14AA3">
        <w:t>warunków</w:t>
      </w:r>
      <w:proofErr w:type="spellEnd"/>
      <w:r w:rsidRPr="00F14AA3">
        <w:t xml:space="preserve"> </w:t>
      </w:r>
      <w:proofErr w:type="spellStart"/>
      <w:r w:rsidRPr="00F14AA3">
        <w:t>udziału</w:t>
      </w:r>
      <w:proofErr w:type="spellEnd"/>
      <w:r w:rsidRPr="00F14AA3">
        <w:t xml:space="preserve"> w </w:t>
      </w:r>
      <w:proofErr w:type="spellStart"/>
      <w:r w:rsidRPr="00F14AA3">
        <w:t>postępowaniu</w:t>
      </w:r>
      <w:proofErr w:type="spellEnd"/>
      <w:r w:rsidRPr="00F14AA3">
        <w:t xml:space="preserve">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podlegającego</w:t>
      </w:r>
      <w:proofErr w:type="spellEnd"/>
      <w:r w:rsidRPr="00F14AA3">
        <w:t xml:space="preserve"> </w:t>
      </w:r>
      <w:proofErr w:type="spellStart"/>
      <w:r w:rsidRPr="00F14AA3">
        <w:t>wykluczeniu</w:t>
      </w:r>
      <w:proofErr w:type="spellEnd"/>
      <w:r w:rsidRPr="00F14AA3">
        <w:t>;</w:t>
      </w:r>
    </w:p>
    <w:p w14:paraId="3E1190AE" w14:textId="77777777" w:rsidR="00E54091" w:rsidRPr="00F14AA3" w:rsidRDefault="00E54091" w:rsidP="00E54091">
      <w:pPr>
        <w:pStyle w:val="Listapunktowana"/>
      </w:pPr>
      <w:proofErr w:type="spellStart"/>
      <w:r w:rsidRPr="00F14AA3">
        <w:t>zawiera</w:t>
      </w:r>
      <w:proofErr w:type="spellEnd"/>
      <w:r w:rsidRPr="00F14AA3">
        <w:t xml:space="preserve"> </w:t>
      </w:r>
      <w:proofErr w:type="spellStart"/>
      <w:r w:rsidRPr="00F14AA3">
        <w:t>rażąco</w:t>
      </w:r>
      <w:proofErr w:type="spellEnd"/>
      <w:r w:rsidRPr="00F14AA3">
        <w:t xml:space="preserve"> </w:t>
      </w:r>
      <w:proofErr w:type="spellStart"/>
      <w:r w:rsidRPr="00F14AA3">
        <w:t>niską</w:t>
      </w:r>
      <w:proofErr w:type="spellEnd"/>
      <w:r w:rsidRPr="00F14AA3">
        <w:t xml:space="preserve"> </w:t>
      </w:r>
      <w:proofErr w:type="spellStart"/>
      <w:r w:rsidRPr="00F14AA3">
        <w:t>cenę</w:t>
      </w:r>
      <w:proofErr w:type="spellEnd"/>
      <w:r w:rsidRPr="00F14AA3">
        <w:t xml:space="preserve">, a </w:t>
      </w:r>
      <w:proofErr w:type="spellStart"/>
      <w:r w:rsidRPr="00F14AA3">
        <w:t>złożone</w:t>
      </w:r>
      <w:proofErr w:type="spellEnd"/>
      <w:r w:rsidRPr="00F14AA3">
        <w:t xml:space="preserve"> </w:t>
      </w:r>
      <w:proofErr w:type="spellStart"/>
      <w:r w:rsidRPr="00F14AA3">
        <w:t>wyjaśnienia</w:t>
      </w:r>
      <w:proofErr w:type="spellEnd"/>
      <w:r w:rsidRPr="00F14AA3">
        <w:t xml:space="preserve"> </w:t>
      </w:r>
      <w:proofErr w:type="spellStart"/>
      <w:r w:rsidRPr="00F14AA3">
        <w:t>jej</w:t>
      </w:r>
      <w:proofErr w:type="spellEnd"/>
      <w:r w:rsidRPr="00F14AA3">
        <w:t xml:space="preserve"> </w:t>
      </w:r>
      <w:proofErr w:type="spellStart"/>
      <w:r w:rsidRPr="00F14AA3">
        <w:t>nie</w:t>
      </w:r>
      <w:proofErr w:type="spellEnd"/>
      <w:r w:rsidRPr="00F14AA3">
        <w:t xml:space="preserve"> </w:t>
      </w:r>
      <w:proofErr w:type="spellStart"/>
      <w:r w:rsidRPr="00F14AA3">
        <w:t>uzasadniają</w:t>
      </w:r>
      <w:proofErr w:type="spellEnd"/>
      <w:r w:rsidRPr="00F14AA3">
        <w:t>;</w:t>
      </w:r>
    </w:p>
    <w:p w14:paraId="28CBDF8D" w14:textId="77777777" w:rsidR="00E54091" w:rsidRPr="00F14AA3" w:rsidRDefault="00E54091" w:rsidP="00E54091">
      <w:pPr>
        <w:pStyle w:val="Listapunktowana"/>
      </w:pPr>
      <w:proofErr w:type="spellStart"/>
      <w:r w:rsidRPr="00F14AA3">
        <w:t>Wykonawca</w:t>
      </w:r>
      <w:proofErr w:type="spellEnd"/>
      <w:r w:rsidRPr="00F14AA3">
        <w:t xml:space="preserve"> </w:t>
      </w:r>
      <w:proofErr w:type="spellStart"/>
      <w:r w:rsidRPr="00F14AA3">
        <w:t>nie</w:t>
      </w:r>
      <w:proofErr w:type="spellEnd"/>
      <w:r w:rsidRPr="00F14AA3">
        <w:t xml:space="preserve"> </w:t>
      </w:r>
      <w:proofErr w:type="spellStart"/>
      <w:r w:rsidRPr="00F14AA3">
        <w:t>wyraził</w:t>
      </w:r>
      <w:proofErr w:type="spellEnd"/>
      <w:r w:rsidRPr="00F14AA3">
        <w:t xml:space="preserve"> </w:t>
      </w:r>
      <w:proofErr w:type="spellStart"/>
      <w:r w:rsidRPr="00F14AA3">
        <w:t>zgody</w:t>
      </w:r>
      <w:proofErr w:type="spellEnd"/>
      <w:r w:rsidRPr="00F14AA3">
        <w:t xml:space="preserve"> </w:t>
      </w:r>
      <w:proofErr w:type="spellStart"/>
      <w:r w:rsidRPr="00F14AA3">
        <w:t>na</w:t>
      </w:r>
      <w:proofErr w:type="spellEnd"/>
      <w:r w:rsidRPr="00F14AA3">
        <w:t xml:space="preserve"> </w:t>
      </w:r>
      <w:proofErr w:type="spellStart"/>
      <w:r w:rsidRPr="00F14AA3">
        <w:t>przedłużenie</w:t>
      </w:r>
      <w:proofErr w:type="spellEnd"/>
      <w:r w:rsidRPr="00F14AA3">
        <w:t xml:space="preserve"> </w:t>
      </w:r>
      <w:proofErr w:type="spellStart"/>
      <w:r w:rsidRPr="00F14AA3">
        <w:t>terminu</w:t>
      </w:r>
      <w:proofErr w:type="spellEnd"/>
      <w:r w:rsidRPr="00F14AA3">
        <w:t xml:space="preserve"> </w:t>
      </w:r>
      <w:proofErr w:type="spellStart"/>
      <w:r w:rsidRPr="00F14AA3">
        <w:t>związania</w:t>
      </w:r>
      <w:proofErr w:type="spellEnd"/>
      <w:r w:rsidRPr="00F14AA3">
        <w:t xml:space="preserve"> </w:t>
      </w:r>
      <w:proofErr w:type="spellStart"/>
      <w:r w:rsidRPr="00F14AA3">
        <w:t>ofertą</w:t>
      </w:r>
      <w:proofErr w:type="spellEnd"/>
      <w:r w:rsidRPr="00F14AA3">
        <w:t>;</w:t>
      </w:r>
    </w:p>
    <w:p w14:paraId="1C9FAEBC" w14:textId="77777777" w:rsidR="00E54091" w:rsidRPr="00F14AA3" w:rsidRDefault="00E54091" w:rsidP="00E54091">
      <w:pPr>
        <w:pStyle w:val="Listapunktowana"/>
      </w:pPr>
      <w:proofErr w:type="spellStart"/>
      <w:r w:rsidRPr="00F14AA3">
        <w:lastRenderedPageBreak/>
        <w:t>została</w:t>
      </w:r>
      <w:proofErr w:type="spellEnd"/>
      <w:r w:rsidRPr="00F14AA3">
        <w:t xml:space="preserve"> </w:t>
      </w:r>
      <w:proofErr w:type="spellStart"/>
      <w:r w:rsidRPr="00F14AA3">
        <w:t>złożona</w:t>
      </w:r>
      <w:proofErr w:type="spellEnd"/>
      <w:r w:rsidRPr="00F14AA3">
        <w:t xml:space="preserve"> </w:t>
      </w:r>
      <w:proofErr w:type="spellStart"/>
      <w:r w:rsidRPr="00F14AA3">
        <w:t>przez</w:t>
      </w:r>
      <w:proofErr w:type="spellEnd"/>
      <w:r w:rsidRPr="00F14AA3">
        <w:t xml:space="preserve"> </w:t>
      </w:r>
      <w:proofErr w:type="spellStart"/>
      <w:r w:rsidRPr="00F14AA3">
        <w:t>Wykonawcę</w:t>
      </w:r>
      <w:proofErr w:type="spellEnd"/>
      <w:r w:rsidRPr="00F14AA3">
        <w:t xml:space="preserve">, </w:t>
      </w:r>
      <w:proofErr w:type="spellStart"/>
      <w:r w:rsidRPr="00F14AA3">
        <w:t>który</w:t>
      </w:r>
      <w:proofErr w:type="spellEnd"/>
      <w:r w:rsidRPr="00F14AA3">
        <w:t xml:space="preserve"> </w:t>
      </w:r>
      <w:proofErr w:type="spellStart"/>
      <w:r w:rsidRPr="00F14AA3">
        <w:t>złożył</w:t>
      </w:r>
      <w:proofErr w:type="spellEnd"/>
      <w:r w:rsidRPr="00F14AA3">
        <w:t xml:space="preserve"> </w:t>
      </w:r>
      <w:proofErr w:type="spellStart"/>
      <w:r w:rsidRPr="00F14AA3">
        <w:t>więcej</w:t>
      </w:r>
      <w:proofErr w:type="spellEnd"/>
      <w:r w:rsidRPr="00F14AA3">
        <w:t xml:space="preserve"> </w:t>
      </w:r>
      <w:proofErr w:type="spellStart"/>
      <w:r w:rsidRPr="00F14AA3">
        <w:t>niż</w:t>
      </w:r>
      <w:proofErr w:type="spellEnd"/>
      <w:r w:rsidRPr="00F14AA3">
        <w:t xml:space="preserve"> </w:t>
      </w:r>
      <w:proofErr w:type="spellStart"/>
      <w:r w:rsidRPr="00F14AA3">
        <w:t>jedną</w:t>
      </w:r>
      <w:proofErr w:type="spellEnd"/>
      <w:r w:rsidRPr="00F14AA3">
        <w:t xml:space="preserve"> </w:t>
      </w:r>
      <w:proofErr w:type="spellStart"/>
      <w:r w:rsidRPr="00F14AA3">
        <w:t>ofertę</w:t>
      </w:r>
      <w:proofErr w:type="spellEnd"/>
      <w:r w:rsidRPr="00F14AA3">
        <w:t xml:space="preserve"> – w </w:t>
      </w:r>
      <w:proofErr w:type="spellStart"/>
      <w:r w:rsidRPr="00F14AA3">
        <w:t>takim</w:t>
      </w:r>
      <w:proofErr w:type="spellEnd"/>
      <w:r w:rsidRPr="00F14AA3">
        <w:t xml:space="preserve"> </w:t>
      </w:r>
      <w:proofErr w:type="spellStart"/>
      <w:r w:rsidRPr="00F14AA3">
        <w:t>przypadku</w:t>
      </w:r>
      <w:proofErr w:type="spellEnd"/>
      <w:r w:rsidRPr="00F14AA3">
        <w:t xml:space="preserve"> </w:t>
      </w:r>
      <w:proofErr w:type="spellStart"/>
      <w:r w:rsidRPr="00F14AA3">
        <w:t>odrzuca</w:t>
      </w:r>
      <w:proofErr w:type="spellEnd"/>
      <w:r w:rsidRPr="00F14AA3">
        <w:t xml:space="preserve"> </w:t>
      </w:r>
      <w:proofErr w:type="spellStart"/>
      <w:r w:rsidRPr="00F14AA3">
        <w:t>się</w:t>
      </w:r>
      <w:proofErr w:type="spellEnd"/>
      <w:r w:rsidRPr="00F14AA3">
        <w:t xml:space="preserve"> </w:t>
      </w:r>
      <w:proofErr w:type="spellStart"/>
      <w:r w:rsidRPr="00F14AA3">
        <w:t>wszystkie</w:t>
      </w:r>
      <w:proofErr w:type="spellEnd"/>
      <w:r w:rsidRPr="00F14AA3">
        <w:t xml:space="preserve"> </w:t>
      </w:r>
      <w:proofErr w:type="spellStart"/>
      <w:r w:rsidRPr="00F14AA3">
        <w:t>oferty</w:t>
      </w:r>
      <w:proofErr w:type="spellEnd"/>
      <w:r w:rsidRPr="00F14AA3">
        <w:t xml:space="preserve"> </w:t>
      </w:r>
      <w:proofErr w:type="spellStart"/>
      <w:r w:rsidRPr="00F14AA3">
        <w:t>tego</w:t>
      </w:r>
      <w:proofErr w:type="spellEnd"/>
      <w:r w:rsidRPr="00F14AA3">
        <w:t xml:space="preserve"> </w:t>
      </w:r>
      <w:proofErr w:type="spellStart"/>
      <w:r w:rsidRPr="00F14AA3">
        <w:t>Wykonawcy</w:t>
      </w:r>
      <w:proofErr w:type="spellEnd"/>
      <w:r w:rsidRPr="00F14AA3">
        <w:t>.</w:t>
      </w:r>
    </w:p>
    <w:p w14:paraId="1735B2C6" w14:textId="77777777" w:rsidR="00E54091" w:rsidRPr="00F14AA3" w:rsidRDefault="00E54091" w:rsidP="00E54091">
      <w:pPr>
        <w:rPr>
          <w:rFonts w:ascii="Times New Roman" w:hAnsi="Times New Roman" w:cs="Times New Roman"/>
          <w:color w:val="000000"/>
          <w:sz w:val="22"/>
        </w:rPr>
      </w:pP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Zamawiający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poprawi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w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ofercie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oczywiste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omyłki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pisarskie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rachunkowe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oraz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inne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omyłki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polegające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na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niezgodności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oferty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z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zapytaniem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ofertowym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,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niepowodujące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istotnych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zmian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w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treści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oferty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,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niezwłocznie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zawiadamiając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o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tym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Wykonawcę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>.</w:t>
      </w:r>
    </w:p>
    <w:p w14:paraId="18EABFAD" w14:textId="4BCE4449" w:rsidR="00E54091" w:rsidRPr="00F14AA3" w:rsidRDefault="00C370A4" w:rsidP="00E54091">
      <w:pPr>
        <w:pStyle w:val="Nagwek2"/>
      </w:pPr>
      <w:r w:rsidRPr="00C370A4">
        <w:t xml:space="preserve">17. </w:t>
      </w:r>
      <w:proofErr w:type="spellStart"/>
      <w:r w:rsidRPr="00C370A4">
        <w:t>Wybór</w:t>
      </w:r>
      <w:proofErr w:type="spellEnd"/>
      <w:r w:rsidRPr="00C370A4">
        <w:t xml:space="preserve"> </w:t>
      </w:r>
      <w:proofErr w:type="spellStart"/>
      <w:r w:rsidRPr="00C370A4">
        <w:t>oferty</w:t>
      </w:r>
      <w:proofErr w:type="spellEnd"/>
      <w:r w:rsidRPr="00C370A4">
        <w:t xml:space="preserve"> </w:t>
      </w:r>
      <w:proofErr w:type="spellStart"/>
      <w:r w:rsidRPr="00C370A4">
        <w:t>i</w:t>
      </w:r>
      <w:proofErr w:type="spellEnd"/>
      <w:r w:rsidRPr="00C370A4">
        <w:t xml:space="preserve"> </w:t>
      </w:r>
      <w:proofErr w:type="spellStart"/>
      <w:r w:rsidRPr="00C370A4">
        <w:t>zawarcie</w:t>
      </w:r>
      <w:proofErr w:type="spellEnd"/>
      <w:r w:rsidRPr="00C370A4">
        <w:t xml:space="preserve"> </w:t>
      </w:r>
      <w:proofErr w:type="spellStart"/>
      <w:r w:rsidRPr="00C370A4">
        <w:t>umowy</w:t>
      </w:r>
      <w:proofErr w:type="spellEnd"/>
    </w:p>
    <w:p w14:paraId="48711F93" w14:textId="77777777" w:rsidR="00E54091" w:rsidRPr="00F14AA3" w:rsidRDefault="00E54091" w:rsidP="00E54091">
      <w:pPr>
        <w:pStyle w:val="Listapunktowana"/>
      </w:pPr>
      <w:proofErr w:type="spellStart"/>
      <w:r w:rsidRPr="00F14AA3">
        <w:t>Informację</w:t>
      </w:r>
      <w:proofErr w:type="spellEnd"/>
      <w:r w:rsidRPr="00F14AA3">
        <w:t xml:space="preserve"> o </w:t>
      </w:r>
      <w:proofErr w:type="spellStart"/>
      <w:r w:rsidRPr="00F14AA3">
        <w:t>wyniku</w:t>
      </w:r>
      <w:proofErr w:type="spellEnd"/>
      <w:r w:rsidRPr="00F14AA3">
        <w:t xml:space="preserve"> </w:t>
      </w:r>
      <w:proofErr w:type="spellStart"/>
      <w:r w:rsidRPr="00F14AA3">
        <w:t>postępowania</w:t>
      </w:r>
      <w:proofErr w:type="spellEnd"/>
      <w:r w:rsidRPr="00F14AA3">
        <w:t xml:space="preserve"> </w:t>
      </w:r>
      <w:proofErr w:type="spellStart"/>
      <w:r w:rsidRPr="00F14AA3">
        <w:t>Zamawiający</w:t>
      </w:r>
      <w:proofErr w:type="spellEnd"/>
      <w:r w:rsidRPr="00F14AA3">
        <w:t xml:space="preserve"> </w:t>
      </w:r>
      <w:proofErr w:type="spellStart"/>
      <w:r w:rsidRPr="00F14AA3">
        <w:t>upubliczni</w:t>
      </w:r>
      <w:proofErr w:type="spellEnd"/>
      <w:r w:rsidRPr="00F14AA3">
        <w:t xml:space="preserve"> w BK2021. </w:t>
      </w:r>
      <w:proofErr w:type="spellStart"/>
      <w:r w:rsidRPr="00F14AA3">
        <w:t>Informacja</w:t>
      </w:r>
      <w:proofErr w:type="spellEnd"/>
      <w:r w:rsidRPr="00F14AA3">
        <w:t xml:space="preserve"> </w:t>
      </w:r>
      <w:proofErr w:type="spellStart"/>
      <w:r w:rsidRPr="00F14AA3">
        <w:t>zawiera</w:t>
      </w:r>
      <w:proofErr w:type="spellEnd"/>
      <w:r w:rsidRPr="00F14AA3">
        <w:t xml:space="preserve"> </w:t>
      </w:r>
      <w:proofErr w:type="spellStart"/>
      <w:r w:rsidRPr="00F14AA3">
        <w:t>nazwę</w:t>
      </w:r>
      <w:proofErr w:type="spellEnd"/>
      <w:r w:rsidRPr="00F14AA3">
        <w:t xml:space="preserve"> </w:t>
      </w:r>
      <w:proofErr w:type="spellStart"/>
      <w:r w:rsidRPr="00F14AA3">
        <w:t>wybranego</w:t>
      </w:r>
      <w:proofErr w:type="spellEnd"/>
      <w:r w:rsidRPr="00F14AA3">
        <w:t xml:space="preserve"> Wykonawcy, </w:t>
      </w:r>
      <w:proofErr w:type="spellStart"/>
      <w:r w:rsidRPr="00F14AA3">
        <w:t>jego</w:t>
      </w:r>
      <w:proofErr w:type="spellEnd"/>
      <w:r w:rsidRPr="00F14AA3">
        <w:t xml:space="preserve"> </w:t>
      </w:r>
      <w:proofErr w:type="spellStart"/>
      <w:r w:rsidRPr="00F14AA3">
        <w:t>siedzibę</w:t>
      </w:r>
      <w:proofErr w:type="spellEnd"/>
      <w:r w:rsidRPr="00F14AA3">
        <w:t xml:space="preserve"> </w:t>
      </w:r>
      <w:proofErr w:type="spellStart"/>
      <w:r w:rsidRPr="00F14AA3">
        <w:t>oraz</w:t>
      </w:r>
      <w:proofErr w:type="spellEnd"/>
      <w:r w:rsidRPr="00F14AA3">
        <w:t xml:space="preserve"> </w:t>
      </w:r>
      <w:proofErr w:type="spellStart"/>
      <w:r w:rsidRPr="00F14AA3">
        <w:t>cenę</w:t>
      </w:r>
      <w:proofErr w:type="spellEnd"/>
      <w:r w:rsidRPr="00F14AA3">
        <w:t xml:space="preserve"> </w:t>
      </w:r>
      <w:proofErr w:type="spellStart"/>
      <w:r w:rsidRPr="00F14AA3">
        <w:t>oferty</w:t>
      </w:r>
      <w:proofErr w:type="spellEnd"/>
      <w:r w:rsidRPr="00F14AA3">
        <w:t>.</w:t>
      </w:r>
    </w:p>
    <w:p w14:paraId="08B43BE0" w14:textId="77777777" w:rsidR="00E54091" w:rsidRPr="00F14AA3" w:rsidRDefault="00E54091" w:rsidP="00E54091">
      <w:pPr>
        <w:pStyle w:val="Listapunktowana"/>
      </w:pPr>
      <w:proofErr w:type="spellStart"/>
      <w:r w:rsidRPr="00F14AA3">
        <w:t>Umowa</w:t>
      </w:r>
      <w:proofErr w:type="spellEnd"/>
      <w:r w:rsidRPr="00F14AA3">
        <w:t xml:space="preserve"> </w:t>
      </w:r>
      <w:proofErr w:type="spellStart"/>
      <w:r w:rsidRPr="00F14AA3">
        <w:t>zostanie</w:t>
      </w:r>
      <w:proofErr w:type="spellEnd"/>
      <w:r w:rsidRPr="00F14AA3">
        <w:t xml:space="preserve"> </w:t>
      </w:r>
      <w:proofErr w:type="spellStart"/>
      <w:r w:rsidRPr="00F14AA3">
        <w:t>zawarta</w:t>
      </w:r>
      <w:proofErr w:type="spellEnd"/>
      <w:r w:rsidRPr="00F14AA3">
        <w:t xml:space="preserve"> </w:t>
      </w:r>
      <w:proofErr w:type="spellStart"/>
      <w:r w:rsidRPr="00F14AA3">
        <w:t>jako</w:t>
      </w:r>
      <w:proofErr w:type="spellEnd"/>
      <w:r w:rsidRPr="00F14AA3">
        <w:t xml:space="preserve"> </w:t>
      </w:r>
      <w:proofErr w:type="spellStart"/>
      <w:r w:rsidRPr="00F14AA3">
        <w:t>umowa</w:t>
      </w:r>
      <w:proofErr w:type="spellEnd"/>
      <w:r w:rsidRPr="00F14AA3">
        <w:t xml:space="preserve"> </w:t>
      </w:r>
      <w:proofErr w:type="spellStart"/>
      <w:r w:rsidRPr="00F14AA3">
        <w:t>warunkowa</w:t>
      </w:r>
      <w:proofErr w:type="spellEnd"/>
      <w:r w:rsidRPr="00F14AA3">
        <w:t xml:space="preserve"> – </w:t>
      </w:r>
      <w:proofErr w:type="spellStart"/>
      <w:r w:rsidRPr="00F14AA3">
        <w:t>jej</w:t>
      </w:r>
      <w:proofErr w:type="spellEnd"/>
      <w:r w:rsidRPr="00F14AA3">
        <w:t xml:space="preserve"> </w:t>
      </w:r>
      <w:proofErr w:type="spellStart"/>
      <w:r w:rsidRPr="00F14AA3">
        <w:t>wejście</w:t>
      </w:r>
      <w:proofErr w:type="spellEnd"/>
      <w:r w:rsidRPr="00F14AA3">
        <w:t xml:space="preserve"> w </w:t>
      </w:r>
      <w:proofErr w:type="spellStart"/>
      <w:r w:rsidRPr="00F14AA3">
        <w:t>życie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realizacja</w:t>
      </w:r>
      <w:proofErr w:type="spellEnd"/>
      <w:r w:rsidRPr="00F14AA3">
        <w:t xml:space="preserve"> </w:t>
      </w:r>
      <w:proofErr w:type="spellStart"/>
      <w:r w:rsidRPr="00F14AA3">
        <w:t>są</w:t>
      </w:r>
      <w:proofErr w:type="spellEnd"/>
      <w:r w:rsidRPr="00F14AA3">
        <w:t xml:space="preserve"> </w:t>
      </w:r>
      <w:proofErr w:type="spellStart"/>
      <w:r w:rsidRPr="00F14AA3">
        <w:t>uzależnione</w:t>
      </w:r>
      <w:proofErr w:type="spellEnd"/>
      <w:r w:rsidRPr="00F14AA3">
        <w:t xml:space="preserve"> </w:t>
      </w:r>
      <w:proofErr w:type="spellStart"/>
      <w:r w:rsidRPr="00F14AA3">
        <w:t>od</w:t>
      </w:r>
      <w:proofErr w:type="spellEnd"/>
      <w:r w:rsidRPr="00F14AA3">
        <w:t xml:space="preserve"> </w:t>
      </w:r>
      <w:proofErr w:type="spellStart"/>
      <w:r w:rsidRPr="00F14AA3">
        <w:t>przyznania</w:t>
      </w:r>
      <w:proofErr w:type="spellEnd"/>
      <w:r w:rsidRPr="00F14AA3">
        <w:t xml:space="preserve"> </w:t>
      </w:r>
      <w:proofErr w:type="spellStart"/>
      <w:r w:rsidRPr="00F14AA3">
        <w:t>dofinansowania</w:t>
      </w:r>
      <w:proofErr w:type="spellEnd"/>
      <w:r w:rsidRPr="00F14AA3">
        <w:t xml:space="preserve"> </w:t>
      </w:r>
      <w:proofErr w:type="spellStart"/>
      <w:r w:rsidRPr="00F14AA3">
        <w:t>projektu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zawarcia</w:t>
      </w:r>
      <w:proofErr w:type="spellEnd"/>
      <w:r w:rsidRPr="00F14AA3">
        <w:t xml:space="preserve"> </w:t>
      </w:r>
      <w:proofErr w:type="spellStart"/>
      <w:r w:rsidRPr="00F14AA3">
        <w:t>przez</w:t>
      </w:r>
      <w:proofErr w:type="spellEnd"/>
      <w:r w:rsidRPr="00F14AA3">
        <w:t xml:space="preserve"> </w:t>
      </w:r>
      <w:proofErr w:type="spellStart"/>
      <w:r w:rsidRPr="00F14AA3">
        <w:t>Zamawiającego</w:t>
      </w:r>
      <w:proofErr w:type="spellEnd"/>
      <w:r w:rsidRPr="00F14AA3">
        <w:t xml:space="preserve"> </w:t>
      </w:r>
      <w:proofErr w:type="spellStart"/>
      <w:r w:rsidRPr="00F14AA3">
        <w:t>umowy</w:t>
      </w:r>
      <w:proofErr w:type="spellEnd"/>
      <w:r w:rsidRPr="00F14AA3">
        <w:t xml:space="preserve"> o </w:t>
      </w:r>
      <w:proofErr w:type="spellStart"/>
      <w:r w:rsidRPr="00F14AA3">
        <w:t>dofinansowanie</w:t>
      </w:r>
      <w:proofErr w:type="spellEnd"/>
      <w:r w:rsidRPr="00F14AA3">
        <w:t xml:space="preserve">. W </w:t>
      </w:r>
      <w:proofErr w:type="spellStart"/>
      <w:r w:rsidRPr="00F14AA3">
        <w:t>przypadku</w:t>
      </w:r>
      <w:proofErr w:type="spellEnd"/>
      <w:r w:rsidRPr="00F14AA3">
        <w:t xml:space="preserve"> </w:t>
      </w:r>
      <w:proofErr w:type="spellStart"/>
      <w:r w:rsidRPr="00F14AA3">
        <w:t>nieuzyskania</w:t>
      </w:r>
      <w:proofErr w:type="spellEnd"/>
      <w:r w:rsidRPr="00F14AA3">
        <w:t xml:space="preserve"> </w:t>
      </w:r>
      <w:proofErr w:type="spellStart"/>
      <w:r w:rsidRPr="00F14AA3">
        <w:t>dofinansowania</w:t>
      </w:r>
      <w:proofErr w:type="spellEnd"/>
      <w:r w:rsidRPr="00F14AA3">
        <w:t xml:space="preserve"> </w:t>
      </w:r>
      <w:proofErr w:type="spellStart"/>
      <w:r w:rsidRPr="00F14AA3">
        <w:t>umowa</w:t>
      </w:r>
      <w:proofErr w:type="spellEnd"/>
      <w:r w:rsidRPr="00F14AA3">
        <w:t xml:space="preserve"> </w:t>
      </w:r>
      <w:proofErr w:type="spellStart"/>
      <w:r w:rsidRPr="00F14AA3">
        <w:t>nie</w:t>
      </w:r>
      <w:proofErr w:type="spellEnd"/>
      <w:r w:rsidRPr="00F14AA3">
        <w:t xml:space="preserve"> </w:t>
      </w:r>
      <w:proofErr w:type="spellStart"/>
      <w:r w:rsidRPr="00F14AA3">
        <w:t>wejdzie</w:t>
      </w:r>
      <w:proofErr w:type="spellEnd"/>
      <w:r w:rsidRPr="00F14AA3">
        <w:t xml:space="preserve"> w </w:t>
      </w:r>
      <w:proofErr w:type="spellStart"/>
      <w:r w:rsidRPr="00F14AA3">
        <w:t>życie</w:t>
      </w:r>
      <w:proofErr w:type="spellEnd"/>
      <w:r w:rsidRPr="00F14AA3">
        <w:t xml:space="preserve">, a </w:t>
      </w:r>
      <w:proofErr w:type="spellStart"/>
      <w:r w:rsidRPr="00F14AA3">
        <w:t>Wykonawcy</w:t>
      </w:r>
      <w:proofErr w:type="spellEnd"/>
      <w:r w:rsidRPr="00F14AA3">
        <w:t xml:space="preserve"> </w:t>
      </w:r>
      <w:proofErr w:type="spellStart"/>
      <w:r w:rsidRPr="00F14AA3">
        <w:t>nie</w:t>
      </w:r>
      <w:proofErr w:type="spellEnd"/>
      <w:r w:rsidRPr="00F14AA3">
        <w:t xml:space="preserve"> </w:t>
      </w:r>
      <w:proofErr w:type="spellStart"/>
      <w:r w:rsidRPr="00F14AA3">
        <w:t>przysługują</w:t>
      </w:r>
      <w:proofErr w:type="spellEnd"/>
      <w:r w:rsidRPr="00F14AA3">
        <w:t xml:space="preserve"> z </w:t>
      </w:r>
      <w:proofErr w:type="spellStart"/>
      <w:r w:rsidRPr="00F14AA3">
        <w:t>tego</w:t>
      </w:r>
      <w:proofErr w:type="spellEnd"/>
      <w:r w:rsidRPr="00F14AA3">
        <w:t xml:space="preserve"> </w:t>
      </w:r>
      <w:proofErr w:type="spellStart"/>
      <w:r w:rsidRPr="00F14AA3">
        <w:t>tytułu</w:t>
      </w:r>
      <w:proofErr w:type="spellEnd"/>
      <w:r w:rsidRPr="00F14AA3">
        <w:t xml:space="preserve"> </w:t>
      </w:r>
      <w:proofErr w:type="spellStart"/>
      <w:r w:rsidRPr="00F14AA3">
        <w:t>roszczenia</w:t>
      </w:r>
      <w:proofErr w:type="spellEnd"/>
      <w:r w:rsidRPr="00F14AA3">
        <w:t xml:space="preserve"> </w:t>
      </w:r>
      <w:proofErr w:type="spellStart"/>
      <w:r w:rsidRPr="00F14AA3">
        <w:t>wobec</w:t>
      </w:r>
      <w:proofErr w:type="spellEnd"/>
      <w:r w:rsidRPr="00F14AA3">
        <w:t xml:space="preserve"> </w:t>
      </w:r>
      <w:proofErr w:type="spellStart"/>
      <w:r w:rsidRPr="00F14AA3">
        <w:t>Zamawiającego</w:t>
      </w:r>
      <w:proofErr w:type="spellEnd"/>
      <w:r w:rsidRPr="00F14AA3">
        <w:t>.</w:t>
      </w:r>
    </w:p>
    <w:p w14:paraId="6F57158F" w14:textId="77777777" w:rsidR="00E54091" w:rsidRPr="00F14AA3" w:rsidRDefault="00E54091" w:rsidP="00E54091">
      <w:pPr>
        <w:pStyle w:val="Listapunktowana"/>
      </w:pPr>
      <w:proofErr w:type="spellStart"/>
      <w:r w:rsidRPr="00F14AA3">
        <w:t>Zamawiający</w:t>
      </w:r>
      <w:proofErr w:type="spellEnd"/>
      <w:r w:rsidRPr="00F14AA3">
        <w:t xml:space="preserve"> </w:t>
      </w:r>
      <w:proofErr w:type="spellStart"/>
      <w:r w:rsidRPr="00F14AA3">
        <w:t>poinformuje</w:t>
      </w:r>
      <w:proofErr w:type="spellEnd"/>
      <w:r w:rsidRPr="00F14AA3">
        <w:t xml:space="preserve"> </w:t>
      </w:r>
      <w:proofErr w:type="spellStart"/>
      <w:r w:rsidRPr="00F14AA3">
        <w:t>wybranego</w:t>
      </w:r>
      <w:proofErr w:type="spellEnd"/>
      <w:r w:rsidRPr="00F14AA3">
        <w:t xml:space="preserve"> </w:t>
      </w:r>
      <w:proofErr w:type="spellStart"/>
      <w:r w:rsidRPr="00F14AA3">
        <w:t>Wykonawcę</w:t>
      </w:r>
      <w:proofErr w:type="spellEnd"/>
      <w:r w:rsidRPr="00F14AA3">
        <w:t xml:space="preserve"> o </w:t>
      </w:r>
      <w:proofErr w:type="spellStart"/>
      <w:r w:rsidRPr="00F14AA3">
        <w:t>terminie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sposobie</w:t>
      </w:r>
      <w:proofErr w:type="spellEnd"/>
      <w:r w:rsidRPr="00F14AA3">
        <w:t xml:space="preserve"> </w:t>
      </w:r>
      <w:proofErr w:type="spellStart"/>
      <w:r w:rsidRPr="00F14AA3">
        <w:t>zawarcia</w:t>
      </w:r>
      <w:proofErr w:type="spellEnd"/>
      <w:r w:rsidRPr="00F14AA3">
        <w:t xml:space="preserve"> </w:t>
      </w:r>
      <w:proofErr w:type="spellStart"/>
      <w:r w:rsidRPr="00F14AA3">
        <w:t>umowy</w:t>
      </w:r>
      <w:proofErr w:type="spellEnd"/>
      <w:r w:rsidRPr="00F14AA3">
        <w:t xml:space="preserve">. Osoba </w:t>
      </w:r>
      <w:proofErr w:type="spellStart"/>
      <w:r w:rsidRPr="00F14AA3">
        <w:t>podpisująca</w:t>
      </w:r>
      <w:proofErr w:type="spellEnd"/>
      <w:r w:rsidRPr="00F14AA3">
        <w:t xml:space="preserve"> </w:t>
      </w:r>
      <w:proofErr w:type="spellStart"/>
      <w:r w:rsidRPr="00F14AA3">
        <w:t>umowę</w:t>
      </w:r>
      <w:proofErr w:type="spellEnd"/>
      <w:r w:rsidRPr="00F14AA3">
        <w:t xml:space="preserve"> w </w:t>
      </w:r>
      <w:proofErr w:type="spellStart"/>
      <w:r w:rsidRPr="00F14AA3">
        <w:t>imieniu</w:t>
      </w:r>
      <w:proofErr w:type="spellEnd"/>
      <w:r w:rsidRPr="00F14AA3">
        <w:t xml:space="preserve"> </w:t>
      </w:r>
      <w:proofErr w:type="spellStart"/>
      <w:r w:rsidRPr="00F14AA3">
        <w:t>Wykonawcy</w:t>
      </w:r>
      <w:proofErr w:type="spellEnd"/>
      <w:r w:rsidRPr="00F14AA3">
        <w:t xml:space="preserve"> </w:t>
      </w:r>
      <w:proofErr w:type="spellStart"/>
      <w:r w:rsidRPr="00F14AA3">
        <w:t>powinna</w:t>
      </w:r>
      <w:proofErr w:type="spellEnd"/>
      <w:r w:rsidRPr="00F14AA3">
        <w:t xml:space="preserve"> </w:t>
      </w:r>
      <w:proofErr w:type="spellStart"/>
      <w:r w:rsidRPr="00F14AA3">
        <w:t>posiadać</w:t>
      </w:r>
      <w:proofErr w:type="spellEnd"/>
      <w:r w:rsidRPr="00F14AA3">
        <w:t xml:space="preserve"> </w:t>
      </w:r>
      <w:proofErr w:type="spellStart"/>
      <w:r w:rsidRPr="00F14AA3">
        <w:t>stosowne</w:t>
      </w:r>
      <w:proofErr w:type="spellEnd"/>
      <w:r w:rsidRPr="00F14AA3">
        <w:t xml:space="preserve"> </w:t>
      </w:r>
      <w:proofErr w:type="spellStart"/>
      <w:r w:rsidRPr="00F14AA3">
        <w:t>umocowanie</w:t>
      </w:r>
      <w:proofErr w:type="spellEnd"/>
      <w:r w:rsidRPr="00F14AA3">
        <w:t>.</w:t>
      </w:r>
    </w:p>
    <w:p w14:paraId="7D8D52F8" w14:textId="77777777" w:rsidR="00E54091" w:rsidRPr="00F14AA3" w:rsidRDefault="00E54091" w:rsidP="00E54091">
      <w:pPr>
        <w:pStyle w:val="Listapunktowana"/>
      </w:pPr>
      <w:proofErr w:type="spellStart"/>
      <w:r w:rsidRPr="00F14AA3">
        <w:t>Jeżeli</w:t>
      </w:r>
      <w:proofErr w:type="spellEnd"/>
      <w:r w:rsidRPr="00F14AA3">
        <w:t xml:space="preserve"> </w:t>
      </w:r>
      <w:proofErr w:type="spellStart"/>
      <w:r w:rsidRPr="00F14AA3">
        <w:t>wybrany</w:t>
      </w:r>
      <w:proofErr w:type="spellEnd"/>
      <w:r w:rsidRPr="00F14AA3">
        <w:t xml:space="preserve"> </w:t>
      </w:r>
      <w:proofErr w:type="spellStart"/>
      <w:r w:rsidRPr="00F14AA3">
        <w:t>Wykonawca</w:t>
      </w:r>
      <w:proofErr w:type="spellEnd"/>
      <w:r w:rsidRPr="00F14AA3">
        <w:t xml:space="preserve"> </w:t>
      </w:r>
      <w:proofErr w:type="spellStart"/>
      <w:r w:rsidRPr="00F14AA3">
        <w:t>odmówi</w:t>
      </w:r>
      <w:proofErr w:type="spellEnd"/>
      <w:r w:rsidRPr="00F14AA3">
        <w:t xml:space="preserve"> </w:t>
      </w:r>
      <w:proofErr w:type="spellStart"/>
      <w:r w:rsidRPr="00F14AA3">
        <w:t>zawarcia</w:t>
      </w:r>
      <w:proofErr w:type="spellEnd"/>
      <w:r w:rsidRPr="00F14AA3">
        <w:t xml:space="preserve"> </w:t>
      </w:r>
      <w:proofErr w:type="spellStart"/>
      <w:r w:rsidRPr="00F14AA3">
        <w:t>umowy</w:t>
      </w:r>
      <w:proofErr w:type="spellEnd"/>
      <w:r w:rsidRPr="00F14AA3">
        <w:t xml:space="preserve">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nie</w:t>
      </w:r>
      <w:proofErr w:type="spellEnd"/>
      <w:r w:rsidRPr="00F14AA3">
        <w:t xml:space="preserve"> </w:t>
      </w:r>
      <w:proofErr w:type="spellStart"/>
      <w:r w:rsidRPr="00F14AA3">
        <w:t>stawi</w:t>
      </w:r>
      <w:proofErr w:type="spellEnd"/>
      <w:r w:rsidRPr="00F14AA3">
        <w:t xml:space="preserve"> </w:t>
      </w:r>
      <w:proofErr w:type="spellStart"/>
      <w:r w:rsidRPr="00F14AA3">
        <w:t>się</w:t>
      </w:r>
      <w:proofErr w:type="spellEnd"/>
      <w:r w:rsidRPr="00F14AA3">
        <w:t xml:space="preserve"> w </w:t>
      </w:r>
      <w:proofErr w:type="spellStart"/>
      <w:r w:rsidRPr="00F14AA3">
        <w:t>wyznaczonym</w:t>
      </w:r>
      <w:proofErr w:type="spellEnd"/>
      <w:r w:rsidRPr="00F14AA3">
        <w:t xml:space="preserve"> </w:t>
      </w:r>
      <w:proofErr w:type="spellStart"/>
      <w:r w:rsidRPr="00F14AA3">
        <w:t>terminie</w:t>
      </w:r>
      <w:proofErr w:type="spellEnd"/>
      <w:r w:rsidRPr="00F14AA3">
        <w:t xml:space="preserve">, </w:t>
      </w:r>
      <w:proofErr w:type="spellStart"/>
      <w:r w:rsidRPr="00F14AA3">
        <w:t>Zamawiający</w:t>
      </w:r>
      <w:proofErr w:type="spellEnd"/>
      <w:r w:rsidRPr="00F14AA3">
        <w:t xml:space="preserve"> </w:t>
      </w:r>
      <w:proofErr w:type="spellStart"/>
      <w:r w:rsidRPr="00F14AA3">
        <w:t>może</w:t>
      </w:r>
      <w:proofErr w:type="spellEnd"/>
      <w:r w:rsidRPr="00F14AA3">
        <w:t xml:space="preserve"> </w:t>
      </w:r>
      <w:proofErr w:type="spellStart"/>
      <w:r w:rsidRPr="00F14AA3">
        <w:t>wybrać</w:t>
      </w:r>
      <w:proofErr w:type="spellEnd"/>
      <w:r w:rsidRPr="00F14AA3">
        <w:t xml:space="preserve"> </w:t>
      </w:r>
      <w:proofErr w:type="spellStart"/>
      <w:r w:rsidRPr="00F14AA3">
        <w:t>ofertę</w:t>
      </w:r>
      <w:proofErr w:type="spellEnd"/>
      <w:r w:rsidRPr="00F14AA3">
        <w:t xml:space="preserve"> </w:t>
      </w:r>
      <w:proofErr w:type="spellStart"/>
      <w:r w:rsidRPr="00F14AA3">
        <w:t>najwyżej</w:t>
      </w:r>
      <w:proofErr w:type="spellEnd"/>
      <w:r w:rsidRPr="00F14AA3">
        <w:t xml:space="preserve"> </w:t>
      </w:r>
      <w:proofErr w:type="spellStart"/>
      <w:r w:rsidRPr="00F14AA3">
        <w:t>ocenioną</w:t>
      </w:r>
      <w:proofErr w:type="spellEnd"/>
      <w:r w:rsidRPr="00F14AA3">
        <w:t xml:space="preserve"> </w:t>
      </w:r>
      <w:proofErr w:type="spellStart"/>
      <w:r w:rsidRPr="00F14AA3">
        <w:t>spośród</w:t>
      </w:r>
      <w:proofErr w:type="spellEnd"/>
      <w:r w:rsidRPr="00F14AA3">
        <w:t xml:space="preserve"> </w:t>
      </w:r>
      <w:proofErr w:type="spellStart"/>
      <w:r w:rsidRPr="00F14AA3">
        <w:t>pozostałych</w:t>
      </w:r>
      <w:proofErr w:type="spellEnd"/>
      <w:r w:rsidRPr="00F14AA3">
        <w:t xml:space="preserve"> </w:t>
      </w:r>
      <w:proofErr w:type="spellStart"/>
      <w:r w:rsidRPr="00F14AA3">
        <w:t>ofert</w:t>
      </w:r>
      <w:proofErr w:type="spellEnd"/>
      <w:r w:rsidRPr="00F14AA3">
        <w:t xml:space="preserve"> </w:t>
      </w:r>
      <w:proofErr w:type="spellStart"/>
      <w:r w:rsidRPr="00F14AA3">
        <w:t>niepodlegających</w:t>
      </w:r>
      <w:proofErr w:type="spellEnd"/>
      <w:r w:rsidRPr="00F14AA3">
        <w:t xml:space="preserve"> </w:t>
      </w:r>
      <w:proofErr w:type="spellStart"/>
      <w:r w:rsidRPr="00F14AA3">
        <w:t>odrzuceniu</w:t>
      </w:r>
      <w:proofErr w:type="spellEnd"/>
      <w:r w:rsidRPr="00F14AA3">
        <w:t>.</w:t>
      </w:r>
    </w:p>
    <w:p w14:paraId="16D268C2" w14:textId="77777777" w:rsidR="00E54091" w:rsidRPr="00F14AA3" w:rsidRDefault="00E54091" w:rsidP="00E54091">
      <w:pPr>
        <w:pStyle w:val="Listapunktowana"/>
      </w:pPr>
      <w:proofErr w:type="spellStart"/>
      <w:r w:rsidRPr="00F14AA3">
        <w:t>Umowa</w:t>
      </w:r>
      <w:proofErr w:type="spellEnd"/>
      <w:r w:rsidRPr="00F14AA3">
        <w:t xml:space="preserve"> </w:t>
      </w:r>
      <w:proofErr w:type="spellStart"/>
      <w:r w:rsidRPr="00F14AA3">
        <w:t>zostanie</w:t>
      </w:r>
      <w:proofErr w:type="spellEnd"/>
      <w:r w:rsidRPr="00F14AA3">
        <w:t xml:space="preserve"> </w:t>
      </w:r>
      <w:proofErr w:type="spellStart"/>
      <w:r w:rsidRPr="00F14AA3">
        <w:t>zawarta</w:t>
      </w:r>
      <w:proofErr w:type="spellEnd"/>
      <w:r w:rsidRPr="00F14AA3">
        <w:t xml:space="preserve"> </w:t>
      </w:r>
      <w:proofErr w:type="spellStart"/>
      <w:r w:rsidRPr="00F14AA3">
        <w:t>na</w:t>
      </w:r>
      <w:proofErr w:type="spellEnd"/>
      <w:r w:rsidRPr="00F14AA3">
        <w:t xml:space="preserve"> </w:t>
      </w:r>
      <w:proofErr w:type="spellStart"/>
      <w:r w:rsidRPr="00F14AA3">
        <w:t>warunkach</w:t>
      </w:r>
      <w:proofErr w:type="spellEnd"/>
      <w:r w:rsidRPr="00F14AA3">
        <w:t xml:space="preserve"> </w:t>
      </w:r>
      <w:proofErr w:type="spellStart"/>
      <w:r w:rsidRPr="00F14AA3">
        <w:t>określonych</w:t>
      </w:r>
      <w:proofErr w:type="spellEnd"/>
      <w:r w:rsidRPr="00F14AA3">
        <w:t xml:space="preserve"> w </w:t>
      </w:r>
      <w:proofErr w:type="spellStart"/>
      <w:r w:rsidRPr="00F14AA3">
        <w:t>zapytaniu</w:t>
      </w:r>
      <w:proofErr w:type="spellEnd"/>
      <w:r w:rsidRPr="00F14AA3">
        <w:t xml:space="preserve"> </w:t>
      </w:r>
      <w:proofErr w:type="spellStart"/>
      <w:r w:rsidRPr="00F14AA3">
        <w:t>ofertowym</w:t>
      </w:r>
      <w:proofErr w:type="spellEnd"/>
      <w:r w:rsidRPr="00F14AA3">
        <w:t xml:space="preserve"> i </w:t>
      </w:r>
      <w:proofErr w:type="spellStart"/>
      <w:r w:rsidRPr="00F14AA3">
        <w:t>ofercie</w:t>
      </w:r>
      <w:proofErr w:type="spellEnd"/>
      <w:r w:rsidRPr="00F14AA3">
        <w:t xml:space="preserve"> </w:t>
      </w:r>
      <w:proofErr w:type="spellStart"/>
      <w:r w:rsidRPr="00F14AA3">
        <w:t>Wykonawcy</w:t>
      </w:r>
      <w:proofErr w:type="spellEnd"/>
      <w:r w:rsidRPr="00F14AA3">
        <w:t xml:space="preserve">, w </w:t>
      </w:r>
      <w:proofErr w:type="spellStart"/>
      <w:r w:rsidRPr="00F14AA3">
        <w:t>formie</w:t>
      </w:r>
      <w:proofErr w:type="spellEnd"/>
      <w:r w:rsidRPr="00F14AA3">
        <w:t xml:space="preserve"> </w:t>
      </w:r>
      <w:proofErr w:type="spellStart"/>
      <w:r w:rsidRPr="00F14AA3">
        <w:t>pisemnej</w:t>
      </w:r>
      <w:proofErr w:type="spellEnd"/>
      <w:r w:rsidRPr="00F14AA3">
        <w:t xml:space="preserve">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elektronicznej</w:t>
      </w:r>
      <w:proofErr w:type="spellEnd"/>
      <w:r w:rsidRPr="00F14AA3">
        <w:t xml:space="preserve"> pod </w:t>
      </w:r>
      <w:proofErr w:type="spellStart"/>
      <w:r w:rsidRPr="00F14AA3">
        <w:t>rygorem</w:t>
      </w:r>
      <w:proofErr w:type="spellEnd"/>
      <w:r w:rsidRPr="00F14AA3">
        <w:t xml:space="preserve"> </w:t>
      </w:r>
      <w:proofErr w:type="spellStart"/>
      <w:r w:rsidRPr="00F14AA3">
        <w:t>nieważności</w:t>
      </w:r>
      <w:proofErr w:type="spellEnd"/>
      <w:r w:rsidRPr="00F14AA3">
        <w:t>.</w:t>
      </w:r>
    </w:p>
    <w:p w14:paraId="08DCC81A" w14:textId="27D07846" w:rsidR="00E54091" w:rsidRPr="00F14AA3" w:rsidRDefault="00C370A4" w:rsidP="00E54091">
      <w:pPr>
        <w:pStyle w:val="Nagwek2"/>
      </w:pPr>
      <w:r w:rsidRPr="00C370A4">
        <w:t xml:space="preserve">18. </w:t>
      </w:r>
      <w:proofErr w:type="spellStart"/>
      <w:r w:rsidRPr="00C370A4">
        <w:t>Oferty</w:t>
      </w:r>
      <w:proofErr w:type="spellEnd"/>
      <w:r w:rsidRPr="00C370A4">
        <w:t xml:space="preserve"> </w:t>
      </w:r>
      <w:proofErr w:type="spellStart"/>
      <w:r w:rsidRPr="00C370A4">
        <w:t>częściowe</w:t>
      </w:r>
      <w:proofErr w:type="spellEnd"/>
      <w:r w:rsidRPr="00C370A4">
        <w:t xml:space="preserve">, </w:t>
      </w:r>
      <w:proofErr w:type="spellStart"/>
      <w:r w:rsidRPr="00C370A4">
        <w:t>wariantowe</w:t>
      </w:r>
      <w:proofErr w:type="spellEnd"/>
      <w:r w:rsidRPr="00C370A4">
        <w:t xml:space="preserve"> </w:t>
      </w:r>
      <w:proofErr w:type="spellStart"/>
      <w:r w:rsidRPr="00C370A4">
        <w:t>i</w:t>
      </w:r>
      <w:proofErr w:type="spellEnd"/>
      <w:r w:rsidRPr="00C370A4">
        <w:t xml:space="preserve"> </w:t>
      </w:r>
      <w:proofErr w:type="spellStart"/>
      <w:r w:rsidRPr="00C370A4">
        <w:t>zamówienia</w:t>
      </w:r>
      <w:proofErr w:type="spellEnd"/>
      <w:r w:rsidRPr="00C370A4">
        <w:t xml:space="preserve"> </w:t>
      </w:r>
      <w:proofErr w:type="spellStart"/>
      <w:r w:rsidRPr="00C370A4">
        <w:t>uzupełniające</w:t>
      </w:r>
      <w:proofErr w:type="spellEnd"/>
    </w:p>
    <w:p w14:paraId="20F4DDAC" w14:textId="77777777" w:rsidR="00E54091" w:rsidRPr="00F14AA3" w:rsidRDefault="00E54091" w:rsidP="00E54091">
      <w:pPr>
        <w:pStyle w:val="Listapunktowana"/>
      </w:pPr>
      <w:proofErr w:type="spellStart"/>
      <w:r w:rsidRPr="00F14AA3">
        <w:rPr>
          <w:b/>
        </w:rPr>
        <w:t>Oferty</w:t>
      </w:r>
      <w:proofErr w:type="spellEnd"/>
      <w:r w:rsidRPr="00F14AA3">
        <w:rPr>
          <w:b/>
        </w:rPr>
        <w:t xml:space="preserve"> </w:t>
      </w:r>
      <w:proofErr w:type="spellStart"/>
      <w:r w:rsidRPr="00F14AA3">
        <w:rPr>
          <w:b/>
        </w:rPr>
        <w:t>częściowe</w:t>
      </w:r>
      <w:proofErr w:type="spellEnd"/>
      <w:r w:rsidRPr="00F14AA3">
        <w:rPr>
          <w:b/>
        </w:rPr>
        <w:t xml:space="preserve">: </w:t>
      </w:r>
      <w:proofErr w:type="spellStart"/>
      <w:r w:rsidRPr="00F14AA3">
        <w:t>Zamawiający</w:t>
      </w:r>
      <w:proofErr w:type="spellEnd"/>
      <w:r w:rsidRPr="00F14AA3">
        <w:t xml:space="preserve"> </w:t>
      </w:r>
      <w:proofErr w:type="spellStart"/>
      <w:r w:rsidRPr="00F14AA3">
        <w:t>nie</w:t>
      </w:r>
      <w:proofErr w:type="spellEnd"/>
      <w:r w:rsidRPr="00F14AA3">
        <w:t xml:space="preserve"> </w:t>
      </w:r>
      <w:proofErr w:type="spellStart"/>
      <w:r w:rsidRPr="00F14AA3">
        <w:t>dopuszcza</w:t>
      </w:r>
      <w:proofErr w:type="spellEnd"/>
      <w:r w:rsidRPr="00F14AA3">
        <w:t xml:space="preserve"> </w:t>
      </w:r>
      <w:proofErr w:type="spellStart"/>
      <w:r w:rsidRPr="00F14AA3">
        <w:t>składania</w:t>
      </w:r>
      <w:proofErr w:type="spellEnd"/>
      <w:r w:rsidRPr="00F14AA3">
        <w:t xml:space="preserve"> </w:t>
      </w:r>
      <w:proofErr w:type="spellStart"/>
      <w:r w:rsidRPr="00F14AA3">
        <w:t>ofert</w:t>
      </w:r>
      <w:proofErr w:type="spellEnd"/>
      <w:r w:rsidRPr="00F14AA3">
        <w:t xml:space="preserve"> </w:t>
      </w:r>
      <w:proofErr w:type="spellStart"/>
      <w:r w:rsidRPr="00F14AA3">
        <w:t>częściowych</w:t>
      </w:r>
      <w:proofErr w:type="spellEnd"/>
      <w:r w:rsidRPr="00F14AA3">
        <w:t xml:space="preserve">. </w:t>
      </w:r>
      <w:proofErr w:type="spellStart"/>
      <w:r w:rsidRPr="00F14AA3">
        <w:t>Elektronika</w:t>
      </w:r>
      <w:proofErr w:type="spellEnd"/>
      <w:r w:rsidRPr="00F14AA3">
        <w:t xml:space="preserve"> </w:t>
      </w:r>
      <w:proofErr w:type="spellStart"/>
      <w:r w:rsidRPr="00F14AA3">
        <w:t>pomiarowa</w:t>
      </w:r>
      <w:proofErr w:type="spellEnd"/>
      <w:r w:rsidRPr="00F14AA3">
        <w:t xml:space="preserve">, firmware, </w:t>
      </w:r>
      <w:proofErr w:type="spellStart"/>
      <w:r w:rsidRPr="00F14AA3">
        <w:t>przetwarzanie</w:t>
      </w:r>
      <w:proofErr w:type="spellEnd"/>
      <w:r w:rsidRPr="00F14AA3">
        <w:t xml:space="preserve"> </w:t>
      </w:r>
      <w:proofErr w:type="spellStart"/>
      <w:r w:rsidRPr="00F14AA3">
        <w:t>danych</w:t>
      </w:r>
      <w:proofErr w:type="spellEnd"/>
      <w:r w:rsidRPr="00F14AA3">
        <w:t xml:space="preserve">, </w:t>
      </w:r>
      <w:proofErr w:type="spellStart"/>
      <w:r w:rsidRPr="00F14AA3">
        <w:t>modele</w:t>
      </w:r>
      <w:proofErr w:type="spellEnd"/>
      <w:r w:rsidRPr="00F14AA3">
        <w:t xml:space="preserve"> AI, </w:t>
      </w:r>
      <w:proofErr w:type="spellStart"/>
      <w:r w:rsidRPr="00F14AA3">
        <w:t>uruchomienie</w:t>
      </w:r>
      <w:proofErr w:type="spellEnd"/>
      <w:r w:rsidRPr="00F14AA3">
        <w:t xml:space="preserve"> </w:t>
      </w:r>
      <w:proofErr w:type="spellStart"/>
      <w:r w:rsidRPr="00F14AA3">
        <w:t>na</w:t>
      </w:r>
      <w:proofErr w:type="spellEnd"/>
      <w:r w:rsidRPr="00F14AA3">
        <w:t xml:space="preserve"> </w:t>
      </w:r>
      <w:proofErr w:type="spellStart"/>
      <w:r w:rsidRPr="00F14AA3">
        <w:t>platformie</w:t>
      </w:r>
      <w:proofErr w:type="spellEnd"/>
      <w:r w:rsidRPr="00F14AA3">
        <w:t xml:space="preserve"> edge </w:t>
      </w:r>
      <w:proofErr w:type="spellStart"/>
      <w:r w:rsidRPr="00F14AA3">
        <w:t>oraz</w:t>
      </w:r>
      <w:proofErr w:type="spellEnd"/>
      <w:r w:rsidRPr="00F14AA3">
        <w:t xml:space="preserve"> </w:t>
      </w:r>
      <w:proofErr w:type="spellStart"/>
      <w:r w:rsidRPr="00F14AA3">
        <w:t>elektronika</w:t>
      </w:r>
      <w:proofErr w:type="spellEnd"/>
      <w:r w:rsidRPr="00F14AA3">
        <w:t xml:space="preserve"> </w:t>
      </w:r>
      <w:proofErr w:type="spellStart"/>
      <w:r w:rsidRPr="00F14AA3">
        <w:t>wykonawcza</w:t>
      </w:r>
      <w:proofErr w:type="spellEnd"/>
      <w:r w:rsidRPr="00F14AA3">
        <w:t xml:space="preserve"> U-Change </w:t>
      </w:r>
      <w:proofErr w:type="spellStart"/>
      <w:r w:rsidRPr="00F14AA3">
        <w:t>tworzą</w:t>
      </w:r>
      <w:proofErr w:type="spellEnd"/>
      <w:r w:rsidRPr="00F14AA3">
        <w:t xml:space="preserve"> </w:t>
      </w:r>
      <w:proofErr w:type="spellStart"/>
      <w:r w:rsidRPr="00F14AA3">
        <w:t>jeden</w:t>
      </w:r>
      <w:proofErr w:type="spellEnd"/>
      <w:r w:rsidRPr="00F14AA3">
        <w:t xml:space="preserve"> </w:t>
      </w:r>
      <w:proofErr w:type="spellStart"/>
      <w:r w:rsidRPr="00F14AA3">
        <w:t>technicznie</w:t>
      </w:r>
      <w:proofErr w:type="spellEnd"/>
      <w:r w:rsidRPr="00F14AA3">
        <w:t xml:space="preserve"> </w:t>
      </w:r>
      <w:proofErr w:type="spellStart"/>
      <w:r w:rsidRPr="00F14AA3">
        <w:t>sprzężony</w:t>
      </w:r>
      <w:proofErr w:type="spellEnd"/>
      <w:r w:rsidRPr="00F14AA3">
        <w:t xml:space="preserve"> </w:t>
      </w:r>
      <w:proofErr w:type="spellStart"/>
      <w:r w:rsidRPr="00F14AA3">
        <w:t>łańcuch</w:t>
      </w:r>
      <w:proofErr w:type="spellEnd"/>
      <w:r w:rsidRPr="00F14AA3">
        <w:t xml:space="preserve"> </w:t>
      </w:r>
      <w:proofErr w:type="spellStart"/>
      <w:r w:rsidRPr="00F14AA3">
        <w:t>zależności</w:t>
      </w:r>
      <w:proofErr w:type="spellEnd"/>
      <w:r w:rsidRPr="00F14AA3">
        <w:t xml:space="preserve">, </w:t>
      </w:r>
      <w:proofErr w:type="spellStart"/>
      <w:r w:rsidRPr="00F14AA3">
        <w:t>wymagający</w:t>
      </w:r>
      <w:proofErr w:type="spellEnd"/>
      <w:r w:rsidRPr="00F14AA3">
        <w:t xml:space="preserve"> </w:t>
      </w:r>
      <w:proofErr w:type="spellStart"/>
      <w:r w:rsidRPr="00F14AA3">
        <w:t>wspólnej</w:t>
      </w:r>
      <w:proofErr w:type="spellEnd"/>
      <w:r w:rsidRPr="00F14AA3">
        <w:t xml:space="preserve"> </w:t>
      </w:r>
      <w:proofErr w:type="spellStart"/>
      <w:r w:rsidRPr="00F14AA3">
        <w:t>odpowiedzialności</w:t>
      </w:r>
      <w:proofErr w:type="spellEnd"/>
      <w:r w:rsidRPr="00F14AA3">
        <w:t xml:space="preserve"> za </w:t>
      </w:r>
      <w:proofErr w:type="spellStart"/>
      <w:r w:rsidRPr="00F14AA3">
        <w:t>interfejsy</w:t>
      </w:r>
      <w:proofErr w:type="spellEnd"/>
      <w:r w:rsidRPr="00F14AA3">
        <w:t xml:space="preserve">, </w:t>
      </w:r>
      <w:proofErr w:type="spellStart"/>
      <w:r w:rsidRPr="00F14AA3">
        <w:t>wersjonowanie</w:t>
      </w:r>
      <w:proofErr w:type="spellEnd"/>
      <w:r w:rsidRPr="00F14AA3">
        <w:t xml:space="preserve">, </w:t>
      </w:r>
      <w:proofErr w:type="spellStart"/>
      <w:r w:rsidRPr="00F14AA3">
        <w:t>integrację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usuwanie</w:t>
      </w:r>
      <w:proofErr w:type="spellEnd"/>
      <w:r w:rsidRPr="00F14AA3">
        <w:t xml:space="preserve"> </w:t>
      </w:r>
      <w:proofErr w:type="spellStart"/>
      <w:r w:rsidRPr="00F14AA3">
        <w:t>błędów</w:t>
      </w:r>
      <w:proofErr w:type="spellEnd"/>
      <w:r w:rsidRPr="00F14AA3">
        <w:t xml:space="preserve">. </w:t>
      </w:r>
      <w:proofErr w:type="spellStart"/>
      <w:r w:rsidRPr="00F14AA3">
        <w:t>Podział</w:t>
      </w:r>
      <w:proofErr w:type="spellEnd"/>
      <w:r w:rsidRPr="00F14AA3">
        <w:t xml:space="preserve"> </w:t>
      </w:r>
      <w:proofErr w:type="spellStart"/>
      <w:r w:rsidRPr="00F14AA3">
        <w:t>zamówienia</w:t>
      </w:r>
      <w:proofErr w:type="spellEnd"/>
      <w:r w:rsidRPr="00F14AA3">
        <w:t xml:space="preserve"> </w:t>
      </w:r>
      <w:proofErr w:type="spellStart"/>
      <w:r w:rsidRPr="00F14AA3">
        <w:t>pomiędzy</w:t>
      </w:r>
      <w:proofErr w:type="spellEnd"/>
      <w:r w:rsidRPr="00F14AA3">
        <w:t xml:space="preserve"> </w:t>
      </w:r>
      <w:proofErr w:type="spellStart"/>
      <w:r w:rsidRPr="00F14AA3">
        <w:t>niezależnych</w:t>
      </w:r>
      <w:proofErr w:type="spellEnd"/>
      <w:r w:rsidRPr="00F14AA3">
        <w:t xml:space="preserve"> </w:t>
      </w:r>
      <w:proofErr w:type="spellStart"/>
      <w:r w:rsidRPr="00F14AA3">
        <w:t>wykonawców</w:t>
      </w:r>
      <w:proofErr w:type="spellEnd"/>
      <w:r w:rsidRPr="00F14AA3">
        <w:t xml:space="preserve"> </w:t>
      </w:r>
      <w:proofErr w:type="spellStart"/>
      <w:r w:rsidRPr="00F14AA3">
        <w:t>istotnie</w:t>
      </w:r>
      <w:proofErr w:type="spellEnd"/>
      <w:r w:rsidRPr="00F14AA3">
        <w:t xml:space="preserve"> </w:t>
      </w:r>
      <w:proofErr w:type="spellStart"/>
      <w:r w:rsidRPr="00F14AA3">
        <w:t>zwiększałby</w:t>
      </w:r>
      <w:proofErr w:type="spellEnd"/>
      <w:r w:rsidRPr="00F14AA3">
        <w:t xml:space="preserve"> </w:t>
      </w:r>
      <w:proofErr w:type="spellStart"/>
      <w:r w:rsidRPr="00F14AA3">
        <w:t>ryzyko</w:t>
      </w:r>
      <w:proofErr w:type="spellEnd"/>
      <w:r w:rsidRPr="00F14AA3">
        <w:t xml:space="preserve"> </w:t>
      </w:r>
      <w:proofErr w:type="spellStart"/>
      <w:r w:rsidRPr="00F14AA3">
        <w:t>niekompatybilności</w:t>
      </w:r>
      <w:proofErr w:type="spellEnd"/>
      <w:r w:rsidRPr="00F14AA3">
        <w:t xml:space="preserve"> </w:t>
      </w:r>
      <w:proofErr w:type="spellStart"/>
      <w:r w:rsidRPr="00F14AA3">
        <w:t>sprzętowo-programowej</w:t>
      </w:r>
      <w:proofErr w:type="spellEnd"/>
      <w:r w:rsidRPr="00F14AA3">
        <w:t xml:space="preserve">, </w:t>
      </w:r>
      <w:proofErr w:type="spellStart"/>
      <w:r w:rsidRPr="00F14AA3">
        <w:t>sporów</w:t>
      </w:r>
      <w:proofErr w:type="spellEnd"/>
      <w:r w:rsidRPr="00F14AA3">
        <w:t xml:space="preserve"> o </w:t>
      </w:r>
      <w:proofErr w:type="spellStart"/>
      <w:r w:rsidRPr="00F14AA3">
        <w:t>odpowiedzialność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opóźnień</w:t>
      </w:r>
      <w:proofErr w:type="spellEnd"/>
      <w:r w:rsidRPr="00F14AA3">
        <w:t xml:space="preserve"> </w:t>
      </w:r>
      <w:proofErr w:type="spellStart"/>
      <w:r w:rsidRPr="00F14AA3">
        <w:t>integracji</w:t>
      </w:r>
      <w:proofErr w:type="spellEnd"/>
      <w:r w:rsidRPr="00F14AA3">
        <w:t xml:space="preserve"> </w:t>
      </w:r>
      <w:proofErr w:type="spellStart"/>
      <w:r w:rsidRPr="00F14AA3">
        <w:t>na</w:t>
      </w:r>
      <w:proofErr w:type="spellEnd"/>
      <w:r w:rsidRPr="00F14AA3">
        <w:t xml:space="preserve"> </w:t>
      </w:r>
      <w:proofErr w:type="spellStart"/>
      <w:r w:rsidRPr="00F14AA3">
        <w:t>fizycznej</w:t>
      </w:r>
      <w:proofErr w:type="spellEnd"/>
      <w:r w:rsidRPr="00F14AA3">
        <w:t xml:space="preserve"> </w:t>
      </w:r>
      <w:proofErr w:type="spellStart"/>
      <w:r w:rsidRPr="00F14AA3">
        <w:t>maszynie</w:t>
      </w:r>
      <w:proofErr w:type="spellEnd"/>
      <w:r w:rsidRPr="00F14AA3">
        <w:t xml:space="preserve"> X1000U.</w:t>
      </w:r>
    </w:p>
    <w:p w14:paraId="7295B0B5" w14:textId="77777777" w:rsidR="00E54091" w:rsidRPr="00F14AA3" w:rsidRDefault="00E54091" w:rsidP="00E54091">
      <w:pPr>
        <w:pStyle w:val="Listapunktowana"/>
      </w:pPr>
      <w:proofErr w:type="spellStart"/>
      <w:r w:rsidRPr="00F14AA3">
        <w:rPr>
          <w:b/>
        </w:rPr>
        <w:t>Oferty</w:t>
      </w:r>
      <w:proofErr w:type="spellEnd"/>
      <w:r w:rsidRPr="00F14AA3">
        <w:rPr>
          <w:b/>
        </w:rPr>
        <w:t xml:space="preserve"> </w:t>
      </w:r>
      <w:proofErr w:type="spellStart"/>
      <w:r w:rsidRPr="00F14AA3">
        <w:rPr>
          <w:b/>
        </w:rPr>
        <w:t>wariantowe</w:t>
      </w:r>
      <w:proofErr w:type="spellEnd"/>
      <w:r w:rsidRPr="00F14AA3">
        <w:rPr>
          <w:b/>
        </w:rPr>
        <w:t xml:space="preserve">: </w:t>
      </w:r>
      <w:proofErr w:type="spellStart"/>
      <w:r w:rsidRPr="00F14AA3">
        <w:t>Zamawiający</w:t>
      </w:r>
      <w:proofErr w:type="spellEnd"/>
      <w:r w:rsidRPr="00F14AA3">
        <w:t xml:space="preserve"> </w:t>
      </w:r>
      <w:proofErr w:type="spellStart"/>
      <w:r w:rsidRPr="00F14AA3">
        <w:t>nie</w:t>
      </w:r>
      <w:proofErr w:type="spellEnd"/>
      <w:r w:rsidRPr="00F14AA3">
        <w:t xml:space="preserve"> </w:t>
      </w:r>
      <w:proofErr w:type="spellStart"/>
      <w:r w:rsidRPr="00F14AA3">
        <w:t>dopuszcza</w:t>
      </w:r>
      <w:proofErr w:type="spellEnd"/>
      <w:r w:rsidRPr="00F14AA3">
        <w:t xml:space="preserve"> </w:t>
      </w:r>
      <w:proofErr w:type="spellStart"/>
      <w:r w:rsidRPr="00F14AA3">
        <w:t>składania</w:t>
      </w:r>
      <w:proofErr w:type="spellEnd"/>
      <w:r w:rsidRPr="00F14AA3">
        <w:t xml:space="preserve"> </w:t>
      </w:r>
      <w:proofErr w:type="spellStart"/>
      <w:r w:rsidRPr="00F14AA3">
        <w:t>ofert</w:t>
      </w:r>
      <w:proofErr w:type="spellEnd"/>
      <w:r w:rsidRPr="00F14AA3">
        <w:t xml:space="preserve"> </w:t>
      </w:r>
      <w:proofErr w:type="spellStart"/>
      <w:r w:rsidRPr="00F14AA3">
        <w:t>wariantowych</w:t>
      </w:r>
      <w:proofErr w:type="spellEnd"/>
      <w:r w:rsidRPr="00F14AA3">
        <w:t xml:space="preserve">. </w:t>
      </w:r>
      <w:proofErr w:type="spellStart"/>
      <w:r w:rsidRPr="00F14AA3">
        <w:t>Wykonawca</w:t>
      </w:r>
      <w:proofErr w:type="spellEnd"/>
      <w:r w:rsidRPr="00F14AA3">
        <w:t xml:space="preserve"> </w:t>
      </w:r>
      <w:proofErr w:type="spellStart"/>
      <w:r w:rsidRPr="00F14AA3">
        <w:t>może</w:t>
      </w:r>
      <w:proofErr w:type="spellEnd"/>
      <w:r w:rsidRPr="00F14AA3">
        <w:t xml:space="preserve"> w </w:t>
      </w:r>
      <w:proofErr w:type="spellStart"/>
      <w:r w:rsidRPr="00F14AA3">
        <w:t>ramach</w:t>
      </w:r>
      <w:proofErr w:type="spellEnd"/>
      <w:r w:rsidRPr="00F14AA3">
        <w:t xml:space="preserve"> </w:t>
      </w:r>
      <w:proofErr w:type="spellStart"/>
      <w:r w:rsidRPr="00F14AA3">
        <w:t>realizacji</w:t>
      </w:r>
      <w:proofErr w:type="spellEnd"/>
      <w:r w:rsidRPr="00F14AA3">
        <w:t xml:space="preserve"> </w:t>
      </w:r>
      <w:proofErr w:type="spellStart"/>
      <w:r w:rsidRPr="00F14AA3">
        <w:t>proponować</w:t>
      </w:r>
      <w:proofErr w:type="spellEnd"/>
      <w:r w:rsidRPr="00F14AA3">
        <w:t xml:space="preserve"> </w:t>
      </w:r>
      <w:proofErr w:type="spellStart"/>
      <w:r w:rsidRPr="00F14AA3">
        <w:t>rozwiązania</w:t>
      </w:r>
      <w:proofErr w:type="spellEnd"/>
      <w:r w:rsidRPr="00F14AA3">
        <w:t xml:space="preserve"> </w:t>
      </w:r>
      <w:proofErr w:type="spellStart"/>
      <w:r w:rsidRPr="00F14AA3">
        <w:t>techniczne</w:t>
      </w:r>
      <w:proofErr w:type="spellEnd"/>
      <w:r w:rsidRPr="00F14AA3">
        <w:t xml:space="preserve"> </w:t>
      </w:r>
      <w:proofErr w:type="spellStart"/>
      <w:r w:rsidRPr="00F14AA3">
        <w:t>równoważne</w:t>
      </w:r>
      <w:proofErr w:type="spellEnd"/>
      <w:r w:rsidRPr="00F14AA3">
        <w:t xml:space="preserve">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lepsze</w:t>
      </w:r>
      <w:proofErr w:type="spellEnd"/>
      <w:r w:rsidRPr="00F14AA3">
        <w:t xml:space="preserve">, o </w:t>
      </w:r>
      <w:proofErr w:type="spellStart"/>
      <w:r w:rsidRPr="00F14AA3">
        <w:t>ile</w:t>
      </w:r>
      <w:proofErr w:type="spellEnd"/>
      <w:r w:rsidRPr="00F14AA3">
        <w:t xml:space="preserve"> </w:t>
      </w:r>
      <w:proofErr w:type="spellStart"/>
      <w:r w:rsidRPr="00F14AA3">
        <w:t>spełniają</w:t>
      </w:r>
      <w:proofErr w:type="spellEnd"/>
      <w:r w:rsidRPr="00F14AA3">
        <w:t xml:space="preserve"> one </w:t>
      </w:r>
      <w:proofErr w:type="spellStart"/>
      <w:r w:rsidRPr="00F14AA3">
        <w:t>wymagania</w:t>
      </w:r>
      <w:proofErr w:type="spellEnd"/>
      <w:r w:rsidRPr="00F14AA3">
        <w:t xml:space="preserve"> </w:t>
      </w:r>
      <w:proofErr w:type="spellStart"/>
      <w:r w:rsidRPr="00F14AA3">
        <w:t>funkcjonalne</w:t>
      </w:r>
      <w:proofErr w:type="spellEnd"/>
      <w:r w:rsidRPr="00F14AA3">
        <w:t xml:space="preserve"> </w:t>
      </w:r>
      <w:proofErr w:type="spellStart"/>
      <w:r w:rsidRPr="00F14AA3">
        <w:t>opisu</w:t>
      </w:r>
      <w:proofErr w:type="spellEnd"/>
      <w:r w:rsidRPr="00F14AA3">
        <w:t xml:space="preserve"> </w:t>
      </w:r>
      <w:proofErr w:type="spellStart"/>
      <w:r w:rsidRPr="00F14AA3">
        <w:t>przedmiotu</w:t>
      </w:r>
      <w:proofErr w:type="spellEnd"/>
      <w:r w:rsidRPr="00F14AA3">
        <w:t xml:space="preserve"> </w:t>
      </w:r>
      <w:proofErr w:type="spellStart"/>
      <w:r w:rsidRPr="00F14AA3">
        <w:t>zamówienia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zostaną</w:t>
      </w:r>
      <w:proofErr w:type="spellEnd"/>
      <w:r w:rsidRPr="00F14AA3">
        <w:t xml:space="preserve"> </w:t>
      </w:r>
      <w:proofErr w:type="spellStart"/>
      <w:r w:rsidRPr="00F14AA3">
        <w:t>zaakceptowane</w:t>
      </w:r>
      <w:proofErr w:type="spellEnd"/>
      <w:r w:rsidRPr="00F14AA3">
        <w:t xml:space="preserve"> </w:t>
      </w:r>
      <w:proofErr w:type="spellStart"/>
      <w:r w:rsidRPr="00F14AA3">
        <w:t>przez</w:t>
      </w:r>
      <w:proofErr w:type="spellEnd"/>
      <w:r w:rsidRPr="00F14AA3">
        <w:t xml:space="preserve"> </w:t>
      </w:r>
      <w:proofErr w:type="spellStart"/>
      <w:r w:rsidRPr="00F14AA3">
        <w:t>Zamawiającego</w:t>
      </w:r>
      <w:proofErr w:type="spellEnd"/>
      <w:r w:rsidRPr="00F14AA3">
        <w:t>.</w:t>
      </w:r>
    </w:p>
    <w:p w14:paraId="2E145823" w14:textId="4CF71028" w:rsidR="00E54091" w:rsidRPr="00F14AA3" w:rsidRDefault="00E54091" w:rsidP="00E54091">
      <w:pPr>
        <w:pStyle w:val="Listapunktowana"/>
      </w:pPr>
      <w:proofErr w:type="spellStart"/>
      <w:r w:rsidRPr="00F14AA3">
        <w:rPr>
          <w:b/>
        </w:rPr>
        <w:t>Zamówienia</w:t>
      </w:r>
      <w:proofErr w:type="spellEnd"/>
      <w:r w:rsidRPr="00F14AA3">
        <w:rPr>
          <w:b/>
        </w:rPr>
        <w:t xml:space="preserve"> </w:t>
      </w:r>
      <w:proofErr w:type="spellStart"/>
      <w:r w:rsidRPr="00F14AA3">
        <w:rPr>
          <w:b/>
        </w:rPr>
        <w:t>uzupełniające</w:t>
      </w:r>
      <w:proofErr w:type="spellEnd"/>
      <w:r w:rsidRPr="00F14AA3">
        <w:rPr>
          <w:b/>
        </w:rPr>
        <w:t xml:space="preserve">: </w:t>
      </w:r>
      <w:proofErr w:type="spellStart"/>
      <w:r w:rsidRPr="00F14AA3">
        <w:t>Zamawiający</w:t>
      </w:r>
      <w:proofErr w:type="spellEnd"/>
      <w:r w:rsidRPr="00F14AA3">
        <w:t xml:space="preserve"> </w:t>
      </w:r>
      <w:proofErr w:type="spellStart"/>
      <w:r w:rsidRPr="00F14AA3">
        <w:t>nie</w:t>
      </w:r>
      <w:proofErr w:type="spellEnd"/>
      <w:r w:rsidRPr="00F14AA3">
        <w:t xml:space="preserve"> </w:t>
      </w:r>
      <w:proofErr w:type="spellStart"/>
      <w:r w:rsidRPr="00F14AA3">
        <w:t>przewiduje</w:t>
      </w:r>
      <w:proofErr w:type="spellEnd"/>
      <w:r w:rsidRPr="00F14AA3">
        <w:t xml:space="preserve"> </w:t>
      </w:r>
      <w:proofErr w:type="spellStart"/>
      <w:r w:rsidRPr="00F14AA3">
        <w:t>udzielenia</w:t>
      </w:r>
      <w:proofErr w:type="spellEnd"/>
      <w:r w:rsidRPr="00F14AA3">
        <w:t xml:space="preserve"> </w:t>
      </w:r>
      <w:proofErr w:type="spellStart"/>
      <w:r w:rsidRPr="00F14AA3">
        <w:t>zamówień</w:t>
      </w:r>
      <w:proofErr w:type="spellEnd"/>
      <w:r w:rsidRPr="00F14AA3">
        <w:t xml:space="preserve"> </w:t>
      </w:r>
      <w:proofErr w:type="spellStart"/>
      <w:r w:rsidRPr="00F14AA3">
        <w:t>uzupełniających</w:t>
      </w:r>
      <w:proofErr w:type="spellEnd"/>
      <w:r w:rsidRPr="00F14AA3">
        <w:t>.</w:t>
      </w:r>
    </w:p>
    <w:p w14:paraId="663B49F1" w14:textId="01AA3308" w:rsidR="00E54091" w:rsidRPr="00F14AA3" w:rsidRDefault="00C370A4" w:rsidP="00E54091">
      <w:pPr>
        <w:pStyle w:val="Nagwek2"/>
      </w:pPr>
      <w:r w:rsidRPr="00C370A4">
        <w:t xml:space="preserve">19. Kary </w:t>
      </w:r>
      <w:proofErr w:type="spellStart"/>
      <w:r w:rsidRPr="00C370A4">
        <w:t>umowne</w:t>
      </w:r>
      <w:proofErr w:type="spellEnd"/>
    </w:p>
    <w:p w14:paraId="42260CCF" w14:textId="77777777" w:rsidR="00E54091" w:rsidRPr="00F14AA3" w:rsidRDefault="00E54091" w:rsidP="00E54091">
      <w:pPr>
        <w:rPr>
          <w:rFonts w:ascii="Times New Roman" w:hAnsi="Times New Roman" w:cs="Times New Roman"/>
          <w:color w:val="000000"/>
          <w:sz w:val="22"/>
        </w:rPr>
      </w:pP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Umowa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będzie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przewidywać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następujące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kary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umowne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46"/>
        <w:gridCol w:w="3447"/>
        <w:gridCol w:w="3447"/>
      </w:tblGrid>
      <w:tr w:rsidR="00E54091" w:rsidRPr="00571ED7" w14:paraId="1E3A88A9" w14:textId="77777777" w:rsidTr="00F14AA3">
        <w:trPr>
          <w:tblHeader/>
        </w:trPr>
        <w:tc>
          <w:tcPr>
            <w:tcW w:w="3446" w:type="dxa"/>
            <w:shd w:val="clear" w:color="D9E2F3" w:fill="D9E2F3"/>
            <w:vAlign w:val="center"/>
          </w:tcPr>
          <w:p w14:paraId="762F361D" w14:textId="0BC8995C" w:rsidR="00E54091" w:rsidRPr="00F14AA3" w:rsidRDefault="00E54091">
            <w:pPr>
              <w:rPr>
                <w:rFonts w:ascii="Times New Roman" w:hAnsi="Times New Roman"/>
                <w:b/>
                <w:sz w:val="22"/>
              </w:rPr>
            </w:pPr>
            <w:proofErr w:type="spellStart"/>
            <w:r w:rsidRPr="00F14AA3">
              <w:rPr>
                <w:rFonts w:ascii="Times New Roman" w:hAnsi="Times New Roman"/>
                <w:b/>
                <w:sz w:val="22"/>
              </w:rPr>
              <w:t>Naruszenie</w:t>
            </w:r>
            <w:proofErr w:type="spellEnd"/>
          </w:p>
        </w:tc>
        <w:tc>
          <w:tcPr>
            <w:tcW w:w="3447" w:type="dxa"/>
            <w:shd w:val="clear" w:color="D9E2F3" w:fill="D9E2F3"/>
            <w:vAlign w:val="center"/>
          </w:tcPr>
          <w:p w14:paraId="0C3BDDB7" w14:textId="29B01439" w:rsidR="00E54091" w:rsidRPr="00F14AA3" w:rsidRDefault="00E54091">
            <w:pPr>
              <w:rPr>
                <w:rFonts w:ascii="Times New Roman" w:hAnsi="Times New Roman"/>
                <w:b/>
                <w:sz w:val="22"/>
              </w:rPr>
            </w:pPr>
            <w:proofErr w:type="spellStart"/>
            <w:r w:rsidRPr="00F14AA3">
              <w:rPr>
                <w:rFonts w:ascii="Times New Roman" w:hAnsi="Times New Roman"/>
                <w:b/>
                <w:sz w:val="22"/>
              </w:rPr>
              <w:t>Wysokość</w:t>
            </w:r>
            <w:proofErr w:type="spellEnd"/>
            <w:r w:rsidRPr="00F14AA3">
              <w:rPr>
                <w:rFonts w:ascii="Times New Roman" w:hAnsi="Times New Roman"/>
                <w:b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b/>
                <w:sz w:val="22"/>
              </w:rPr>
              <w:t>kary</w:t>
            </w:r>
            <w:proofErr w:type="spellEnd"/>
          </w:p>
        </w:tc>
        <w:tc>
          <w:tcPr>
            <w:tcW w:w="3447" w:type="dxa"/>
            <w:shd w:val="clear" w:color="D9E2F3" w:fill="D9E2F3"/>
            <w:vAlign w:val="center"/>
          </w:tcPr>
          <w:p w14:paraId="6FB56D99" w14:textId="63049237" w:rsidR="00E54091" w:rsidRPr="00F14AA3" w:rsidRDefault="00E54091">
            <w:pPr>
              <w:rPr>
                <w:rFonts w:ascii="Times New Roman" w:hAnsi="Times New Roman"/>
                <w:b/>
                <w:sz w:val="22"/>
              </w:rPr>
            </w:pPr>
            <w:r w:rsidRPr="00F14AA3">
              <w:rPr>
                <w:rFonts w:ascii="Times New Roman" w:hAnsi="Times New Roman"/>
                <w:b/>
                <w:sz w:val="22"/>
              </w:rPr>
              <w:t xml:space="preserve">Limit / </w:t>
            </w:r>
            <w:proofErr w:type="spellStart"/>
            <w:r w:rsidRPr="00F14AA3">
              <w:rPr>
                <w:rFonts w:ascii="Times New Roman" w:hAnsi="Times New Roman"/>
                <w:b/>
                <w:sz w:val="22"/>
              </w:rPr>
              <w:t>uwagi</w:t>
            </w:r>
            <w:proofErr w:type="spellEnd"/>
          </w:p>
        </w:tc>
      </w:tr>
      <w:tr w:rsidR="00E54091" w:rsidRPr="00571ED7" w14:paraId="15AC4006" w14:textId="77777777" w:rsidTr="00F14AA3">
        <w:tc>
          <w:tcPr>
            <w:tcW w:w="3446" w:type="dxa"/>
            <w:vAlign w:val="center"/>
          </w:tcPr>
          <w:p w14:paraId="46997B75" w14:textId="416A3B12" w:rsidR="00E54091" w:rsidRPr="00F14AA3" w:rsidRDefault="00E54091">
            <w:pPr>
              <w:rPr>
                <w:rFonts w:ascii="Times New Roman" w:hAnsi="Times New Roman"/>
                <w:sz w:val="22"/>
              </w:rPr>
            </w:pPr>
            <w:proofErr w:type="spellStart"/>
            <w:r w:rsidRPr="00F14AA3">
              <w:rPr>
                <w:rFonts w:ascii="Times New Roman" w:hAnsi="Times New Roman"/>
                <w:sz w:val="22"/>
              </w:rPr>
              <w:t>Zwłoka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w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wykonaniu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etapu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z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przyczyn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leżących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po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stronie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Wykonawcy</w:t>
            </w:r>
            <w:proofErr w:type="spellEnd"/>
          </w:p>
        </w:tc>
        <w:tc>
          <w:tcPr>
            <w:tcW w:w="3447" w:type="dxa"/>
            <w:vAlign w:val="center"/>
          </w:tcPr>
          <w:p w14:paraId="09221CF6" w14:textId="2368FB61" w:rsidR="00E54091" w:rsidRPr="00F14AA3" w:rsidRDefault="00E54091">
            <w:pPr>
              <w:rPr>
                <w:rFonts w:ascii="Times New Roman" w:hAnsi="Times New Roman"/>
                <w:sz w:val="22"/>
              </w:rPr>
            </w:pPr>
            <w:r w:rsidRPr="00F14AA3">
              <w:rPr>
                <w:rFonts w:ascii="Times New Roman" w:hAnsi="Times New Roman"/>
                <w:sz w:val="22"/>
              </w:rPr>
              <w:t xml:space="preserve">0,2%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wynagrodzenia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netto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danego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etapu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za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każdy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rozpoczęty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dzień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roboczy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zwłoki</w:t>
            </w:r>
            <w:proofErr w:type="spellEnd"/>
          </w:p>
        </w:tc>
        <w:tc>
          <w:tcPr>
            <w:tcW w:w="3447" w:type="dxa"/>
            <w:vAlign w:val="center"/>
          </w:tcPr>
          <w:p w14:paraId="7CBDBA97" w14:textId="0D8089EA" w:rsidR="00E54091" w:rsidRPr="00F14AA3" w:rsidRDefault="00E54091">
            <w:pPr>
              <w:rPr>
                <w:rFonts w:ascii="Times New Roman" w:hAnsi="Times New Roman"/>
                <w:sz w:val="22"/>
              </w:rPr>
            </w:pPr>
            <w:r w:rsidRPr="00F14AA3">
              <w:rPr>
                <w:rFonts w:ascii="Times New Roman" w:hAnsi="Times New Roman"/>
                <w:sz w:val="22"/>
              </w:rPr>
              <w:t xml:space="preserve">do 15%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wynagrodzenia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netto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danego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etapu</w:t>
            </w:r>
            <w:proofErr w:type="spellEnd"/>
          </w:p>
        </w:tc>
      </w:tr>
      <w:tr w:rsidR="00E54091" w:rsidRPr="00571ED7" w14:paraId="668691C7" w14:textId="77777777" w:rsidTr="00F14AA3">
        <w:tc>
          <w:tcPr>
            <w:tcW w:w="3446" w:type="dxa"/>
            <w:vAlign w:val="center"/>
          </w:tcPr>
          <w:p w14:paraId="0C20E1C0" w14:textId="17378909" w:rsidR="00E54091" w:rsidRPr="00F14AA3" w:rsidRDefault="00E54091">
            <w:pPr>
              <w:rPr>
                <w:rFonts w:ascii="Times New Roman" w:hAnsi="Times New Roman"/>
                <w:sz w:val="22"/>
              </w:rPr>
            </w:pPr>
            <w:proofErr w:type="spellStart"/>
            <w:r w:rsidRPr="00F14AA3">
              <w:rPr>
                <w:rFonts w:ascii="Times New Roman" w:hAnsi="Times New Roman"/>
                <w:sz w:val="22"/>
              </w:rPr>
              <w:t>Przekroczenie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maksymalnego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czasu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reakcji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SLA (48 h)</w:t>
            </w:r>
          </w:p>
        </w:tc>
        <w:tc>
          <w:tcPr>
            <w:tcW w:w="3447" w:type="dxa"/>
            <w:vAlign w:val="center"/>
          </w:tcPr>
          <w:p w14:paraId="648145BC" w14:textId="4890EC7F" w:rsidR="00E54091" w:rsidRPr="00F14AA3" w:rsidRDefault="00E54091">
            <w:pPr>
              <w:rPr>
                <w:rFonts w:ascii="Times New Roman" w:hAnsi="Times New Roman"/>
                <w:sz w:val="22"/>
              </w:rPr>
            </w:pPr>
            <w:r w:rsidRPr="00F14AA3">
              <w:rPr>
                <w:rFonts w:ascii="Times New Roman" w:hAnsi="Times New Roman"/>
                <w:sz w:val="22"/>
              </w:rPr>
              <w:t xml:space="preserve">0,1%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wynagrodzenia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netto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danego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etapu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za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każdy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rozpoczęty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dzień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roboczy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zwłoki</w:t>
            </w:r>
            <w:proofErr w:type="spellEnd"/>
          </w:p>
        </w:tc>
        <w:tc>
          <w:tcPr>
            <w:tcW w:w="3447" w:type="dxa"/>
            <w:vAlign w:val="center"/>
          </w:tcPr>
          <w:p w14:paraId="4E5D25F9" w14:textId="7ACD8FE3" w:rsidR="00E54091" w:rsidRPr="00F14AA3" w:rsidRDefault="00E54091">
            <w:pPr>
              <w:rPr>
                <w:rFonts w:ascii="Times New Roman" w:hAnsi="Times New Roman"/>
                <w:sz w:val="22"/>
              </w:rPr>
            </w:pPr>
            <w:proofErr w:type="spellStart"/>
            <w:r w:rsidRPr="00F14AA3">
              <w:rPr>
                <w:rFonts w:ascii="Times New Roman" w:hAnsi="Times New Roman"/>
                <w:sz w:val="22"/>
              </w:rPr>
              <w:t>powtarzające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się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naruszenia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mogą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stanowić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podstawę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odstąpienia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od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umowy</w:t>
            </w:r>
            <w:proofErr w:type="spellEnd"/>
          </w:p>
        </w:tc>
      </w:tr>
      <w:tr w:rsidR="00E54091" w:rsidRPr="00571ED7" w14:paraId="6269D3E1" w14:textId="77777777" w:rsidTr="00F14AA3">
        <w:tc>
          <w:tcPr>
            <w:tcW w:w="3446" w:type="dxa"/>
            <w:vAlign w:val="center"/>
          </w:tcPr>
          <w:p w14:paraId="539374B4" w14:textId="3B15E9CE" w:rsidR="00E54091" w:rsidRPr="00F14AA3" w:rsidRDefault="00E54091">
            <w:pPr>
              <w:rPr>
                <w:rFonts w:ascii="Times New Roman" w:hAnsi="Times New Roman"/>
                <w:sz w:val="22"/>
              </w:rPr>
            </w:pPr>
            <w:proofErr w:type="spellStart"/>
            <w:r w:rsidRPr="00F14AA3">
              <w:rPr>
                <w:rFonts w:ascii="Times New Roman" w:hAnsi="Times New Roman"/>
                <w:sz w:val="22"/>
              </w:rPr>
              <w:t>Nieprzekazanie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kodu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źródłowego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,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repozytorium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lub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dokumentacji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mimo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wezwania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i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upływu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wyznaczonego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terminu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(min. 5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dni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roboczych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3447" w:type="dxa"/>
            <w:vAlign w:val="center"/>
          </w:tcPr>
          <w:p w14:paraId="5AF10F6E" w14:textId="52B764B8" w:rsidR="00E54091" w:rsidRPr="00F14AA3" w:rsidRDefault="00E54091">
            <w:pPr>
              <w:rPr>
                <w:rFonts w:ascii="Times New Roman" w:hAnsi="Times New Roman"/>
                <w:sz w:val="22"/>
              </w:rPr>
            </w:pPr>
            <w:r w:rsidRPr="00F14AA3">
              <w:rPr>
                <w:rFonts w:ascii="Times New Roman" w:hAnsi="Times New Roman"/>
                <w:sz w:val="22"/>
              </w:rPr>
              <w:t xml:space="preserve">0,2%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wynagrodzenia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netto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danego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etapu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za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każdy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dzień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zwłoki</w:t>
            </w:r>
            <w:proofErr w:type="spellEnd"/>
          </w:p>
        </w:tc>
        <w:tc>
          <w:tcPr>
            <w:tcW w:w="3447" w:type="dxa"/>
            <w:vAlign w:val="center"/>
          </w:tcPr>
          <w:p w14:paraId="6CE9DA55" w14:textId="609FBB5C" w:rsidR="00E54091" w:rsidRPr="00F14AA3" w:rsidRDefault="00E54091">
            <w:pPr>
              <w:rPr>
                <w:rFonts w:ascii="Times New Roman" w:hAnsi="Times New Roman"/>
                <w:sz w:val="22"/>
              </w:rPr>
            </w:pPr>
            <w:r w:rsidRPr="00F14AA3">
              <w:rPr>
                <w:rFonts w:ascii="Times New Roman" w:hAnsi="Times New Roman"/>
                <w:sz w:val="22"/>
              </w:rPr>
              <w:t xml:space="preserve">do 10%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wynagrodzenia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netto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danego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etapu</w:t>
            </w:r>
            <w:proofErr w:type="spellEnd"/>
          </w:p>
        </w:tc>
      </w:tr>
      <w:tr w:rsidR="00E54091" w:rsidRPr="00571ED7" w14:paraId="17108EE6" w14:textId="77777777" w:rsidTr="00F14AA3">
        <w:tc>
          <w:tcPr>
            <w:tcW w:w="3446" w:type="dxa"/>
            <w:vAlign w:val="center"/>
          </w:tcPr>
          <w:p w14:paraId="10F25940" w14:textId="6AE3B46D" w:rsidR="00E54091" w:rsidRPr="00F14AA3" w:rsidRDefault="00E54091">
            <w:pPr>
              <w:rPr>
                <w:rFonts w:ascii="Times New Roman" w:hAnsi="Times New Roman"/>
                <w:sz w:val="22"/>
              </w:rPr>
            </w:pPr>
            <w:proofErr w:type="spellStart"/>
            <w:r w:rsidRPr="00F14AA3">
              <w:rPr>
                <w:rFonts w:ascii="Times New Roman" w:hAnsi="Times New Roman"/>
                <w:sz w:val="22"/>
              </w:rPr>
              <w:lastRenderedPageBreak/>
              <w:t>Naruszenie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obowiązku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poufności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lub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praw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własności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intelektualnej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Zamawiającego</w:t>
            </w:r>
            <w:proofErr w:type="spellEnd"/>
          </w:p>
        </w:tc>
        <w:tc>
          <w:tcPr>
            <w:tcW w:w="3447" w:type="dxa"/>
            <w:vAlign w:val="center"/>
          </w:tcPr>
          <w:p w14:paraId="3C569F0D" w14:textId="3C8DAB0A" w:rsidR="00E54091" w:rsidRPr="00F14AA3" w:rsidRDefault="00E54091">
            <w:pPr>
              <w:rPr>
                <w:rFonts w:ascii="Times New Roman" w:hAnsi="Times New Roman"/>
                <w:sz w:val="22"/>
              </w:rPr>
            </w:pPr>
            <w:r w:rsidRPr="00F14AA3">
              <w:rPr>
                <w:rFonts w:ascii="Times New Roman" w:hAnsi="Times New Roman"/>
                <w:sz w:val="22"/>
              </w:rPr>
              <w:t xml:space="preserve">20 000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zł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za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każde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stwierdzone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naruszenie</w:t>
            </w:r>
            <w:proofErr w:type="spellEnd"/>
          </w:p>
        </w:tc>
        <w:tc>
          <w:tcPr>
            <w:tcW w:w="3447" w:type="dxa"/>
            <w:vAlign w:val="center"/>
          </w:tcPr>
          <w:p w14:paraId="62209568" w14:textId="21E778A0" w:rsidR="00E54091" w:rsidRPr="00F14AA3" w:rsidRDefault="00E54091">
            <w:pPr>
              <w:rPr>
                <w:rFonts w:ascii="Times New Roman" w:hAnsi="Times New Roman"/>
                <w:sz w:val="22"/>
              </w:rPr>
            </w:pPr>
            <w:r w:rsidRPr="00F14AA3">
              <w:rPr>
                <w:rFonts w:ascii="Times New Roman" w:hAnsi="Times New Roman"/>
                <w:sz w:val="22"/>
              </w:rPr>
              <w:t>—</w:t>
            </w:r>
          </w:p>
        </w:tc>
      </w:tr>
      <w:tr w:rsidR="00E54091" w:rsidRPr="00571ED7" w14:paraId="51F70005" w14:textId="77777777" w:rsidTr="00F14AA3">
        <w:tc>
          <w:tcPr>
            <w:tcW w:w="3446" w:type="dxa"/>
            <w:vAlign w:val="center"/>
          </w:tcPr>
          <w:p w14:paraId="7146D868" w14:textId="480B4B5F" w:rsidR="00E54091" w:rsidRPr="00F14AA3" w:rsidRDefault="00E54091">
            <w:pPr>
              <w:rPr>
                <w:rFonts w:ascii="Times New Roman" w:hAnsi="Times New Roman"/>
                <w:sz w:val="22"/>
              </w:rPr>
            </w:pPr>
            <w:proofErr w:type="spellStart"/>
            <w:r w:rsidRPr="00F14AA3">
              <w:rPr>
                <w:rFonts w:ascii="Times New Roman" w:hAnsi="Times New Roman"/>
                <w:sz w:val="22"/>
              </w:rPr>
              <w:t>Odstąpienie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od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umowy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przez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Zamawiającego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z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przyczyn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leżących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po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stronie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Wykonawcy</w:t>
            </w:r>
            <w:proofErr w:type="spellEnd"/>
          </w:p>
        </w:tc>
        <w:tc>
          <w:tcPr>
            <w:tcW w:w="3447" w:type="dxa"/>
            <w:vAlign w:val="center"/>
          </w:tcPr>
          <w:p w14:paraId="45E8F93A" w14:textId="74574CA8" w:rsidR="00E54091" w:rsidRPr="00F14AA3" w:rsidRDefault="00E54091">
            <w:pPr>
              <w:rPr>
                <w:rFonts w:ascii="Times New Roman" w:hAnsi="Times New Roman"/>
                <w:sz w:val="22"/>
              </w:rPr>
            </w:pPr>
            <w:r w:rsidRPr="00F14AA3">
              <w:rPr>
                <w:rFonts w:ascii="Times New Roman" w:hAnsi="Times New Roman"/>
                <w:sz w:val="22"/>
              </w:rPr>
              <w:t xml:space="preserve">20%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łącznego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wynagrodzenia</w:t>
            </w:r>
            <w:proofErr w:type="spellEnd"/>
            <w:r w:rsidRPr="00F14AA3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F14AA3">
              <w:rPr>
                <w:rFonts w:ascii="Times New Roman" w:hAnsi="Times New Roman"/>
                <w:sz w:val="22"/>
              </w:rPr>
              <w:t>netto</w:t>
            </w:r>
            <w:proofErr w:type="spellEnd"/>
          </w:p>
        </w:tc>
        <w:tc>
          <w:tcPr>
            <w:tcW w:w="3447" w:type="dxa"/>
            <w:vAlign w:val="center"/>
          </w:tcPr>
          <w:p w14:paraId="15AE120B" w14:textId="5424BE5E" w:rsidR="00E54091" w:rsidRPr="00F14AA3" w:rsidRDefault="00E54091">
            <w:pPr>
              <w:rPr>
                <w:rFonts w:ascii="Times New Roman" w:hAnsi="Times New Roman"/>
                <w:sz w:val="22"/>
              </w:rPr>
            </w:pPr>
            <w:r w:rsidRPr="00F14AA3">
              <w:rPr>
                <w:rFonts w:ascii="Times New Roman" w:hAnsi="Times New Roman"/>
                <w:sz w:val="22"/>
              </w:rPr>
              <w:t>—</w:t>
            </w:r>
          </w:p>
        </w:tc>
      </w:tr>
    </w:tbl>
    <w:p w14:paraId="480E6C1E" w14:textId="77777777" w:rsidR="00E54091" w:rsidRPr="00F14AA3" w:rsidRDefault="00E54091" w:rsidP="00E54091">
      <w:pPr>
        <w:rPr>
          <w:rFonts w:ascii="Times New Roman" w:hAnsi="Times New Roman" w:cs="Times New Roman"/>
          <w:color w:val="000000"/>
          <w:sz w:val="22"/>
        </w:rPr>
      </w:pPr>
    </w:p>
    <w:p w14:paraId="5035CA8C" w14:textId="77777777" w:rsidR="00E54091" w:rsidRPr="00F14AA3" w:rsidRDefault="00E54091" w:rsidP="00E54091">
      <w:pPr>
        <w:pStyle w:val="Listapunktowana"/>
      </w:pPr>
      <w:proofErr w:type="spellStart"/>
      <w:r w:rsidRPr="00F14AA3">
        <w:t>Łączna</w:t>
      </w:r>
      <w:proofErr w:type="spellEnd"/>
      <w:r w:rsidRPr="00F14AA3">
        <w:t xml:space="preserve"> </w:t>
      </w:r>
      <w:proofErr w:type="spellStart"/>
      <w:r w:rsidRPr="00F14AA3">
        <w:t>wysokość</w:t>
      </w:r>
      <w:proofErr w:type="spellEnd"/>
      <w:r w:rsidRPr="00F14AA3">
        <w:t xml:space="preserve"> </w:t>
      </w:r>
      <w:proofErr w:type="spellStart"/>
      <w:r w:rsidRPr="00F14AA3">
        <w:t>kar</w:t>
      </w:r>
      <w:proofErr w:type="spellEnd"/>
      <w:r w:rsidRPr="00F14AA3">
        <w:t xml:space="preserve"> </w:t>
      </w:r>
      <w:proofErr w:type="spellStart"/>
      <w:r w:rsidRPr="00F14AA3">
        <w:t>umownych</w:t>
      </w:r>
      <w:proofErr w:type="spellEnd"/>
      <w:r w:rsidRPr="00F14AA3">
        <w:t xml:space="preserve"> </w:t>
      </w:r>
      <w:proofErr w:type="spellStart"/>
      <w:r w:rsidRPr="00F14AA3">
        <w:t>nie</w:t>
      </w:r>
      <w:proofErr w:type="spellEnd"/>
      <w:r w:rsidRPr="00F14AA3">
        <w:t xml:space="preserve"> </w:t>
      </w:r>
      <w:proofErr w:type="spellStart"/>
      <w:r w:rsidRPr="00F14AA3">
        <w:t>może</w:t>
      </w:r>
      <w:proofErr w:type="spellEnd"/>
      <w:r w:rsidRPr="00F14AA3">
        <w:t xml:space="preserve"> </w:t>
      </w:r>
      <w:proofErr w:type="spellStart"/>
      <w:r w:rsidRPr="00F14AA3">
        <w:t>przekroczyć</w:t>
      </w:r>
      <w:proofErr w:type="spellEnd"/>
      <w:r w:rsidRPr="00F14AA3">
        <w:t xml:space="preserve"> 30% </w:t>
      </w:r>
      <w:proofErr w:type="spellStart"/>
      <w:r w:rsidRPr="00F14AA3">
        <w:t>łącznego</w:t>
      </w:r>
      <w:proofErr w:type="spellEnd"/>
      <w:r w:rsidRPr="00F14AA3">
        <w:t xml:space="preserve"> </w:t>
      </w:r>
      <w:proofErr w:type="spellStart"/>
      <w:r w:rsidRPr="00F14AA3">
        <w:t>wynagrodzenia</w:t>
      </w:r>
      <w:proofErr w:type="spellEnd"/>
      <w:r w:rsidRPr="00F14AA3">
        <w:t xml:space="preserve"> </w:t>
      </w:r>
      <w:proofErr w:type="spellStart"/>
      <w:r w:rsidRPr="00F14AA3">
        <w:t>netto</w:t>
      </w:r>
      <w:proofErr w:type="spellEnd"/>
      <w:r w:rsidRPr="00F14AA3">
        <w:t xml:space="preserve"> </w:t>
      </w:r>
      <w:proofErr w:type="spellStart"/>
      <w:r w:rsidRPr="00F14AA3">
        <w:t>Wykonawcy</w:t>
      </w:r>
      <w:proofErr w:type="spellEnd"/>
      <w:r w:rsidRPr="00F14AA3">
        <w:t xml:space="preserve"> </w:t>
      </w:r>
      <w:proofErr w:type="spellStart"/>
      <w:r w:rsidRPr="00F14AA3">
        <w:t>określonego</w:t>
      </w:r>
      <w:proofErr w:type="spellEnd"/>
      <w:r w:rsidRPr="00F14AA3">
        <w:t xml:space="preserve"> w </w:t>
      </w:r>
      <w:proofErr w:type="spellStart"/>
      <w:r w:rsidRPr="00F14AA3">
        <w:t>umowie</w:t>
      </w:r>
      <w:proofErr w:type="spellEnd"/>
      <w:r w:rsidRPr="00F14AA3">
        <w:t>.</w:t>
      </w:r>
    </w:p>
    <w:p w14:paraId="54AC9E38" w14:textId="77777777" w:rsidR="00E54091" w:rsidRPr="00F14AA3" w:rsidRDefault="00E54091" w:rsidP="00E54091">
      <w:pPr>
        <w:pStyle w:val="Listapunktowana"/>
      </w:pPr>
      <w:proofErr w:type="spellStart"/>
      <w:r w:rsidRPr="00F14AA3">
        <w:t>Zamawiający</w:t>
      </w:r>
      <w:proofErr w:type="spellEnd"/>
      <w:r w:rsidRPr="00F14AA3">
        <w:t xml:space="preserve"> </w:t>
      </w:r>
      <w:proofErr w:type="spellStart"/>
      <w:r w:rsidRPr="00F14AA3">
        <w:t>może</w:t>
      </w:r>
      <w:proofErr w:type="spellEnd"/>
      <w:r w:rsidRPr="00F14AA3">
        <w:t xml:space="preserve"> </w:t>
      </w:r>
      <w:proofErr w:type="spellStart"/>
      <w:r w:rsidRPr="00F14AA3">
        <w:t>dochodzić</w:t>
      </w:r>
      <w:proofErr w:type="spellEnd"/>
      <w:r w:rsidRPr="00F14AA3">
        <w:t xml:space="preserve"> </w:t>
      </w:r>
      <w:proofErr w:type="spellStart"/>
      <w:r w:rsidRPr="00F14AA3">
        <w:t>odszkodowania</w:t>
      </w:r>
      <w:proofErr w:type="spellEnd"/>
      <w:r w:rsidRPr="00F14AA3">
        <w:t xml:space="preserve"> </w:t>
      </w:r>
      <w:proofErr w:type="spellStart"/>
      <w:r w:rsidRPr="00F14AA3">
        <w:t>przewyższającego</w:t>
      </w:r>
      <w:proofErr w:type="spellEnd"/>
      <w:r w:rsidRPr="00F14AA3">
        <w:t xml:space="preserve"> </w:t>
      </w:r>
      <w:proofErr w:type="spellStart"/>
      <w:r w:rsidRPr="00F14AA3">
        <w:t>wysokość</w:t>
      </w:r>
      <w:proofErr w:type="spellEnd"/>
      <w:r w:rsidRPr="00F14AA3">
        <w:t xml:space="preserve"> </w:t>
      </w:r>
      <w:proofErr w:type="spellStart"/>
      <w:r w:rsidRPr="00F14AA3">
        <w:t>kar</w:t>
      </w:r>
      <w:proofErr w:type="spellEnd"/>
      <w:r w:rsidRPr="00F14AA3">
        <w:t xml:space="preserve"> </w:t>
      </w:r>
      <w:proofErr w:type="spellStart"/>
      <w:r w:rsidRPr="00F14AA3">
        <w:t>umownych</w:t>
      </w:r>
      <w:proofErr w:type="spellEnd"/>
      <w:r w:rsidRPr="00F14AA3">
        <w:t xml:space="preserve"> </w:t>
      </w:r>
      <w:proofErr w:type="spellStart"/>
      <w:r w:rsidRPr="00F14AA3">
        <w:t>na</w:t>
      </w:r>
      <w:proofErr w:type="spellEnd"/>
      <w:r w:rsidRPr="00F14AA3">
        <w:t xml:space="preserve"> </w:t>
      </w:r>
      <w:proofErr w:type="spellStart"/>
      <w:r w:rsidRPr="00F14AA3">
        <w:t>zasadach</w:t>
      </w:r>
      <w:proofErr w:type="spellEnd"/>
      <w:r w:rsidRPr="00F14AA3">
        <w:t xml:space="preserve"> </w:t>
      </w:r>
      <w:proofErr w:type="spellStart"/>
      <w:r w:rsidRPr="00F14AA3">
        <w:t>ogólnych</w:t>
      </w:r>
      <w:proofErr w:type="spellEnd"/>
      <w:r w:rsidRPr="00F14AA3">
        <w:t xml:space="preserve"> </w:t>
      </w:r>
      <w:proofErr w:type="spellStart"/>
      <w:r w:rsidRPr="00F14AA3">
        <w:t>Kodeksu</w:t>
      </w:r>
      <w:proofErr w:type="spellEnd"/>
      <w:r w:rsidRPr="00F14AA3">
        <w:t xml:space="preserve"> </w:t>
      </w:r>
      <w:proofErr w:type="spellStart"/>
      <w:r w:rsidRPr="00F14AA3">
        <w:t>cywilnego</w:t>
      </w:r>
      <w:proofErr w:type="spellEnd"/>
      <w:r w:rsidRPr="00F14AA3">
        <w:t>.</w:t>
      </w:r>
    </w:p>
    <w:p w14:paraId="162E04CE" w14:textId="77777777" w:rsidR="00E54091" w:rsidRPr="00F14AA3" w:rsidRDefault="00E54091" w:rsidP="00E54091">
      <w:pPr>
        <w:pStyle w:val="Listapunktowana"/>
      </w:pPr>
      <w:r w:rsidRPr="00F14AA3">
        <w:t xml:space="preserve">Kary </w:t>
      </w:r>
      <w:proofErr w:type="spellStart"/>
      <w:r w:rsidRPr="00F14AA3">
        <w:t>umowne</w:t>
      </w:r>
      <w:proofErr w:type="spellEnd"/>
      <w:r w:rsidRPr="00F14AA3">
        <w:t xml:space="preserve"> </w:t>
      </w:r>
      <w:proofErr w:type="spellStart"/>
      <w:r w:rsidRPr="00F14AA3">
        <w:t>mogą</w:t>
      </w:r>
      <w:proofErr w:type="spellEnd"/>
      <w:r w:rsidRPr="00F14AA3">
        <w:t xml:space="preserve"> </w:t>
      </w:r>
      <w:proofErr w:type="spellStart"/>
      <w:r w:rsidRPr="00F14AA3">
        <w:t>być</w:t>
      </w:r>
      <w:proofErr w:type="spellEnd"/>
      <w:r w:rsidRPr="00F14AA3">
        <w:t xml:space="preserve"> </w:t>
      </w:r>
      <w:proofErr w:type="spellStart"/>
      <w:r w:rsidRPr="00F14AA3">
        <w:t>potrącane</w:t>
      </w:r>
      <w:proofErr w:type="spellEnd"/>
      <w:r w:rsidRPr="00F14AA3">
        <w:t xml:space="preserve"> z </w:t>
      </w:r>
      <w:proofErr w:type="spellStart"/>
      <w:r w:rsidRPr="00F14AA3">
        <w:t>wynagrodzenia</w:t>
      </w:r>
      <w:proofErr w:type="spellEnd"/>
      <w:r w:rsidRPr="00F14AA3">
        <w:t xml:space="preserve"> </w:t>
      </w:r>
      <w:proofErr w:type="spellStart"/>
      <w:r w:rsidRPr="00F14AA3">
        <w:t>Wykonawcy</w:t>
      </w:r>
      <w:proofErr w:type="spellEnd"/>
      <w:r w:rsidRPr="00F14AA3">
        <w:t xml:space="preserve">, </w:t>
      </w:r>
      <w:proofErr w:type="spellStart"/>
      <w:r w:rsidRPr="00F14AA3">
        <w:t>na</w:t>
      </w:r>
      <w:proofErr w:type="spellEnd"/>
      <w:r w:rsidRPr="00F14AA3">
        <w:t xml:space="preserve"> co </w:t>
      </w:r>
      <w:proofErr w:type="spellStart"/>
      <w:r w:rsidRPr="00F14AA3">
        <w:t>Wykonawca</w:t>
      </w:r>
      <w:proofErr w:type="spellEnd"/>
      <w:r w:rsidRPr="00F14AA3">
        <w:t xml:space="preserve"> </w:t>
      </w:r>
      <w:proofErr w:type="spellStart"/>
      <w:r w:rsidRPr="00F14AA3">
        <w:t>wyraża</w:t>
      </w:r>
      <w:proofErr w:type="spellEnd"/>
      <w:r w:rsidRPr="00F14AA3">
        <w:t xml:space="preserve"> </w:t>
      </w:r>
      <w:proofErr w:type="spellStart"/>
      <w:r w:rsidRPr="00F14AA3">
        <w:t>zgodę</w:t>
      </w:r>
      <w:proofErr w:type="spellEnd"/>
      <w:r w:rsidRPr="00F14AA3">
        <w:t>.</w:t>
      </w:r>
    </w:p>
    <w:p w14:paraId="0042908A" w14:textId="60DD6FA2" w:rsidR="00E54091" w:rsidRPr="00F14AA3" w:rsidRDefault="00C370A4" w:rsidP="00E54091">
      <w:pPr>
        <w:pStyle w:val="Nagwek2"/>
      </w:pPr>
      <w:r w:rsidRPr="00C370A4">
        <w:t xml:space="preserve">20. </w:t>
      </w:r>
      <w:proofErr w:type="spellStart"/>
      <w:r w:rsidRPr="00C370A4">
        <w:t>Warunki</w:t>
      </w:r>
      <w:proofErr w:type="spellEnd"/>
      <w:r w:rsidRPr="00C370A4">
        <w:t xml:space="preserve"> </w:t>
      </w:r>
      <w:proofErr w:type="spellStart"/>
      <w:r w:rsidRPr="00C370A4">
        <w:t>istotnych</w:t>
      </w:r>
      <w:proofErr w:type="spellEnd"/>
      <w:r w:rsidRPr="00C370A4">
        <w:t xml:space="preserve"> </w:t>
      </w:r>
      <w:proofErr w:type="spellStart"/>
      <w:r w:rsidRPr="00C370A4">
        <w:t>zmian</w:t>
      </w:r>
      <w:proofErr w:type="spellEnd"/>
      <w:r w:rsidRPr="00C370A4">
        <w:t xml:space="preserve"> </w:t>
      </w:r>
      <w:proofErr w:type="spellStart"/>
      <w:r w:rsidRPr="00C370A4">
        <w:t>umowy</w:t>
      </w:r>
      <w:proofErr w:type="spellEnd"/>
    </w:p>
    <w:p w14:paraId="427E931C" w14:textId="77777777" w:rsidR="00E54091" w:rsidRPr="00F14AA3" w:rsidRDefault="00E54091" w:rsidP="00E54091">
      <w:pPr>
        <w:rPr>
          <w:rFonts w:ascii="Times New Roman" w:hAnsi="Times New Roman" w:cs="Times New Roman"/>
          <w:color w:val="000000"/>
          <w:sz w:val="22"/>
        </w:rPr>
      </w:pP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Zamawiający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przewiduje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możliwość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dokonania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istotnych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zmian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umowy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w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następującym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zakresie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na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następujących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warunkach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>:</w:t>
      </w:r>
    </w:p>
    <w:p w14:paraId="5105DE18" w14:textId="77777777" w:rsidR="00E54091" w:rsidRPr="00F14AA3" w:rsidRDefault="00E54091" w:rsidP="00E54091">
      <w:pPr>
        <w:pStyle w:val="Listapunktowana"/>
      </w:pPr>
      <w:proofErr w:type="spellStart"/>
      <w:r w:rsidRPr="00F14AA3">
        <w:t>zmiana</w:t>
      </w:r>
      <w:proofErr w:type="spellEnd"/>
      <w:r w:rsidRPr="00F14AA3">
        <w:t xml:space="preserve"> </w:t>
      </w:r>
      <w:proofErr w:type="spellStart"/>
      <w:r w:rsidRPr="00F14AA3">
        <w:t>terminów</w:t>
      </w:r>
      <w:proofErr w:type="spellEnd"/>
      <w:r w:rsidRPr="00F14AA3">
        <w:t xml:space="preserve"> </w:t>
      </w:r>
      <w:proofErr w:type="spellStart"/>
      <w:r w:rsidRPr="00F14AA3">
        <w:t>realizacji</w:t>
      </w:r>
      <w:proofErr w:type="spellEnd"/>
      <w:r w:rsidRPr="00F14AA3">
        <w:t xml:space="preserve"> </w:t>
      </w:r>
      <w:proofErr w:type="spellStart"/>
      <w:r w:rsidRPr="00F14AA3">
        <w:t>etapów</w:t>
      </w:r>
      <w:proofErr w:type="spellEnd"/>
      <w:r w:rsidRPr="00F14AA3">
        <w:t xml:space="preserve">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całego</w:t>
      </w:r>
      <w:proofErr w:type="spellEnd"/>
      <w:r w:rsidRPr="00F14AA3">
        <w:t xml:space="preserve"> </w:t>
      </w:r>
      <w:proofErr w:type="spellStart"/>
      <w:r w:rsidRPr="00F14AA3">
        <w:t>zamówienia</w:t>
      </w:r>
      <w:proofErr w:type="spellEnd"/>
      <w:r w:rsidRPr="00F14AA3">
        <w:t xml:space="preserve"> – w </w:t>
      </w:r>
      <w:proofErr w:type="spellStart"/>
      <w:r w:rsidRPr="00F14AA3">
        <w:t>przypadku</w:t>
      </w:r>
      <w:proofErr w:type="spellEnd"/>
      <w:r w:rsidRPr="00F14AA3">
        <w:t xml:space="preserve"> </w:t>
      </w:r>
      <w:proofErr w:type="spellStart"/>
      <w:r w:rsidRPr="00F14AA3">
        <w:t>zmiany</w:t>
      </w:r>
      <w:proofErr w:type="spellEnd"/>
      <w:r w:rsidRPr="00F14AA3">
        <w:t xml:space="preserve"> </w:t>
      </w:r>
      <w:proofErr w:type="spellStart"/>
      <w:r w:rsidRPr="00F14AA3">
        <w:t>harmonogramu</w:t>
      </w:r>
      <w:proofErr w:type="spellEnd"/>
      <w:r w:rsidRPr="00F14AA3">
        <w:t xml:space="preserve"> </w:t>
      </w:r>
      <w:proofErr w:type="spellStart"/>
      <w:r w:rsidRPr="00F14AA3">
        <w:t>projektu</w:t>
      </w:r>
      <w:proofErr w:type="spellEnd"/>
      <w:r w:rsidRPr="00F14AA3">
        <w:t xml:space="preserve">, </w:t>
      </w:r>
      <w:proofErr w:type="spellStart"/>
      <w:r w:rsidRPr="00F14AA3">
        <w:t>decyzji</w:t>
      </w:r>
      <w:proofErr w:type="spellEnd"/>
      <w:r w:rsidRPr="00F14AA3">
        <w:t xml:space="preserve">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zaleceń</w:t>
      </w:r>
      <w:proofErr w:type="spellEnd"/>
      <w:r w:rsidRPr="00F14AA3">
        <w:t xml:space="preserve"> </w:t>
      </w:r>
      <w:proofErr w:type="spellStart"/>
      <w:r w:rsidRPr="00F14AA3">
        <w:t>instytucji</w:t>
      </w:r>
      <w:proofErr w:type="spellEnd"/>
      <w:r w:rsidRPr="00F14AA3">
        <w:t xml:space="preserve"> </w:t>
      </w:r>
      <w:proofErr w:type="spellStart"/>
      <w:r w:rsidRPr="00F14AA3">
        <w:t>finansującej</w:t>
      </w:r>
      <w:proofErr w:type="spellEnd"/>
      <w:r w:rsidRPr="00F14AA3">
        <w:t xml:space="preserve">, </w:t>
      </w:r>
      <w:proofErr w:type="spellStart"/>
      <w:r w:rsidRPr="00F14AA3">
        <w:t>opóźnienia</w:t>
      </w:r>
      <w:proofErr w:type="spellEnd"/>
      <w:r w:rsidRPr="00F14AA3">
        <w:t xml:space="preserve"> </w:t>
      </w:r>
      <w:proofErr w:type="spellStart"/>
      <w:r w:rsidRPr="00F14AA3">
        <w:t>zawarcia</w:t>
      </w:r>
      <w:proofErr w:type="spellEnd"/>
      <w:r w:rsidRPr="00F14AA3">
        <w:t xml:space="preserve"> </w:t>
      </w:r>
      <w:proofErr w:type="spellStart"/>
      <w:r w:rsidRPr="00F14AA3">
        <w:t>umowy</w:t>
      </w:r>
      <w:proofErr w:type="spellEnd"/>
      <w:r w:rsidRPr="00F14AA3">
        <w:t xml:space="preserve"> o </w:t>
      </w:r>
      <w:proofErr w:type="spellStart"/>
      <w:r w:rsidRPr="00F14AA3">
        <w:t>dofinansowanie</w:t>
      </w:r>
      <w:proofErr w:type="spellEnd"/>
      <w:r w:rsidRPr="00F14AA3">
        <w:t xml:space="preserve">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przekazania</w:t>
      </w:r>
      <w:proofErr w:type="spellEnd"/>
      <w:r w:rsidRPr="00F14AA3">
        <w:t xml:space="preserve"> </w:t>
      </w:r>
      <w:proofErr w:type="spellStart"/>
      <w:r w:rsidRPr="00F14AA3">
        <w:t>środków</w:t>
      </w:r>
      <w:proofErr w:type="spellEnd"/>
      <w:r w:rsidRPr="00F14AA3">
        <w:t xml:space="preserve">, </w:t>
      </w:r>
      <w:proofErr w:type="spellStart"/>
      <w:r w:rsidRPr="00F14AA3">
        <w:t>zależności</w:t>
      </w:r>
      <w:proofErr w:type="spellEnd"/>
      <w:r w:rsidRPr="00F14AA3">
        <w:t xml:space="preserve"> </w:t>
      </w:r>
      <w:proofErr w:type="spellStart"/>
      <w:r w:rsidRPr="00F14AA3">
        <w:t>pomiędzy</w:t>
      </w:r>
      <w:proofErr w:type="spellEnd"/>
      <w:r w:rsidRPr="00F14AA3">
        <w:t xml:space="preserve"> </w:t>
      </w:r>
      <w:proofErr w:type="spellStart"/>
      <w:r w:rsidRPr="00F14AA3">
        <w:t>zadaniami</w:t>
      </w:r>
      <w:proofErr w:type="spellEnd"/>
      <w:r w:rsidRPr="00F14AA3">
        <w:t xml:space="preserve"> </w:t>
      </w:r>
      <w:proofErr w:type="spellStart"/>
      <w:r w:rsidRPr="00F14AA3">
        <w:t>badawczymi</w:t>
      </w:r>
      <w:proofErr w:type="spellEnd"/>
      <w:r w:rsidRPr="00F14AA3">
        <w:t xml:space="preserve">, </w:t>
      </w:r>
      <w:proofErr w:type="spellStart"/>
      <w:r w:rsidRPr="00F14AA3">
        <w:t>okoliczności</w:t>
      </w:r>
      <w:proofErr w:type="spellEnd"/>
      <w:r w:rsidRPr="00F14AA3">
        <w:t xml:space="preserve"> </w:t>
      </w:r>
      <w:proofErr w:type="spellStart"/>
      <w:r w:rsidRPr="00F14AA3">
        <w:t>niezależnych</w:t>
      </w:r>
      <w:proofErr w:type="spellEnd"/>
      <w:r w:rsidRPr="00F14AA3">
        <w:t xml:space="preserve"> </w:t>
      </w:r>
      <w:proofErr w:type="spellStart"/>
      <w:r w:rsidRPr="00F14AA3">
        <w:t>od</w:t>
      </w:r>
      <w:proofErr w:type="spellEnd"/>
      <w:r w:rsidRPr="00F14AA3">
        <w:t xml:space="preserve"> </w:t>
      </w:r>
      <w:proofErr w:type="spellStart"/>
      <w:r w:rsidRPr="00F14AA3">
        <w:t>stron</w:t>
      </w:r>
      <w:proofErr w:type="spellEnd"/>
      <w:r w:rsidRPr="00F14AA3">
        <w:t xml:space="preserve"> </w:t>
      </w:r>
      <w:proofErr w:type="spellStart"/>
      <w:r w:rsidRPr="00F14AA3">
        <w:t>przy</w:t>
      </w:r>
      <w:proofErr w:type="spellEnd"/>
      <w:r w:rsidRPr="00F14AA3">
        <w:t xml:space="preserve"> </w:t>
      </w:r>
      <w:proofErr w:type="spellStart"/>
      <w:r w:rsidRPr="00F14AA3">
        <w:t>zachowaniu</w:t>
      </w:r>
      <w:proofErr w:type="spellEnd"/>
      <w:r w:rsidRPr="00F14AA3">
        <w:t xml:space="preserve"> </w:t>
      </w:r>
      <w:proofErr w:type="spellStart"/>
      <w:r w:rsidRPr="00F14AA3">
        <w:t>należytej</w:t>
      </w:r>
      <w:proofErr w:type="spellEnd"/>
      <w:r w:rsidRPr="00F14AA3">
        <w:t xml:space="preserve"> </w:t>
      </w:r>
      <w:proofErr w:type="spellStart"/>
      <w:r w:rsidRPr="00F14AA3">
        <w:t>staranności</w:t>
      </w:r>
      <w:proofErr w:type="spellEnd"/>
      <w:r w:rsidRPr="00F14AA3">
        <w:t xml:space="preserve">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siły</w:t>
      </w:r>
      <w:proofErr w:type="spellEnd"/>
      <w:r w:rsidRPr="00F14AA3">
        <w:t xml:space="preserve"> </w:t>
      </w:r>
      <w:proofErr w:type="spellStart"/>
      <w:r w:rsidRPr="00F14AA3">
        <w:t>wyższej</w:t>
      </w:r>
      <w:proofErr w:type="spellEnd"/>
      <w:r w:rsidRPr="00F14AA3">
        <w:t xml:space="preserve"> – o </w:t>
      </w:r>
      <w:proofErr w:type="spellStart"/>
      <w:r w:rsidRPr="00F14AA3">
        <w:t>czas</w:t>
      </w:r>
      <w:proofErr w:type="spellEnd"/>
      <w:r w:rsidRPr="00F14AA3">
        <w:t xml:space="preserve"> </w:t>
      </w:r>
      <w:proofErr w:type="spellStart"/>
      <w:r w:rsidRPr="00F14AA3">
        <w:t>niezbędny</w:t>
      </w:r>
      <w:proofErr w:type="spellEnd"/>
      <w:r w:rsidRPr="00F14AA3">
        <w:t xml:space="preserve"> do </w:t>
      </w:r>
      <w:proofErr w:type="spellStart"/>
      <w:r w:rsidRPr="00F14AA3">
        <w:t>usunięcia</w:t>
      </w:r>
      <w:proofErr w:type="spellEnd"/>
      <w:r w:rsidRPr="00F14AA3">
        <w:t xml:space="preserve"> </w:t>
      </w:r>
      <w:proofErr w:type="spellStart"/>
      <w:r w:rsidRPr="00F14AA3">
        <w:t>skutków</w:t>
      </w:r>
      <w:proofErr w:type="spellEnd"/>
      <w:r w:rsidRPr="00F14AA3">
        <w:t xml:space="preserve"> </w:t>
      </w:r>
      <w:proofErr w:type="spellStart"/>
      <w:r w:rsidRPr="00F14AA3">
        <w:t>tych</w:t>
      </w:r>
      <w:proofErr w:type="spellEnd"/>
      <w:r w:rsidRPr="00F14AA3">
        <w:t xml:space="preserve"> </w:t>
      </w:r>
      <w:proofErr w:type="spellStart"/>
      <w:r w:rsidRPr="00F14AA3">
        <w:t>okoliczności</w:t>
      </w:r>
      <w:proofErr w:type="spellEnd"/>
      <w:r w:rsidRPr="00F14AA3">
        <w:t>;</w:t>
      </w:r>
    </w:p>
    <w:p w14:paraId="62278AC3" w14:textId="77777777" w:rsidR="00E54091" w:rsidRPr="00F14AA3" w:rsidRDefault="00E54091" w:rsidP="00E54091">
      <w:pPr>
        <w:pStyle w:val="Listapunktowana"/>
      </w:pPr>
      <w:proofErr w:type="spellStart"/>
      <w:r w:rsidRPr="00F14AA3">
        <w:t>zmiana</w:t>
      </w:r>
      <w:proofErr w:type="spellEnd"/>
      <w:r w:rsidRPr="00F14AA3">
        <w:t xml:space="preserve"> </w:t>
      </w:r>
      <w:proofErr w:type="spellStart"/>
      <w:r w:rsidRPr="00F14AA3">
        <w:t>kolejności</w:t>
      </w:r>
      <w:proofErr w:type="spellEnd"/>
      <w:r w:rsidRPr="00F14AA3">
        <w:t xml:space="preserve">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szczegółowego</w:t>
      </w:r>
      <w:proofErr w:type="spellEnd"/>
      <w:r w:rsidRPr="00F14AA3">
        <w:t xml:space="preserve"> </w:t>
      </w:r>
      <w:proofErr w:type="spellStart"/>
      <w:r w:rsidRPr="00F14AA3">
        <w:t>zakresu</w:t>
      </w:r>
      <w:proofErr w:type="spellEnd"/>
      <w:r w:rsidRPr="00F14AA3">
        <w:t xml:space="preserve"> </w:t>
      </w:r>
      <w:proofErr w:type="spellStart"/>
      <w:r w:rsidRPr="00F14AA3">
        <w:t>prac</w:t>
      </w:r>
      <w:proofErr w:type="spellEnd"/>
      <w:r w:rsidRPr="00F14AA3">
        <w:t xml:space="preserve"> w </w:t>
      </w:r>
      <w:proofErr w:type="spellStart"/>
      <w:r w:rsidRPr="00F14AA3">
        <w:t>ramach</w:t>
      </w:r>
      <w:proofErr w:type="spellEnd"/>
      <w:r w:rsidRPr="00F14AA3">
        <w:t xml:space="preserve"> </w:t>
      </w:r>
      <w:proofErr w:type="spellStart"/>
      <w:r w:rsidRPr="00F14AA3">
        <w:t>Etapów</w:t>
      </w:r>
      <w:proofErr w:type="spellEnd"/>
      <w:r w:rsidRPr="00F14AA3">
        <w:t xml:space="preserve"> I–IV – </w:t>
      </w:r>
      <w:proofErr w:type="spellStart"/>
      <w:r w:rsidRPr="00F14AA3">
        <w:t>jeżeli</w:t>
      </w:r>
      <w:proofErr w:type="spellEnd"/>
      <w:r w:rsidRPr="00F14AA3">
        <w:t xml:space="preserve"> </w:t>
      </w:r>
      <w:proofErr w:type="spellStart"/>
      <w:r w:rsidRPr="00F14AA3">
        <w:t>wynika</w:t>
      </w:r>
      <w:proofErr w:type="spellEnd"/>
      <w:r w:rsidRPr="00F14AA3">
        <w:t xml:space="preserve"> z </w:t>
      </w:r>
      <w:proofErr w:type="spellStart"/>
      <w:r w:rsidRPr="00F14AA3">
        <w:t>rezultatów</w:t>
      </w:r>
      <w:proofErr w:type="spellEnd"/>
      <w:r w:rsidRPr="00F14AA3">
        <w:t xml:space="preserve"> </w:t>
      </w:r>
      <w:proofErr w:type="spellStart"/>
      <w:r w:rsidRPr="00F14AA3">
        <w:t>prac</w:t>
      </w:r>
      <w:proofErr w:type="spellEnd"/>
      <w:r w:rsidRPr="00F14AA3">
        <w:t xml:space="preserve"> </w:t>
      </w:r>
      <w:proofErr w:type="spellStart"/>
      <w:r w:rsidRPr="00F14AA3">
        <w:t>badawczo-rozwojowych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nie</w:t>
      </w:r>
      <w:proofErr w:type="spellEnd"/>
      <w:r w:rsidRPr="00F14AA3">
        <w:t xml:space="preserve"> </w:t>
      </w:r>
      <w:proofErr w:type="spellStart"/>
      <w:r w:rsidRPr="00F14AA3">
        <w:t>prowadzi</w:t>
      </w:r>
      <w:proofErr w:type="spellEnd"/>
      <w:r w:rsidRPr="00F14AA3">
        <w:t xml:space="preserve"> do </w:t>
      </w:r>
      <w:proofErr w:type="spellStart"/>
      <w:r w:rsidRPr="00F14AA3">
        <w:t>zmiany</w:t>
      </w:r>
      <w:proofErr w:type="spellEnd"/>
      <w:r w:rsidRPr="00F14AA3">
        <w:t xml:space="preserve"> </w:t>
      </w:r>
      <w:proofErr w:type="spellStart"/>
      <w:r w:rsidRPr="00F14AA3">
        <w:t>ogólnego</w:t>
      </w:r>
      <w:proofErr w:type="spellEnd"/>
      <w:r w:rsidRPr="00F14AA3">
        <w:t xml:space="preserve"> </w:t>
      </w:r>
      <w:proofErr w:type="spellStart"/>
      <w:r w:rsidRPr="00F14AA3">
        <w:t>charakteru</w:t>
      </w:r>
      <w:proofErr w:type="spellEnd"/>
      <w:r w:rsidRPr="00F14AA3">
        <w:t xml:space="preserve"> </w:t>
      </w:r>
      <w:proofErr w:type="spellStart"/>
      <w:r w:rsidRPr="00F14AA3">
        <w:t>zamówienia</w:t>
      </w:r>
      <w:proofErr w:type="spellEnd"/>
      <w:r w:rsidRPr="00F14AA3">
        <w:t xml:space="preserve"> ani do </w:t>
      </w:r>
      <w:proofErr w:type="spellStart"/>
      <w:r w:rsidRPr="00F14AA3">
        <w:t>zwiększenia</w:t>
      </w:r>
      <w:proofErr w:type="spellEnd"/>
      <w:r w:rsidRPr="00F14AA3">
        <w:t xml:space="preserve"> </w:t>
      </w:r>
      <w:proofErr w:type="spellStart"/>
      <w:r w:rsidRPr="00F14AA3">
        <w:t>wynagrodzenia</w:t>
      </w:r>
      <w:proofErr w:type="spellEnd"/>
      <w:r w:rsidRPr="00F14AA3">
        <w:t>;</w:t>
      </w:r>
    </w:p>
    <w:p w14:paraId="6EBC67A1" w14:textId="77777777" w:rsidR="00E54091" w:rsidRPr="00F14AA3" w:rsidRDefault="00E54091" w:rsidP="00E54091">
      <w:pPr>
        <w:pStyle w:val="Listapunktowana"/>
      </w:pPr>
      <w:proofErr w:type="spellStart"/>
      <w:r w:rsidRPr="00F14AA3">
        <w:t>ograniczenie</w:t>
      </w:r>
      <w:proofErr w:type="spellEnd"/>
      <w:r w:rsidRPr="00F14AA3">
        <w:t xml:space="preserve"> </w:t>
      </w:r>
      <w:proofErr w:type="spellStart"/>
      <w:r w:rsidRPr="00F14AA3">
        <w:t>zakresu</w:t>
      </w:r>
      <w:proofErr w:type="spellEnd"/>
      <w:r w:rsidRPr="00F14AA3">
        <w:t xml:space="preserve"> </w:t>
      </w:r>
      <w:proofErr w:type="spellStart"/>
      <w:r w:rsidRPr="00F14AA3">
        <w:t>zamówienia</w:t>
      </w:r>
      <w:proofErr w:type="spellEnd"/>
      <w:r w:rsidRPr="00F14AA3">
        <w:t xml:space="preserve"> </w:t>
      </w:r>
      <w:proofErr w:type="spellStart"/>
      <w:r w:rsidRPr="00F14AA3">
        <w:t>wraz</w:t>
      </w:r>
      <w:proofErr w:type="spellEnd"/>
      <w:r w:rsidRPr="00F14AA3">
        <w:t xml:space="preserve"> z </w:t>
      </w:r>
      <w:proofErr w:type="spellStart"/>
      <w:r w:rsidRPr="00F14AA3">
        <w:t>proporcjonalnym</w:t>
      </w:r>
      <w:proofErr w:type="spellEnd"/>
      <w:r w:rsidRPr="00F14AA3">
        <w:t xml:space="preserve"> </w:t>
      </w:r>
      <w:proofErr w:type="spellStart"/>
      <w:r w:rsidRPr="00F14AA3">
        <w:t>obniżeniem</w:t>
      </w:r>
      <w:proofErr w:type="spellEnd"/>
      <w:r w:rsidRPr="00F14AA3">
        <w:t xml:space="preserve"> </w:t>
      </w:r>
      <w:proofErr w:type="spellStart"/>
      <w:r w:rsidRPr="00F14AA3">
        <w:t>wynagrodzenia</w:t>
      </w:r>
      <w:proofErr w:type="spellEnd"/>
      <w:r w:rsidRPr="00F14AA3">
        <w:t xml:space="preserve"> – </w:t>
      </w:r>
      <w:proofErr w:type="spellStart"/>
      <w:r w:rsidRPr="00F14AA3">
        <w:t>jeżeli</w:t>
      </w:r>
      <w:proofErr w:type="spellEnd"/>
      <w:r w:rsidRPr="00F14AA3">
        <w:t xml:space="preserve"> </w:t>
      </w:r>
      <w:proofErr w:type="spellStart"/>
      <w:r w:rsidRPr="00F14AA3">
        <w:t>wynik</w:t>
      </w:r>
      <w:proofErr w:type="spellEnd"/>
      <w:r w:rsidRPr="00F14AA3">
        <w:t xml:space="preserve"> </w:t>
      </w:r>
      <w:proofErr w:type="spellStart"/>
      <w:r w:rsidRPr="00F14AA3">
        <w:t>wcześniejszego</w:t>
      </w:r>
      <w:proofErr w:type="spellEnd"/>
      <w:r w:rsidRPr="00F14AA3">
        <w:t xml:space="preserve"> </w:t>
      </w:r>
      <w:proofErr w:type="spellStart"/>
      <w:r w:rsidRPr="00F14AA3">
        <w:t>zadania</w:t>
      </w:r>
      <w:proofErr w:type="spellEnd"/>
      <w:r w:rsidRPr="00F14AA3">
        <w:t xml:space="preserve"> </w:t>
      </w:r>
      <w:proofErr w:type="spellStart"/>
      <w:r w:rsidRPr="00F14AA3">
        <w:t>badawczego</w:t>
      </w:r>
      <w:proofErr w:type="spellEnd"/>
      <w:r w:rsidRPr="00F14AA3">
        <w:t xml:space="preserve">, </w:t>
      </w:r>
      <w:proofErr w:type="spellStart"/>
      <w:r w:rsidRPr="00F14AA3">
        <w:t>zmiana</w:t>
      </w:r>
      <w:proofErr w:type="spellEnd"/>
      <w:r w:rsidRPr="00F14AA3">
        <w:t xml:space="preserve"> </w:t>
      </w:r>
      <w:proofErr w:type="spellStart"/>
      <w:r w:rsidRPr="00F14AA3">
        <w:t>projektu</w:t>
      </w:r>
      <w:proofErr w:type="spellEnd"/>
      <w:r w:rsidRPr="00F14AA3">
        <w:t xml:space="preserve">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decyzja</w:t>
      </w:r>
      <w:proofErr w:type="spellEnd"/>
      <w:r w:rsidRPr="00F14AA3">
        <w:t xml:space="preserve"> </w:t>
      </w:r>
      <w:proofErr w:type="spellStart"/>
      <w:r w:rsidRPr="00F14AA3">
        <w:t>instytucji</w:t>
      </w:r>
      <w:proofErr w:type="spellEnd"/>
      <w:r w:rsidRPr="00F14AA3">
        <w:t xml:space="preserve"> </w:t>
      </w:r>
      <w:proofErr w:type="spellStart"/>
      <w:r w:rsidRPr="00F14AA3">
        <w:t>finansującej</w:t>
      </w:r>
      <w:proofErr w:type="spellEnd"/>
      <w:r w:rsidRPr="00F14AA3">
        <w:t xml:space="preserve"> </w:t>
      </w:r>
      <w:proofErr w:type="spellStart"/>
      <w:r w:rsidRPr="00F14AA3">
        <w:t>czyni</w:t>
      </w:r>
      <w:proofErr w:type="spellEnd"/>
      <w:r w:rsidRPr="00F14AA3">
        <w:t xml:space="preserve"> </w:t>
      </w:r>
      <w:proofErr w:type="spellStart"/>
      <w:r w:rsidRPr="00F14AA3">
        <w:t>część</w:t>
      </w:r>
      <w:proofErr w:type="spellEnd"/>
      <w:r w:rsidRPr="00F14AA3">
        <w:t xml:space="preserve"> </w:t>
      </w:r>
      <w:proofErr w:type="spellStart"/>
      <w:r w:rsidRPr="00F14AA3">
        <w:t>prac</w:t>
      </w:r>
      <w:proofErr w:type="spellEnd"/>
      <w:r w:rsidRPr="00F14AA3">
        <w:t xml:space="preserve"> </w:t>
      </w:r>
      <w:proofErr w:type="spellStart"/>
      <w:r w:rsidRPr="00F14AA3">
        <w:t>bezprzedmiotową</w:t>
      </w:r>
      <w:proofErr w:type="spellEnd"/>
      <w:r w:rsidRPr="00F14AA3">
        <w:t xml:space="preserve">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niecelową</w:t>
      </w:r>
      <w:proofErr w:type="spellEnd"/>
      <w:r w:rsidRPr="00F14AA3">
        <w:t xml:space="preserve">, o </w:t>
      </w:r>
      <w:proofErr w:type="spellStart"/>
      <w:r w:rsidRPr="00F14AA3">
        <w:t>wartość</w:t>
      </w:r>
      <w:proofErr w:type="spellEnd"/>
      <w:r w:rsidRPr="00F14AA3">
        <w:t xml:space="preserve"> </w:t>
      </w:r>
      <w:proofErr w:type="spellStart"/>
      <w:r w:rsidRPr="00F14AA3">
        <w:t>niewykonanych</w:t>
      </w:r>
      <w:proofErr w:type="spellEnd"/>
      <w:r w:rsidRPr="00F14AA3">
        <w:t xml:space="preserve"> </w:t>
      </w:r>
      <w:proofErr w:type="spellStart"/>
      <w:r w:rsidRPr="00F14AA3">
        <w:t>prac</w:t>
      </w:r>
      <w:proofErr w:type="spellEnd"/>
      <w:r w:rsidRPr="00F14AA3">
        <w:t>;</w:t>
      </w:r>
    </w:p>
    <w:p w14:paraId="0014D360" w14:textId="77777777" w:rsidR="00E54091" w:rsidRPr="00F14AA3" w:rsidRDefault="00E54091" w:rsidP="00E54091">
      <w:pPr>
        <w:pStyle w:val="Listapunktowana"/>
      </w:pPr>
      <w:proofErr w:type="spellStart"/>
      <w:r w:rsidRPr="00F14AA3">
        <w:t>zmiana</w:t>
      </w:r>
      <w:proofErr w:type="spellEnd"/>
      <w:r w:rsidRPr="00F14AA3">
        <w:t xml:space="preserve"> </w:t>
      </w:r>
      <w:proofErr w:type="spellStart"/>
      <w:r w:rsidRPr="00F14AA3">
        <w:t>osoby</w:t>
      </w:r>
      <w:proofErr w:type="spellEnd"/>
      <w:r w:rsidRPr="00F14AA3">
        <w:t xml:space="preserve"> </w:t>
      </w:r>
      <w:proofErr w:type="spellStart"/>
      <w:r w:rsidRPr="00F14AA3">
        <w:t>skierowanej</w:t>
      </w:r>
      <w:proofErr w:type="spellEnd"/>
      <w:r w:rsidRPr="00F14AA3">
        <w:t xml:space="preserve"> do </w:t>
      </w:r>
      <w:proofErr w:type="spellStart"/>
      <w:r w:rsidRPr="00F14AA3">
        <w:t>realizacji</w:t>
      </w:r>
      <w:proofErr w:type="spellEnd"/>
      <w:r w:rsidRPr="00F14AA3">
        <w:t xml:space="preserve"> </w:t>
      </w:r>
      <w:proofErr w:type="spellStart"/>
      <w:r w:rsidRPr="00F14AA3">
        <w:t>zamówienia</w:t>
      </w:r>
      <w:proofErr w:type="spellEnd"/>
      <w:r w:rsidRPr="00F14AA3">
        <w:t xml:space="preserve"> – </w:t>
      </w:r>
      <w:proofErr w:type="spellStart"/>
      <w:r w:rsidRPr="00F14AA3">
        <w:t>wyłącznie</w:t>
      </w:r>
      <w:proofErr w:type="spellEnd"/>
      <w:r w:rsidRPr="00F14AA3">
        <w:t xml:space="preserve"> za </w:t>
      </w:r>
      <w:proofErr w:type="spellStart"/>
      <w:r w:rsidRPr="00F14AA3">
        <w:t>zgodą</w:t>
      </w:r>
      <w:proofErr w:type="spellEnd"/>
      <w:r w:rsidRPr="00F14AA3">
        <w:t xml:space="preserve"> </w:t>
      </w:r>
      <w:proofErr w:type="spellStart"/>
      <w:r w:rsidRPr="00F14AA3">
        <w:t>Zamawiającego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pod </w:t>
      </w:r>
      <w:proofErr w:type="spellStart"/>
      <w:r w:rsidRPr="00F14AA3">
        <w:t>warunkiem</w:t>
      </w:r>
      <w:proofErr w:type="spellEnd"/>
      <w:r w:rsidRPr="00F14AA3">
        <w:t xml:space="preserve"> </w:t>
      </w:r>
      <w:proofErr w:type="spellStart"/>
      <w:r w:rsidRPr="00F14AA3">
        <w:t>zastąpienia</w:t>
      </w:r>
      <w:proofErr w:type="spellEnd"/>
      <w:r w:rsidRPr="00F14AA3">
        <w:t xml:space="preserve"> </w:t>
      </w:r>
      <w:proofErr w:type="spellStart"/>
      <w:r w:rsidRPr="00F14AA3">
        <w:t>jej</w:t>
      </w:r>
      <w:proofErr w:type="spellEnd"/>
      <w:r w:rsidRPr="00F14AA3">
        <w:t xml:space="preserve"> </w:t>
      </w:r>
      <w:proofErr w:type="spellStart"/>
      <w:r w:rsidRPr="00F14AA3">
        <w:t>osobą</w:t>
      </w:r>
      <w:proofErr w:type="spellEnd"/>
      <w:r w:rsidRPr="00F14AA3">
        <w:t xml:space="preserve"> </w:t>
      </w:r>
      <w:proofErr w:type="spellStart"/>
      <w:r w:rsidRPr="00F14AA3">
        <w:t>spełniającą</w:t>
      </w:r>
      <w:proofErr w:type="spellEnd"/>
      <w:r w:rsidRPr="00F14AA3">
        <w:t xml:space="preserve"> co </w:t>
      </w:r>
      <w:proofErr w:type="spellStart"/>
      <w:r w:rsidRPr="00F14AA3">
        <w:t>najmniej</w:t>
      </w:r>
      <w:proofErr w:type="spellEnd"/>
      <w:r w:rsidRPr="00F14AA3">
        <w:t xml:space="preserve"> </w:t>
      </w:r>
      <w:proofErr w:type="spellStart"/>
      <w:r w:rsidRPr="00F14AA3">
        <w:t>wymagania</w:t>
      </w:r>
      <w:proofErr w:type="spellEnd"/>
      <w:r w:rsidRPr="00F14AA3">
        <w:t xml:space="preserve"> </w:t>
      </w:r>
      <w:proofErr w:type="spellStart"/>
      <w:r w:rsidRPr="00F14AA3">
        <w:t>określone</w:t>
      </w:r>
      <w:proofErr w:type="spellEnd"/>
      <w:r w:rsidRPr="00F14AA3">
        <w:t xml:space="preserve"> w pkt 11.2;</w:t>
      </w:r>
    </w:p>
    <w:p w14:paraId="0DCBDD6D" w14:textId="77777777" w:rsidR="00E54091" w:rsidRPr="00F14AA3" w:rsidRDefault="00E54091" w:rsidP="00E54091">
      <w:pPr>
        <w:pStyle w:val="Listapunktowana"/>
      </w:pPr>
      <w:proofErr w:type="spellStart"/>
      <w:r w:rsidRPr="00F14AA3">
        <w:t>zmiana</w:t>
      </w:r>
      <w:proofErr w:type="spellEnd"/>
      <w:r w:rsidRPr="00F14AA3">
        <w:t xml:space="preserve"> </w:t>
      </w:r>
      <w:proofErr w:type="spellStart"/>
      <w:r w:rsidRPr="00F14AA3">
        <w:t>komponentu</w:t>
      </w:r>
      <w:proofErr w:type="spellEnd"/>
      <w:r w:rsidRPr="00F14AA3">
        <w:t xml:space="preserve">, </w:t>
      </w:r>
      <w:proofErr w:type="spellStart"/>
      <w:r w:rsidRPr="00F14AA3">
        <w:t>narzędzia</w:t>
      </w:r>
      <w:proofErr w:type="spellEnd"/>
      <w:r w:rsidRPr="00F14AA3">
        <w:t xml:space="preserve">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rozwiązania</w:t>
      </w:r>
      <w:proofErr w:type="spellEnd"/>
      <w:r w:rsidRPr="00F14AA3">
        <w:t xml:space="preserve"> </w:t>
      </w:r>
      <w:proofErr w:type="spellStart"/>
      <w:r w:rsidRPr="00F14AA3">
        <w:t>technicznego</w:t>
      </w:r>
      <w:proofErr w:type="spellEnd"/>
      <w:r w:rsidRPr="00F14AA3">
        <w:t xml:space="preserve"> </w:t>
      </w:r>
      <w:proofErr w:type="spellStart"/>
      <w:r w:rsidRPr="00F14AA3">
        <w:t>na</w:t>
      </w:r>
      <w:proofErr w:type="spellEnd"/>
      <w:r w:rsidRPr="00F14AA3">
        <w:t xml:space="preserve"> </w:t>
      </w:r>
      <w:proofErr w:type="spellStart"/>
      <w:r w:rsidRPr="00F14AA3">
        <w:t>równoważne</w:t>
      </w:r>
      <w:proofErr w:type="spellEnd"/>
      <w:r w:rsidRPr="00F14AA3">
        <w:t xml:space="preserve">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lepsze</w:t>
      </w:r>
      <w:proofErr w:type="spellEnd"/>
      <w:r w:rsidRPr="00F14AA3">
        <w:t xml:space="preserve"> – </w:t>
      </w:r>
      <w:proofErr w:type="spellStart"/>
      <w:r w:rsidRPr="00F14AA3">
        <w:t>jeżeli</w:t>
      </w:r>
      <w:proofErr w:type="spellEnd"/>
      <w:r w:rsidRPr="00F14AA3">
        <w:t xml:space="preserve"> </w:t>
      </w:r>
      <w:proofErr w:type="spellStart"/>
      <w:r w:rsidRPr="00F14AA3">
        <w:t>wymaga</w:t>
      </w:r>
      <w:proofErr w:type="spellEnd"/>
      <w:r w:rsidRPr="00F14AA3">
        <w:t xml:space="preserve"> </w:t>
      </w:r>
      <w:proofErr w:type="spellStart"/>
      <w:r w:rsidRPr="00F14AA3">
        <w:t>tego</w:t>
      </w:r>
      <w:proofErr w:type="spellEnd"/>
      <w:r w:rsidRPr="00F14AA3">
        <w:t xml:space="preserve"> </w:t>
      </w:r>
      <w:proofErr w:type="spellStart"/>
      <w:r w:rsidRPr="00F14AA3">
        <w:t>dostępność</w:t>
      </w:r>
      <w:proofErr w:type="spellEnd"/>
      <w:r w:rsidRPr="00F14AA3">
        <w:t xml:space="preserve"> </w:t>
      </w:r>
      <w:proofErr w:type="spellStart"/>
      <w:r w:rsidRPr="00F14AA3">
        <w:t>rynkowa</w:t>
      </w:r>
      <w:proofErr w:type="spellEnd"/>
      <w:r w:rsidRPr="00F14AA3">
        <w:t xml:space="preserve">, </w:t>
      </w:r>
      <w:proofErr w:type="spellStart"/>
      <w:r w:rsidRPr="00F14AA3">
        <w:t>wynik</w:t>
      </w:r>
      <w:proofErr w:type="spellEnd"/>
      <w:r w:rsidRPr="00F14AA3">
        <w:t xml:space="preserve"> </w:t>
      </w:r>
      <w:proofErr w:type="spellStart"/>
      <w:r w:rsidRPr="00F14AA3">
        <w:t>badań</w:t>
      </w:r>
      <w:proofErr w:type="spellEnd"/>
      <w:r w:rsidRPr="00F14AA3">
        <w:t xml:space="preserve">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zmiana</w:t>
      </w:r>
      <w:proofErr w:type="spellEnd"/>
      <w:r w:rsidRPr="00F14AA3">
        <w:t xml:space="preserve"> norm, bez </w:t>
      </w:r>
      <w:proofErr w:type="spellStart"/>
      <w:r w:rsidRPr="00F14AA3">
        <w:t>zwiększenia</w:t>
      </w:r>
      <w:proofErr w:type="spellEnd"/>
      <w:r w:rsidRPr="00F14AA3">
        <w:t xml:space="preserve"> </w:t>
      </w:r>
      <w:proofErr w:type="spellStart"/>
      <w:r w:rsidRPr="00F14AA3">
        <w:t>wynagrodzenia</w:t>
      </w:r>
      <w:proofErr w:type="spellEnd"/>
      <w:r w:rsidRPr="00F14AA3">
        <w:t>;</w:t>
      </w:r>
    </w:p>
    <w:p w14:paraId="3692D2B8" w14:textId="77777777" w:rsidR="00E54091" w:rsidRPr="00F14AA3" w:rsidRDefault="00E54091" w:rsidP="00E54091">
      <w:pPr>
        <w:pStyle w:val="Listapunktowana"/>
      </w:pPr>
      <w:proofErr w:type="spellStart"/>
      <w:r w:rsidRPr="00F14AA3">
        <w:t>zmiana</w:t>
      </w:r>
      <w:proofErr w:type="spellEnd"/>
      <w:r w:rsidRPr="00F14AA3">
        <w:t xml:space="preserve"> </w:t>
      </w:r>
      <w:proofErr w:type="spellStart"/>
      <w:r w:rsidRPr="00F14AA3">
        <w:t>wynagrodzenia</w:t>
      </w:r>
      <w:proofErr w:type="spellEnd"/>
      <w:r w:rsidRPr="00F14AA3">
        <w:t xml:space="preserve"> </w:t>
      </w:r>
      <w:proofErr w:type="spellStart"/>
      <w:r w:rsidRPr="00F14AA3">
        <w:t>brutto</w:t>
      </w:r>
      <w:proofErr w:type="spellEnd"/>
      <w:r w:rsidRPr="00F14AA3">
        <w:t xml:space="preserve"> – w </w:t>
      </w:r>
      <w:proofErr w:type="spellStart"/>
      <w:r w:rsidRPr="00F14AA3">
        <w:t>przypadku</w:t>
      </w:r>
      <w:proofErr w:type="spellEnd"/>
      <w:r w:rsidRPr="00F14AA3">
        <w:t xml:space="preserve"> </w:t>
      </w:r>
      <w:proofErr w:type="spellStart"/>
      <w:r w:rsidRPr="00F14AA3">
        <w:t>zmiany</w:t>
      </w:r>
      <w:proofErr w:type="spellEnd"/>
      <w:r w:rsidRPr="00F14AA3">
        <w:t xml:space="preserve"> </w:t>
      </w:r>
      <w:proofErr w:type="spellStart"/>
      <w:r w:rsidRPr="00F14AA3">
        <w:t>stawki</w:t>
      </w:r>
      <w:proofErr w:type="spellEnd"/>
      <w:r w:rsidRPr="00F14AA3">
        <w:t xml:space="preserve"> </w:t>
      </w:r>
      <w:proofErr w:type="spellStart"/>
      <w:r w:rsidRPr="00F14AA3">
        <w:t>podatku</w:t>
      </w:r>
      <w:proofErr w:type="spellEnd"/>
      <w:r w:rsidRPr="00F14AA3">
        <w:t xml:space="preserve"> VAT, o </w:t>
      </w:r>
      <w:proofErr w:type="spellStart"/>
      <w:r w:rsidRPr="00F14AA3">
        <w:t>kwotę</w:t>
      </w:r>
      <w:proofErr w:type="spellEnd"/>
      <w:r w:rsidRPr="00F14AA3">
        <w:t xml:space="preserve"> </w:t>
      </w:r>
      <w:proofErr w:type="spellStart"/>
      <w:r w:rsidRPr="00F14AA3">
        <w:t>wynikającą</w:t>
      </w:r>
      <w:proofErr w:type="spellEnd"/>
      <w:r w:rsidRPr="00F14AA3">
        <w:t xml:space="preserve"> z </w:t>
      </w:r>
      <w:proofErr w:type="spellStart"/>
      <w:r w:rsidRPr="00F14AA3">
        <w:t>tej</w:t>
      </w:r>
      <w:proofErr w:type="spellEnd"/>
      <w:r w:rsidRPr="00F14AA3">
        <w:t xml:space="preserve"> </w:t>
      </w:r>
      <w:proofErr w:type="spellStart"/>
      <w:r w:rsidRPr="00F14AA3">
        <w:t>zmiany</w:t>
      </w:r>
      <w:proofErr w:type="spellEnd"/>
      <w:r w:rsidRPr="00F14AA3">
        <w:t xml:space="preserve">, </w:t>
      </w:r>
      <w:proofErr w:type="spellStart"/>
      <w:r w:rsidRPr="00F14AA3">
        <w:t>przy</w:t>
      </w:r>
      <w:proofErr w:type="spellEnd"/>
      <w:r w:rsidRPr="00F14AA3">
        <w:t xml:space="preserve"> </w:t>
      </w:r>
      <w:proofErr w:type="spellStart"/>
      <w:r w:rsidRPr="00F14AA3">
        <w:t>niezmienionej</w:t>
      </w:r>
      <w:proofErr w:type="spellEnd"/>
      <w:r w:rsidRPr="00F14AA3">
        <w:t xml:space="preserve"> </w:t>
      </w:r>
      <w:proofErr w:type="spellStart"/>
      <w:r w:rsidRPr="00F14AA3">
        <w:t>cenie</w:t>
      </w:r>
      <w:proofErr w:type="spellEnd"/>
      <w:r w:rsidRPr="00F14AA3">
        <w:t xml:space="preserve"> </w:t>
      </w:r>
      <w:proofErr w:type="spellStart"/>
      <w:r w:rsidRPr="00F14AA3">
        <w:t>netto</w:t>
      </w:r>
      <w:proofErr w:type="spellEnd"/>
      <w:r w:rsidRPr="00F14AA3">
        <w:t>;</w:t>
      </w:r>
    </w:p>
    <w:p w14:paraId="28024FD8" w14:textId="77777777" w:rsidR="00E54091" w:rsidRPr="00F14AA3" w:rsidRDefault="00E54091" w:rsidP="00E54091">
      <w:pPr>
        <w:pStyle w:val="Listapunktowana"/>
      </w:pPr>
      <w:proofErr w:type="spellStart"/>
      <w:r w:rsidRPr="00F14AA3">
        <w:t>zmiany</w:t>
      </w:r>
      <w:proofErr w:type="spellEnd"/>
      <w:r w:rsidRPr="00F14AA3">
        <w:t xml:space="preserve"> </w:t>
      </w:r>
      <w:proofErr w:type="spellStart"/>
      <w:r w:rsidRPr="00F14AA3">
        <w:t>wynikające</w:t>
      </w:r>
      <w:proofErr w:type="spellEnd"/>
      <w:r w:rsidRPr="00F14AA3">
        <w:t xml:space="preserve"> ze </w:t>
      </w:r>
      <w:proofErr w:type="spellStart"/>
      <w:r w:rsidRPr="00F14AA3">
        <w:t>zmiany</w:t>
      </w:r>
      <w:proofErr w:type="spellEnd"/>
      <w:r w:rsidRPr="00F14AA3">
        <w:t xml:space="preserve"> </w:t>
      </w:r>
      <w:proofErr w:type="spellStart"/>
      <w:r w:rsidRPr="00F14AA3">
        <w:t>powszechnie</w:t>
      </w:r>
      <w:proofErr w:type="spellEnd"/>
      <w:r w:rsidRPr="00F14AA3">
        <w:t xml:space="preserve"> </w:t>
      </w:r>
      <w:proofErr w:type="spellStart"/>
      <w:r w:rsidRPr="00F14AA3">
        <w:t>obowiązujących</w:t>
      </w:r>
      <w:proofErr w:type="spellEnd"/>
      <w:r w:rsidRPr="00F14AA3">
        <w:t xml:space="preserve"> </w:t>
      </w:r>
      <w:proofErr w:type="spellStart"/>
      <w:r w:rsidRPr="00F14AA3">
        <w:t>przepisów</w:t>
      </w:r>
      <w:proofErr w:type="spellEnd"/>
      <w:r w:rsidRPr="00F14AA3">
        <w:t xml:space="preserve"> </w:t>
      </w:r>
      <w:proofErr w:type="spellStart"/>
      <w:r w:rsidRPr="00F14AA3">
        <w:t>prawa</w:t>
      </w:r>
      <w:proofErr w:type="spellEnd"/>
      <w:r w:rsidRPr="00F14AA3">
        <w:t xml:space="preserve">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wytycznych</w:t>
      </w:r>
      <w:proofErr w:type="spellEnd"/>
      <w:r w:rsidRPr="00F14AA3">
        <w:t xml:space="preserve"> </w:t>
      </w:r>
      <w:proofErr w:type="spellStart"/>
      <w:r w:rsidRPr="00F14AA3">
        <w:t>i</w:t>
      </w:r>
      <w:proofErr w:type="spellEnd"/>
      <w:r w:rsidRPr="00F14AA3">
        <w:t xml:space="preserve"> </w:t>
      </w:r>
      <w:proofErr w:type="spellStart"/>
      <w:r w:rsidRPr="00F14AA3">
        <w:t>zaleceń</w:t>
      </w:r>
      <w:proofErr w:type="spellEnd"/>
      <w:r w:rsidRPr="00F14AA3">
        <w:t xml:space="preserve"> </w:t>
      </w:r>
      <w:proofErr w:type="spellStart"/>
      <w:r w:rsidRPr="00F14AA3">
        <w:t>instytucji</w:t>
      </w:r>
      <w:proofErr w:type="spellEnd"/>
      <w:r w:rsidRPr="00F14AA3">
        <w:t xml:space="preserve"> </w:t>
      </w:r>
      <w:proofErr w:type="spellStart"/>
      <w:r w:rsidRPr="00F14AA3">
        <w:t>zarządzającej</w:t>
      </w:r>
      <w:proofErr w:type="spellEnd"/>
      <w:r w:rsidRPr="00F14AA3">
        <w:t xml:space="preserve"> / </w:t>
      </w:r>
      <w:proofErr w:type="spellStart"/>
      <w:r w:rsidRPr="00F14AA3">
        <w:t>pośredniczącej</w:t>
      </w:r>
      <w:proofErr w:type="spellEnd"/>
      <w:r w:rsidRPr="00F14AA3">
        <w:t xml:space="preserve"> </w:t>
      </w:r>
      <w:proofErr w:type="spellStart"/>
      <w:r w:rsidRPr="00F14AA3">
        <w:t>programem</w:t>
      </w:r>
      <w:proofErr w:type="spellEnd"/>
      <w:r w:rsidRPr="00F14AA3">
        <w:t xml:space="preserve"> FENG, w </w:t>
      </w:r>
      <w:proofErr w:type="spellStart"/>
      <w:r w:rsidRPr="00F14AA3">
        <w:t>zakresie</w:t>
      </w:r>
      <w:proofErr w:type="spellEnd"/>
      <w:r w:rsidRPr="00F14AA3">
        <w:t xml:space="preserve"> </w:t>
      </w:r>
      <w:proofErr w:type="spellStart"/>
      <w:r w:rsidRPr="00F14AA3">
        <w:t>mającym</w:t>
      </w:r>
      <w:proofErr w:type="spellEnd"/>
      <w:r w:rsidRPr="00F14AA3">
        <w:t xml:space="preserve"> </w:t>
      </w:r>
      <w:proofErr w:type="spellStart"/>
      <w:r w:rsidRPr="00F14AA3">
        <w:t>wpływ</w:t>
      </w:r>
      <w:proofErr w:type="spellEnd"/>
      <w:r w:rsidRPr="00F14AA3">
        <w:t xml:space="preserve"> </w:t>
      </w:r>
      <w:proofErr w:type="spellStart"/>
      <w:r w:rsidRPr="00F14AA3">
        <w:t>na</w:t>
      </w:r>
      <w:proofErr w:type="spellEnd"/>
      <w:r w:rsidRPr="00F14AA3">
        <w:t xml:space="preserve"> </w:t>
      </w:r>
      <w:proofErr w:type="spellStart"/>
      <w:r w:rsidRPr="00F14AA3">
        <w:t>realizację</w:t>
      </w:r>
      <w:proofErr w:type="spellEnd"/>
      <w:r w:rsidRPr="00F14AA3">
        <w:t xml:space="preserve"> </w:t>
      </w:r>
      <w:proofErr w:type="spellStart"/>
      <w:r w:rsidRPr="00F14AA3">
        <w:t>umowy</w:t>
      </w:r>
      <w:proofErr w:type="spellEnd"/>
      <w:r w:rsidRPr="00F14AA3">
        <w:t>;</w:t>
      </w:r>
    </w:p>
    <w:p w14:paraId="73AB5EBA" w14:textId="77777777" w:rsidR="00E54091" w:rsidRPr="00F14AA3" w:rsidRDefault="00E54091" w:rsidP="00E54091">
      <w:pPr>
        <w:pStyle w:val="Listapunktowana"/>
      </w:pPr>
      <w:proofErr w:type="spellStart"/>
      <w:r w:rsidRPr="00F14AA3">
        <w:t>zmiany</w:t>
      </w:r>
      <w:proofErr w:type="spellEnd"/>
      <w:r w:rsidRPr="00F14AA3">
        <w:t xml:space="preserve"> </w:t>
      </w:r>
      <w:proofErr w:type="spellStart"/>
      <w:r w:rsidRPr="00F14AA3">
        <w:t>nieistotne</w:t>
      </w:r>
      <w:proofErr w:type="spellEnd"/>
      <w:r w:rsidRPr="00F14AA3">
        <w:t xml:space="preserve">, w </w:t>
      </w:r>
      <w:proofErr w:type="spellStart"/>
      <w:r w:rsidRPr="00F14AA3">
        <w:t>tym</w:t>
      </w:r>
      <w:proofErr w:type="spellEnd"/>
      <w:r w:rsidRPr="00F14AA3">
        <w:t xml:space="preserve"> </w:t>
      </w:r>
      <w:proofErr w:type="spellStart"/>
      <w:r w:rsidRPr="00F14AA3">
        <w:t>administracyjno-organizacyjne</w:t>
      </w:r>
      <w:proofErr w:type="spellEnd"/>
      <w:r w:rsidRPr="00F14AA3">
        <w:t xml:space="preserve"> (np. </w:t>
      </w:r>
      <w:proofErr w:type="spellStart"/>
      <w:r w:rsidRPr="00F14AA3">
        <w:t>zmiana</w:t>
      </w:r>
      <w:proofErr w:type="spellEnd"/>
      <w:r w:rsidRPr="00F14AA3">
        <w:t xml:space="preserve"> </w:t>
      </w:r>
      <w:proofErr w:type="spellStart"/>
      <w:r w:rsidRPr="00F14AA3">
        <w:t>danych</w:t>
      </w:r>
      <w:proofErr w:type="spellEnd"/>
      <w:r w:rsidRPr="00F14AA3">
        <w:t xml:space="preserve"> </w:t>
      </w:r>
      <w:proofErr w:type="spellStart"/>
      <w:r w:rsidRPr="00F14AA3">
        <w:t>stron</w:t>
      </w:r>
      <w:proofErr w:type="spellEnd"/>
      <w:r w:rsidRPr="00F14AA3">
        <w:t xml:space="preserve">, </w:t>
      </w:r>
      <w:proofErr w:type="spellStart"/>
      <w:r w:rsidRPr="00F14AA3">
        <w:t>rachunku</w:t>
      </w:r>
      <w:proofErr w:type="spellEnd"/>
      <w:r w:rsidRPr="00F14AA3">
        <w:t xml:space="preserve"> </w:t>
      </w:r>
      <w:proofErr w:type="spellStart"/>
      <w:r w:rsidRPr="00F14AA3">
        <w:t>bankowego</w:t>
      </w:r>
      <w:proofErr w:type="spellEnd"/>
      <w:r w:rsidRPr="00F14AA3">
        <w:t xml:space="preserve">) </w:t>
      </w:r>
      <w:proofErr w:type="spellStart"/>
      <w:r w:rsidRPr="00F14AA3">
        <w:t>oraz</w:t>
      </w:r>
      <w:proofErr w:type="spellEnd"/>
      <w:r w:rsidRPr="00F14AA3">
        <w:t xml:space="preserve"> </w:t>
      </w:r>
      <w:proofErr w:type="spellStart"/>
      <w:r w:rsidRPr="00F14AA3">
        <w:t>usunięcie</w:t>
      </w:r>
      <w:proofErr w:type="spellEnd"/>
      <w:r w:rsidRPr="00F14AA3">
        <w:t xml:space="preserve"> </w:t>
      </w:r>
      <w:proofErr w:type="spellStart"/>
      <w:r w:rsidRPr="00F14AA3">
        <w:t>oczywistych</w:t>
      </w:r>
      <w:proofErr w:type="spellEnd"/>
      <w:r w:rsidRPr="00F14AA3">
        <w:t xml:space="preserve"> </w:t>
      </w:r>
      <w:proofErr w:type="spellStart"/>
      <w:r w:rsidRPr="00F14AA3">
        <w:t>omyłek</w:t>
      </w:r>
      <w:proofErr w:type="spellEnd"/>
      <w:r w:rsidRPr="00F14AA3">
        <w:t xml:space="preserve">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niejasności</w:t>
      </w:r>
      <w:proofErr w:type="spellEnd"/>
      <w:r w:rsidRPr="00F14AA3">
        <w:t xml:space="preserve"> </w:t>
      </w:r>
      <w:proofErr w:type="spellStart"/>
      <w:r w:rsidRPr="00F14AA3">
        <w:t>umowy</w:t>
      </w:r>
      <w:proofErr w:type="spellEnd"/>
      <w:r w:rsidRPr="00F14AA3">
        <w:t>.</w:t>
      </w:r>
    </w:p>
    <w:p w14:paraId="6C5BAAF0" w14:textId="77777777" w:rsidR="00E54091" w:rsidRPr="00F14AA3" w:rsidRDefault="00E54091" w:rsidP="00E54091">
      <w:pPr>
        <w:rPr>
          <w:rFonts w:ascii="Times New Roman" w:hAnsi="Times New Roman" w:cs="Times New Roman"/>
          <w:color w:val="000000"/>
          <w:sz w:val="22"/>
        </w:rPr>
      </w:pP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Zmiana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umowy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może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być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inicjowana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przez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każdą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ze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stron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,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wymaga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pisemnego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uzasadnienia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zawarcia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aneksu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w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formie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pisemnej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lub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elektronicznej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pod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rygorem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nieważności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>.</w:t>
      </w:r>
    </w:p>
    <w:p w14:paraId="500CA0D4" w14:textId="5456DBF4" w:rsidR="00E54091" w:rsidRPr="00F14AA3" w:rsidRDefault="00C370A4" w:rsidP="00E54091">
      <w:pPr>
        <w:pStyle w:val="Nagwek2"/>
      </w:pPr>
      <w:r w:rsidRPr="00C370A4">
        <w:t xml:space="preserve">21. </w:t>
      </w:r>
      <w:proofErr w:type="spellStart"/>
      <w:r w:rsidRPr="00C370A4">
        <w:t>Zmiana</w:t>
      </w:r>
      <w:proofErr w:type="spellEnd"/>
      <w:r w:rsidRPr="00C370A4">
        <w:t xml:space="preserve"> </w:t>
      </w:r>
      <w:proofErr w:type="spellStart"/>
      <w:r w:rsidRPr="00C370A4">
        <w:t>treści</w:t>
      </w:r>
      <w:proofErr w:type="spellEnd"/>
      <w:r w:rsidRPr="00C370A4">
        <w:t xml:space="preserve"> </w:t>
      </w:r>
      <w:proofErr w:type="spellStart"/>
      <w:r w:rsidRPr="00C370A4">
        <w:t>zapytania</w:t>
      </w:r>
      <w:proofErr w:type="spellEnd"/>
      <w:r w:rsidRPr="00C370A4">
        <w:t xml:space="preserve"> </w:t>
      </w:r>
      <w:proofErr w:type="spellStart"/>
      <w:r w:rsidRPr="00C370A4">
        <w:t>ofertowego</w:t>
      </w:r>
      <w:proofErr w:type="spellEnd"/>
      <w:r w:rsidRPr="00C370A4">
        <w:t xml:space="preserve"> </w:t>
      </w:r>
      <w:proofErr w:type="spellStart"/>
      <w:r w:rsidRPr="00C370A4">
        <w:t>i</w:t>
      </w:r>
      <w:proofErr w:type="spellEnd"/>
      <w:r w:rsidRPr="00C370A4">
        <w:t xml:space="preserve"> </w:t>
      </w:r>
      <w:proofErr w:type="spellStart"/>
      <w:r w:rsidRPr="00C370A4">
        <w:t>wyjaśnienia</w:t>
      </w:r>
      <w:proofErr w:type="spellEnd"/>
    </w:p>
    <w:p w14:paraId="776EFE8F" w14:textId="77777777" w:rsidR="00E54091" w:rsidRPr="00F14AA3" w:rsidRDefault="00E54091" w:rsidP="00E54091">
      <w:pPr>
        <w:pStyle w:val="Listapunktowana"/>
      </w:pPr>
      <w:proofErr w:type="spellStart"/>
      <w:r w:rsidRPr="00F14AA3">
        <w:t>Pytania</w:t>
      </w:r>
      <w:proofErr w:type="spellEnd"/>
      <w:r w:rsidRPr="00F14AA3">
        <w:t xml:space="preserve"> </w:t>
      </w:r>
      <w:proofErr w:type="spellStart"/>
      <w:r w:rsidRPr="00F14AA3">
        <w:t>dotyczące</w:t>
      </w:r>
      <w:proofErr w:type="spellEnd"/>
      <w:r w:rsidRPr="00F14AA3">
        <w:t xml:space="preserve"> </w:t>
      </w:r>
      <w:proofErr w:type="spellStart"/>
      <w:r w:rsidRPr="00F14AA3">
        <w:t>treści</w:t>
      </w:r>
      <w:proofErr w:type="spellEnd"/>
      <w:r w:rsidRPr="00F14AA3">
        <w:t xml:space="preserve"> </w:t>
      </w:r>
      <w:proofErr w:type="spellStart"/>
      <w:r w:rsidRPr="00F14AA3">
        <w:t>zapytania</w:t>
      </w:r>
      <w:proofErr w:type="spellEnd"/>
      <w:r w:rsidRPr="00F14AA3">
        <w:t xml:space="preserve"> </w:t>
      </w:r>
      <w:proofErr w:type="spellStart"/>
      <w:r w:rsidRPr="00F14AA3">
        <w:t>ofertowego</w:t>
      </w:r>
      <w:proofErr w:type="spellEnd"/>
      <w:r w:rsidRPr="00F14AA3">
        <w:t xml:space="preserve"> </w:t>
      </w:r>
      <w:proofErr w:type="spellStart"/>
      <w:r w:rsidRPr="00F14AA3">
        <w:t>Wykonawcy</w:t>
      </w:r>
      <w:proofErr w:type="spellEnd"/>
      <w:r w:rsidRPr="00F14AA3">
        <w:t xml:space="preserve"> </w:t>
      </w:r>
      <w:proofErr w:type="spellStart"/>
      <w:r w:rsidRPr="00F14AA3">
        <w:t>kierują</w:t>
      </w:r>
      <w:proofErr w:type="spellEnd"/>
      <w:r w:rsidRPr="00F14AA3">
        <w:t xml:space="preserve"> </w:t>
      </w:r>
      <w:proofErr w:type="spellStart"/>
      <w:r w:rsidRPr="00F14AA3">
        <w:t>wyłącznie</w:t>
      </w:r>
      <w:proofErr w:type="spellEnd"/>
      <w:r w:rsidRPr="00F14AA3">
        <w:t xml:space="preserve"> za </w:t>
      </w:r>
      <w:proofErr w:type="spellStart"/>
      <w:r w:rsidRPr="00F14AA3">
        <w:t>pośrednictwem</w:t>
      </w:r>
      <w:proofErr w:type="spellEnd"/>
      <w:r w:rsidRPr="00F14AA3">
        <w:t xml:space="preserve"> BK2021. </w:t>
      </w:r>
      <w:proofErr w:type="spellStart"/>
      <w:r w:rsidRPr="00F14AA3">
        <w:t>Zamawiający</w:t>
      </w:r>
      <w:proofErr w:type="spellEnd"/>
      <w:r w:rsidRPr="00F14AA3">
        <w:t xml:space="preserve"> </w:t>
      </w:r>
      <w:proofErr w:type="spellStart"/>
      <w:r w:rsidRPr="00F14AA3">
        <w:t>udzieli</w:t>
      </w:r>
      <w:proofErr w:type="spellEnd"/>
      <w:r w:rsidRPr="00F14AA3">
        <w:t xml:space="preserve"> </w:t>
      </w:r>
      <w:proofErr w:type="spellStart"/>
      <w:r w:rsidRPr="00F14AA3">
        <w:t>odpowiedzi</w:t>
      </w:r>
      <w:proofErr w:type="spellEnd"/>
      <w:r w:rsidRPr="00F14AA3">
        <w:t xml:space="preserve"> </w:t>
      </w:r>
      <w:proofErr w:type="spellStart"/>
      <w:r w:rsidRPr="00F14AA3">
        <w:t>niezwłocznie</w:t>
      </w:r>
      <w:proofErr w:type="spellEnd"/>
      <w:r w:rsidRPr="00F14AA3">
        <w:t xml:space="preserve">, </w:t>
      </w:r>
      <w:proofErr w:type="spellStart"/>
      <w:r w:rsidRPr="00F14AA3">
        <w:t>nie</w:t>
      </w:r>
      <w:proofErr w:type="spellEnd"/>
      <w:r w:rsidRPr="00F14AA3">
        <w:t xml:space="preserve"> </w:t>
      </w:r>
      <w:proofErr w:type="spellStart"/>
      <w:r w:rsidRPr="00F14AA3">
        <w:t>później</w:t>
      </w:r>
      <w:proofErr w:type="spellEnd"/>
      <w:r w:rsidRPr="00F14AA3">
        <w:t xml:space="preserve"> </w:t>
      </w:r>
      <w:proofErr w:type="spellStart"/>
      <w:r w:rsidRPr="00F14AA3">
        <w:t>niż</w:t>
      </w:r>
      <w:proofErr w:type="spellEnd"/>
      <w:r w:rsidRPr="00F14AA3">
        <w:t xml:space="preserve"> </w:t>
      </w:r>
      <w:proofErr w:type="spellStart"/>
      <w:r w:rsidRPr="00F14AA3">
        <w:t>na</w:t>
      </w:r>
      <w:proofErr w:type="spellEnd"/>
      <w:r w:rsidRPr="00F14AA3">
        <w:t xml:space="preserve"> 2 </w:t>
      </w:r>
      <w:proofErr w:type="spellStart"/>
      <w:r w:rsidRPr="00F14AA3">
        <w:t>dni</w:t>
      </w:r>
      <w:proofErr w:type="spellEnd"/>
      <w:r w:rsidRPr="00F14AA3">
        <w:t xml:space="preserve"> </w:t>
      </w:r>
      <w:proofErr w:type="spellStart"/>
      <w:r w:rsidRPr="00F14AA3">
        <w:t>przed</w:t>
      </w:r>
      <w:proofErr w:type="spellEnd"/>
      <w:r w:rsidRPr="00F14AA3">
        <w:t xml:space="preserve"> </w:t>
      </w:r>
      <w:proofErr w:type="spellStart"/>
      <w:r w:rsidRPr="00F14AA3">
        <w:t>upływem</w:t>
      </w:r>
      <w:proofErr w:type="spellEnd"/>
      <w:r w:rsidRPr="00F14AA3">
        <w:t xml:space="preserve"> </w:t>
      </w:r>
      <w:proofErr w:type="spellStart"/>
      <w:r w:rsidRPr="00F14AA3">
        <w:t>terminu</w:t>
      </w:r>
      <w:proofErr w:type="spellEnd"/>
      <w:r w:rsidRPr="00F14AA3">
        <w:t xml:space="preserve"> </w:t>
      </w:r>
      <w:proofErr w:type="spellStart"/>
      <w:r w:rsidRPr="00F14AA3">
        <w:t>składania</w:t>
      </w:r>
      <w:proofErr w:type="spellEnd"/>
      <w:r w:rsidRPr="00F14AA3">
        <w:t xml:space="preserve"> </w:t>
      </w:r>
      <w:proofErr w:type="spellStart"/>
      <w:r w:rsidRPr="00F14AA3">
        <w:lastRenderedPageBreak/>
        <w:t>ofert</w:t>
      </w:r>
      <w:proofErr w:type="spellEnd"/>
      <w:r w:rsidRPr="00F14AA3">
        <w:t xml:space="preserve">, pod </w:t>
      </w:r>
      <w:proofErr w:type="spellStart"/>
      <w:r w:rsidRPr="00F14AA3">
        <w:t>warunkiem</w:t>
      </w:r>
      <w:proofErr w:type="spellEnd"/>
      <w:r w:rsidRPr="00F14AA3">
        <w:t xml:space="preserve"> </w:t>
      </w:r>
      <w:proofErr w:type="spellStart"/>
      <w:r w:rsidRPr="00F14AA3">
        <w:t>że</w:t>
      </w:r>
      <w:proofErr w:type="spellEnd"/>
      <w:r w:rsidRPr="00F14AA3">
        <w:t xml:space="preserve"> </w:t>
      </w:r>
      <w:proofErr w:type="spellStart"/>
      <w:r w:rsidRPr="00F14AA3">
        <w:t>pytanie</w:t>
      </w:r>
      <w:proofErr w:type="spellEnd"/>
      <w:r w:rsidRPr="00F14AA3">
        <w:t xml:space="preserve"> </w:t>
      </w:r>
      <w:proofErr w:type="spellStart"/>
      <w:r w:rsidRPr="00F14AA3">
        <w:t>wpłynęło</w:t>
      </w:r>
      <w:proofErr w:type="spellEnd"/>
      <w:r w:rsidRPr="00F14AA3">
        <w:t xml:space="preserve"> </w:t>
      </w:r>
      <w:proofErr w:type="spellStart"/>
      <w:r w:rsidRPr="00F14AA3">
        <w:t>nie</w:t>
      </w:r>
      <w:proofErr w:type="spellEnd"/>
      <w:r w:rsidRPr="00F14AA3">
        <w:t xml:space="preserve"> </w:t>
      </w:r>
      <w:proofErr w:type="spellStart"/>
      <w:r w:rsidRPr="00F14AA3">
        <w:t>później</w:t>
      </w:r>
      <w:proofErr w:type="spellEnd"/>
      <w:r w:rsidRPr="00F14AA3">
        <w:t xml:space="preserve"> </w:t>
      </w:r>
      <w:proofErr w:type="spellStart"/>
      <w:r w:rsidRPr="00F14AA3">
        <w:t>niż</w:t>
      </w:r>
      <w:proofErr w:type="spellEnd"/>
      <w:r w:rsidRPr="00F14AA3">
        <w:t xml:space="preserve"> </w:t>
      </w:r>
      <w:proofErr w:type="spellStart"/>
      <w:r w:rsidRPr="00F14AA3">
        <w:t>na</w:t>
      </w:r>
      <w:proofErr w:type="spellEnd"/>
      <w:r w:rsidRPr="00F14AA3">
        <w:t xml:space="preserve"> 4 </w:t>
      </w:r>
      <w:proofErr w:type="spellStart"/>
      <w:r w:rsidRPr="00F14AA3">
        <w:t>dni</w:t>
      </w:r>
      <w:proofErr w:type="spellEnd"/>
      <w:r w:rsidRPr="00F14AA3">
        <w:t xml:space="preserve"> </w:t>
      </w:r>
      <w:proofErr w:type="spellStart"/>
      <w:r w:rsidRPr="00F14AA3">
        <w:t>przed</w:t>
      </w:r>
      <w:proofErr w:type="spellEnd"/>
      <w:r w:rsidRPr="00F14AA3">
        <w:t xml:space="preserve"> </w:t>
      </w:r>
      <w:proofErr w:type="spellStart"/>
      <w:r w:rsidRPr="00F14AA3">
        <w:t>upływem</w:t>
      </w:r>
      <w:proofErr w:type="spellEnd"/>
      <w:r w:rsidRPr="00F14AA3">
        <w:t xml:space="preserve"> </w:t>
      </w:r>
      <w:proofErr w:type="spellStart"/>
      <w:r w:rsidRPr="00F14AA3">
        <w:t>tego</w:t>
      </w:r>
      <w:proofErr w:type="spellEnd"/>
      <w:r w:rsidRPr="00F14AA3">
        <w:t xml:space="preserve"> </w:t>
      </w:r>
      <w:proofErr w:type="spellStart"/>
      <w:r w:rsidRPr="00F14AA3">
        <w:t>terminu</w:t>
      </w:r>
      <w:proofErr w:type="spellEnd"/>
      <w:r w:rsidRPr="00F14AA3">
        <w:t xml:space="preserve">. </w:t>
      </w:r>
      <w:proofErr w:type="spellStart"/>
      <w:r w:rsidRPr="00F14AA3">
        <w:t>Odpowiedzi</w:t>
      </w:r>
      <w:proofErr w:type="spellEnd"/>
      <w:r w:rsidRPr="00F14AA3">
        <w:t xml:space="preserve"> </w:t>
      </w:r>
      <w:proofErr w:type="spellStart"/>
      <w:r w:rsidRPr="00F14AA3">
        <w:t>publikowane</w:t>
      </w:r>
      <w:proofErr w:type="spellEnd"/>
      <w:r w:rsidRPr="00F14AA3">
        <w:t xml:space="preserve"> </w:t>
      </w:r>
      <w:proofErr w:type="spellStart"/>
      <w:r w:rsidRPr="00F14AA3">
        <w:t>są</w:t>
      </w:r>
      <w:proofErr w:type="spellEnd"/>
      <w:r w:rsidRPr="00F14AA3">
        <w:t xml:space="preserve"> w BK2021 bez </w:t>
      </w:r>
      <w:proofErr w:type="spellStart"/>
      <w:r w:rsidRPr="00F14AA3">
        <w:t>ujawniania</w:t>
      </w:r>
      <w:proofErr w:type="spellEnd"/>
      <w:r w:rsidRPr="00F14AA3">
        <w:t xml:space="preserve"> </w:t>
      </w:r>
      <w:proofErr w:type="spellStart"/>
      <w:r w:rsidRPr="00F14AA3">
        <w:t>źródła</w:t>
      </w:r>
      <w:proofErr w:type="spellEnd"/>
      <w:r w:rsidRPr="00F14AA3">
        <w:t xml:space="preserve"> </w:t>
      </w:r>
      <w:proofErr w:type="spellStart"/>
      <w:r w:rsidRPr="00F14AA3">
        <w:t>zapytania</w:t>
      </w:r>
      <w:proofErr w:type="spellEnd"/>
      <w:r w:rsidRPr="00F14AA3">
        <w:t>.</w:t>
      </w:r>
    </w:p>
    <w:p w14:paraId="754C0CFA" w14:textId="77777777" w:rsidR="00E54091" w:rsidRPr="00F14AA3" w:rsidRDefault="00E54091" w:rsidP="00E54091">
      <w:pPr>
        <w:pStyle w:val="Listapunktowana"/>
      </w:pPr>
      <w:proofErr w:type="spellStart"/>
      <w:r w:rsidRPr="00F14AA3">
        <w:t>Przed</w:t>
      </w:r>
      <w:proofErr w:type="spellEnd"/>
      <w:r w:rsidRPr="00F14AA3">
        <w:t xml:space="preserve"> </w:t>
      </w:r>
      <w:proofErr w:type="spellStart"/>
      <w:r w:rsidRPr="00F14AA3">
        <w:t>upływem</w:t>
      </w:r>
      <w:proofErr w:type="spellEnd"/>
      <w:r w:rsidRPr="00F14AA3">
        <w:t xml:space="preserve"> </w:t>
      </w:r>
      <w:proofErr w:type="spellStart"/>
      <w:r w:rsidRPr="00F14AA3">
        <w:t>terminu</w:t>
      </w:r>
      <w:proofErr w:type="spellEnd"/>
      <w:r w:rsidRPr="00F14AA3">
        <w:t xml:space="preserve"> </w:t>
      </w:r>
      <w:proofErr w:type="spellStart"/>
      <w:r w:rsidRPr="00F14AA3">
        <w:t>składania</w:t>
      </w:r>
      <w:proofErr w:type="spellEnd"/>
      <w:r w:rsidRPr="00F14AA3">
        <w:t xml:space="preserve"> </w:t>
      </w:r>
      <w:proofErr w:type="spellStart"/>
      <w:r w:rsidRPr="00F14AA3">
        <w:t>ofert</w:t>
      </w:r>
      <w:proofErr w:type="spellEnd"/>
      <w:r w:rsidRPr="00F14AA3">
        <w:t xml:space="preserve"> </w:t>
      </w:r>
      <w:proofErr w:type="spellStart"/>
      <w:r w:rsidRPr="00F14AA3">
        <w:t>Zamawiający</w:t>
      </w:r>
      <w:proofErr w:type="spellEnd"/>
      <w:r w:rsidRPr="00F14AA3">
        <w:t xml:space="preserve"> </w:t>
      </w:r>
      <w:proofErr w:type="spellStart"/>
      <w:r w:rsidRPr="00F14AA3">
        <w:t>może</w:t>
      </w:r>
      <w:proofErr w:type="spellEnd"/>
      <w:r w:rsidRPr="00F14AA3">
        <w:t xml:space="preserve"> </w:t>
      </w:r>
      <w:proofErr w:type="spellStart"/>
      <w:r w:rsidRPr="00F14AA3">
        <w:t>zmienić</w:t>
      </w:r>
      <w:proofErr w:type="spellEnd"/>
      <w:r w:rsidRPr="00F14AA3">
        <w:t xml:space="preserve"> </w:t>
      </w:r>
      <w:proofErr w:type="spellStart"/>
      <w:r w:rsidRPr="00F14AA3">
        <w:t>treść</w:t>
      </w:r>
      <w:proofErr w:type="spellEnd"/>
      <w:r w:rsidRPr="00F14AA3">
        <w:t xml:space="preserve"> </w:t>
      </w:r>
      <w:proofErr w:type="spellStart"/>
      <w:r w:rsidRPr="00F14AA3">
        <w:t>zapytania</w:t>
      </w:r>
      <w:proofErr w:type="spellEnd"/>
      <w:r w:rsidRPr="00F14AA3">
        <w:t xml:space="preserve"> </w:t>
      </w:r>
      <w:proofErr w:type="spellStart"/>
      <w:r w:rsidRPr="00F14AA3">
        <w:t>ofertowego</w:t>
      </w:r>
      <w:proofErr w:type="spellEnd"/>
      <w:r w:rsidRPr="00F14AA3">
        <w:t xml:space="preserve">. </w:t>
      </w:r>
      <w:proofErr w:type="spellStart"/>
      <w:r w:rsidRPr="00F14AA3">
        <w:t>Informację</w:t>
      </w:r>
      <w:proofErr w:type="spellEnd"/>
      <w:r w:rsidRPr="00F14AA3">
        <w:t xml:space="preserve"> o </w:t>
      </w:r>
      <w:proofErr w:type="spellStart"/>
      <w:r w:rsidRPr="00F14AA3">
        <w:t>zmianie</w:t>
      </w:r>
      <w:proofErr w:type="spellEnd"/>
      <w:r w:rsidRPr="00F14AA3">
        <w:t xml:space="preserve"> </w:t>
      </w:r>
      <w:proofErr w:type="spellStart"/>
      <w:r w:rsidRPr="00F14AA3">
        <w:t>wraz</w:t>
      </w:r>
      <w:proofErr w:type="spellEnd"/>
      <w:r w:rsidRPr="00F14AA3">
        <w:t xml:space="preserve"> z </w:t>
      </w:r>
      <w:proofErr w:type="spellStart"/>
      <w:r w:rsidRPr="00F14AA3">
        <w:t>opisem</w:t>
      </w:r>
      <w:proofErr w:type="spellEnd"/>
      <w:r w:rsidRPr="00F14AA3">
        <w:t xml:space="preserve"> </w:t>
      </w:r>
      <w:proofErr w:type="spellStart"/>
      <w:r w:rsidRPr="00F14AA3">
        <w:t>jej</w:t>
      </w:r>
      <w:proofErr w:type="spellEnd"/>
      <w:r w:rsidRPr="00F14AA3">
        <w:t xml:space="preserve"> </w:t>
      </w:r>
      <w:proofErr w:type="spellStart"/>
      <w:r w:rsidRPr="00F14AA3">
        <w:t>zakresu</w:t>
      </w:r>
      <w:proofErr w:type="spellEnd"/>
      <w:r w:rsidRPr="00F14AA3">
        <w:t xml:space="preserve"> </w:t>
      </w:r>
      <w:proofErr w:type="spellStart"/>
      <w:r w:rsidRPr="00F14AA3">
        <w:t>Zamawiający</w:t>
      </w:r>
      <w:proofErr w:type="spellEnd"/>
      <w:r w:rsidRPr="00F14AA3">
        <w:t xml:space="preserve"> </w:t>
      </w:r>
      <w:proofErr w:type="spellStart"/>
      <w:r w:rsidRPr="00F14AA3">
        <w:t>publikuje</w:t>
      </w:r>
      <w:proofErr w:type="spellEnd"/>
      <w:r w:rsidRPr="00F14AA3">
        <w:t xml:space="preserve"> w BK2021 </w:t>
      </w:r>
      <w:proofErr w:type="spellStart"/>
      <w:r w:rsidRPr="00F14AA3">
        <w:t>i</w:t>
      </w:r>
      <w:proofErr w:type="spellEnd"/>
      <w:r w:rsidRPr="00F14AA3">
        <w:t xml:space="preserve"> – </w:t>
      </w:r>
      <w:proofErr w:type="spellStart"/>
      <w:r w:rsidRPr="00F14AA3">
        <w:t>jeżeli</w:t>
      </w:r>
      <w:proofErr w:type="spellEnd"/>
      <w:r w:rsidRPr="00F14AA3">
        <w:t xml:space="preserve"> jest to </w:t>
      </w:r>
      <w:proofErr w:type="spellStart"/>
      <w:r w:rsidRPr="00F14AA3">
        <w:t>niezbędne</w:t>
      </w:r>
      <w:proofErr w:type="spellEnd"/>
      <w:r w:rsidRPr="00F14AA3">
        <w:t xml:space="preserve"> do </w:t>
      </w:r>
      <w:proofErr w:type="spellStart"/>
      <w:r w:rsidRPr="00F14AA3">
        <w:t>przygotowania</w:t>
      </w:r>
      <w:proofErr w:type="spellEnd"/>
      <w:r w:rsidRPr="00F14AA3">
        <w:t xml:space="preserve"> </w:t>
      </w:r>
      <w:proofErr w:type="spellStart"/>
      <w:r w:rsidRPr="00F14AA3">
        <w:t>ofert</w:t>
      </w:r>
      <w:proofErr w:type="spellEnd"/>
      <w:r w:rsidRPr="00F14AA3">
        <w:t xml:space="preserve"> – </w:t>
      </w:r>
      <w:proofErr w:type="spellStart"/>
      <w:r w:rsidRPr="00F14AA3">
        <w:t>przedłuża</w:t>
      </w:r>
      <w:proofErr w:type="spellEnd"/>
      <w:r w:rsidRPr="00F14AA3">
        <w:t xml:space="preserve"> </w:t>
      </w:r>
      <w:proofErr w:type="spellStart"/>
      <w:r w:rsidRPr="00F14AA3">
        <w:t>termin</w:t>
      </w:r>
      <w:proofErr w:type="spellEnd"/>
      <w:r w:rsidRPr="00F14AA3">
        <w:t xml:space="preserve"> </w:t>
      </w:r>
      <w:proofErr w:type="spellStart"/>
      <w:r w:rsidRPr="00F14AA3">
        <w:t>składania</w:t>
      </w:r>
      <w:proofErr w:type="spellEnd"/>
      <w:r w:rsidRPr="00F14AA3">
        <w:t xml:space="preserve"> </w:t>
      </w:r>
      <w:proofErr w:type="spellStart"/>
      <w:r w:rsidRPr="00F14AA3">
        <w:t>ofert</w:t>
      </w:r>
      <w:proofErr w:type="spellEnd"/>
      <w:r w:rsidRPr="00F14AA3">
        <w:t xml:space="preserve"> o </w:t>
      </w:r>
      <w:proofErr w:type="spellStart"/>
      <w:r w:rsidRPr="00F14AA3">
        <w:t>czas</w:t>
      </w:r>
      <w:proofErr w:type="spellEnd"/>
      <w:r w:rsidRPr="00F14AA3">
        <w:t xml:space="preserve"> </w:t>
      </w:r>
      <w:proofErr w:type="spellStart"/>
      <w:r w:rsidRPr="00F14AA3">
        <w:t>niezbędny</w:t>
      </w:r>
      <w:proofErr w:type="spellEnd"/>
      <w:r w:rsidRPr="00F14AA3">
        <w:t xml:space="preserve"> do </w:t>
      </w:r>
      <w:proofErr w:type="spellStart"/>
      <w:r w:rsidRPr="00F14AA3">
        <w:t>uwzględnienia</w:t>
      </w:r>
      <w:proofErr w:type="spellEnd"/>
      <w:r w:rsidRPr="00F14AA3">
        <w:t xml:space="preserve"> </w:t>
      </w:r>
      <w:proofErr w:type="spellStart"/>
      <w:r w:rsidRPr="00F14AA3">
        <w:t>zmian</w:t>
      </w:r>
      <w:proofErr w:type="spellEnd"/>
      <w:r w:rsidRPr="00F14AA3">
        <w:t>.</w:t>
      </w:r>
    </w:p>
    <w:p w14:paraId="2F20A978" w14:textId="385359E5" w:rsidR="00E54091" w:rsidRPr="00F14AA3" w:rsidRDefault="00C370A4" w:rsidP="00E54091">
      <w:pPr>
        <w:pStyle w:val="Nagwek2"/>
      </w:pPr>
      <w:r w:rsidRPr="00C370A4">
        <w:t xml:space="preserve">22. </w:t>
      </w:r>
      <w:proofErr w:type="spellStart"/>
      <w:r w:rsidRPr="00C370A4">
        <w:t>Unieważnienie</w:t>
      </w:r>
      <w:proofErr w:type="spellEnd"/>
      <w:r w:rsidRPr="00C370A4">
        <w:t xml:space="preserve"> </w:t>
      </w:r>
      <w:proofErr w:type="spellStart"/>
      <w:r w:rsidRPr="00C370A4">
        <w:t>postępowania</w:t>
      </w:r>
      <w:proofErr w:type="spellEnd"/>
    </w:p>
    <w:p w14:paraId="1BAA4CA6" w14:textId="77777777" w:rsidR="00E54091" w:rsidRPr="00F14AA3" w:rsidRDefault="00E54091" w:rsidP="00E54091">
      <w:pPr>
        <w:rPr>
          <w:rFonts w:ascii="Times New Roman" w:hAnsi="Times New Roman" w:cs="Times New Roman"/>
          <w:color w:val="000000"/>
          <w:sz w:val="22"/>
        </w:rPr>
      </w:pP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Zamawiający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może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unieważnić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postępowanie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, w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szczególności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gdy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>:</w:t>
      </w:r>
    </w:p>
    <w:p w14:paraId="1CB16AF9" w14:textId="77777777" w:rsidR="00E54091" w:rsidRPr="00F14AA3" w:rsidRDefault="00E54091" w:rsidP="00E54091">
      <w:pPr>
        <w:pStyle w:val="Listapunktowana"/>
      </w:pPr>
      <w:proofErr w:type="spellStart"/>
      <w:r w:rsidRPr="00F14AA3">
        <w:t>nie</w:t>
      </w:r>
      <w:proofErr w:type="spellEnd"/>
      <w:r w:rsidRPr="00F14AA3">
        <w:t xml:space="preserve"> </w:t>
      </w:r>
      <w:proofErr w:type="spellStart"/>
      <w:r w:rsidRPr="00F14AA3">
        <w:t>złożono</w:t>
      </w:r>
      <w:proofErr w:type="spellEnd"/>
      <w:r w:rsidRPr="00F14AA3">
        <w:t xml:space="preserve"> </w:t>
      </w:r>
      <w:proofErr w:type="spellStart"/>
      <w:r w:rsidRPr="00F14AA3">
        <w:t>żadnej</w:t>
      </w:r>
      <w:proofErr w:type="spellEnd"/>
      <w:r w:rsidRPr="00F14AA3">
        <w:t xml:space="preserve"> </w:t>
      </w:r>
      <w:proofErr w:type="spellStart"/>
      <w:r w:rsidRPr="00F14AA3">
        <w:t>oferty</w:t>
      </w:r>
      <w:proofErr w:type="spellEnd"/>
      <w:r w:rsidRPr="00F14AA3">
        <w:t xml:space="preserve">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wszystkie</w:t>
      </w:r>
      <w:proofErr w:type="spellEnd"/>
      <w:r w:rsidRPr="00F14AA3">
        <w:t xml:space="preserve"> </w:t>
      </w:r>
      <w:proofErr w:type="spellStart"/>
      <w:r w:rsidRPr="00F14AA3">
        <w:t>złożone</w:t>
      </w:r>
      <w:proofErr w:type="spellEnd"/>
      <w:r w:rsidRPr="00F14AA3">
        <w:t xml:space="preserve"> </w:t>
      </w:r>
      <w:proofErr w:type="spellStart"/>
      <w:r w:rsidRPr="00F14AA3">
        <w:t>oferty</w:t>
      </w:r>
      <w:proofErr w:type="spellEnd"/>
      <w:r w:rsidRPr="00F14AA3">
        <w:t xml:space="preserve"> </w:t>
      </w:r>
      <w:proofErr w:type="spellStart"/>
      <w:r w:rsidRPr="00F14AA3">
        <w:t>podlegają</w:t>
      </w:r>
      <w:proofErr w:type="spellEnd"/>
      <w:r w:rsidRPr="00F14AA3">
        <w:t xml:space="preserve"> </w:t>
      </w:r>
      <w:proofErr w:type="spellStart"/>
      <w:r w:rsidRPr="00F14AA3">
        <w:t>odrzuceniu</w:t>
      </w:r>
      <w:proofErr w:type="spellEnd"/>
      <w:r w:rsidRPr="00F14AA3">
        <w:t>;</w:t>
      </w:r>
    </w:p>
    <w:p w14:paraId="2364353F" w14:textId="77777777" w:rsidR="00E54091" w:rsidRPr="00F14AA3" w:rsidRDefault="00E54091" w:rsidP="00E54091">
      <w:pPr>
        <w:pStyle w:val="Listapunktowana"/>
      </w:pPr>
      <w:proofErr w:type="spellStart"/>
      <w:r w:rsidRPr="00F14AA3">
        <w:t>cena</w:t>
      </w:r>
      <w:proofErr w:type="spellEnd"/>
      <w:r w:rsidRPr="00F14AA3">
        <w:t xml:space="preserve"> </w:t>
      </w:r>
      <w:proofErr w:type="spellStart"/>
      <w:r w:rsidRPr="00F14AA3">
        <w:t>najkorzystniejszej</w:t>
      </w:r>
      <w:proofErr w:type="spellEnd"/>
      <w:r w:rsidRPr="00F14AA3">
        <w:t xml:space="preserve"> </w:t>
      </w:r>
      <w:proofErr w:type="spellStart"/>
      <w:r w:rsidRPr="00F14AA3">
        <w:t>oferty</w:t>
      </w:r>
      <w:proofErr w:type="spellEnd"/>
      <w:r w:rsidRPr="00F14AA3">
        <w:t xml:space="preserve"> </w:t>
      </w:r>
      <w:proofErr w:type="spellStart"/>
      <w:r w:rsidRPr="00F14AA3">
        <w:t>przewyższa</w:t>
      </w:r>
      <w:proofErr w:type="spellEnd"/>
      <w:r w:rsidRPr="00F14AA3">
        <w:t xml:space="preserve"> </w:t>
      </w:r>
      <w:proofErr w:type="spellStart"/>
      <w:r w:rsidRPr="00F14AA3">
        <w:t>kwotę</w:t>
      </w:r>
      <w:proofErr w:type="spellEnd"/>
      <w:r w:rsidRPr="00F14AA3">
        <w:t xml:space="preserve">, </w:t>
      </w:r>
      <w:proofErr w:type="spellStart"/>
      <w:r w:rsidRPr="00F14AA3">
        <w:t>którą</w:t>
      </w:r>
      <w:proofErr w:type="spellEnd"/>
      <w:r w:rsidRPr="00F14AA3">
        <w:t xml:space="preserve"> </w:t>
      </w:r>
      <w:proofErr w:type="spellStart"/>
      <w:r w:rsidRPr="00F14AA3">
        <w:t>Zamawiający</w:t>
      </w:r>
      <w:proofErr w:type="spellEnd"/>
      <w:r w:rsidRPr="00F14AA3">
        <w:t xml:space="preserve"> </w:t>
      </w:r>
      <w:proofErr w:type="spellStart"/>
      <w:r w:rsidRPr="00F14AA3">
        <w:t>zamierza</w:t>
      </w:r>
      <w:proofErr w:type="spellEnd"/>
      <w:r w:rsidRPr="00F14AA3">
        <w:t xml:space="preserve"> </w:t>
      </w:r>
      <w:proofErr w:type="spellStart"/>
      <w:r w:rsidRPr="00F14AA3">
        <w:t>przeznaczyć</w:t>
      </w:r>
      <w:proofErr w:type="spellEnd"/>
      <w:r w:rsidRPr="00F14AA3">
        <w:t xml:space="preserve"> </w:t>
      </w:r>
      <w:proofErr w:type="spellStart"/>
      <w:r w:rsidRPr="00F14AA3">
        <w:t>na</w:t>
      </w:r>
      <w:proofErr w:type="spellEnd"/>
      <w:r w:rsidRPr="00F14AA3">
        <w:t xml:space="preserve"> </w:t>
      </w:r>
      <w:proofErr w:type="spellStart"/>
      <w:r w:rsidRPr="00F14AA3">
        <w:t>sfinansowanie</w:t>
      </w:r>
      <w:proofErr w:type="spellEnd"/>
      <w:r w:rsidRPr="00F14AA3">
        <w:t xml:space="preserve"> </w:t>
      </w:r>
      <w:proofErr w:type="spellStart"/>
      <w:r w:rsidRPr="00F14AA3">
        <w:t>zamówienia</w:t>
      </w:r>
      <w:proofErr w:type="spellEnd"/>
      <w:r w:rsidRPr="00F14AA3">
        <w:t xml:space="preserve">, a </w:t>
      </w:r>
      <w:proofErr w:type="spellStart"/>
      <w:r w:rsidRPr="00F14AA3">
        <w:t>Zamawiający</w:t>
      </w:r>
      <w:proofErr w:type="spellEnd"/>
      <w:r w:rsidRPr="00F14AA3">
        <w:t xml:space="preserve"> </w:t>
      </w:r>
      <w:proofErr w:type="spellStart"/>
      <w:r w:rsidRPr="00F14AA3">
        <w:t>nie</w:t>
      </w:r>
      <w:proofErr w:type="spellEnd"/>
      <w:r w:rsidRPr="00F14AA3">
        <w:t xml:space="preserve"> </w:t>
      </w:r>
      <w:proofErr w:type="spellStart"/>
      <w:r w:rsidRPr="00F14AA3">
        <w:t>może</w:t>
      </w:r>
      <w:proofErr w:type="spellEnd"/>
      <w:r w:rsidRPr="00F14AA3">
        <w:t xml:space="preserve"> </w:t>
      </w:r>
      <w:proofErr w:type="spellStart"/>
      <w:r w:rsidRPr="00F14AA3">
        <w:t>zwiększyć</w:t>
      </w:r>
      <w:proofErr w:type="spellEnd"/>
      <w:r w:rsidRPr="00F14AA3">
        <w:t xml:space="preserve"> </w:t>
      </w:r>
      <w:proofErr w:type="spellStart"/>
      <w:r w:rsidRPr="00F14AA3">
        <w:t>tej</w:t>
      </w:r>
      <w:proofErr w:type="spellEnd"/>
      <w:r w:rsidRPr="00F14AA3">
        <w:t xml:space="preserve"> </w:t>
      </w:r>
      <w:proofErr w:type="spellStart"/>
      <w:r w:rsidRPr="00F14AA3">
        <w:t>kwoty</w:t>
      </w:r>
      <w:proofErr w:type="spellEnd"/>
      <w:r w:rsidRPr="00F14AA3">
        <w:t>;</w:t>
      </w:r>
    </w:p>
    <w:p w14:paraId="16A9965E" w14:textId="77777777" w:rsidR="00E54091" w:rsidRPr="00F14AA3" w:rsidRDefault="00E54091" w:rsidP="00E54091">
      <w:pPr>
        <w:pStyle w:val="Listapunktowana"/>
      </w:pPr>
      <w:proofErr w:type="spellStart"/>
      <w:r w:rsidRPr="00F14AA3">
        <w:t>wystąpiła</w:t>
      </w:r>
      <w:proofErr w:type="spellEnd"/>
      <w:r w:rsidRPr="00F14AA3">
        <w:t xml:space="preserve"> </w:t>
      </w:r>
      <w:proofErr w:type="spellStart"/>
      <w:r w:rsidRPr="00F14AA3">
        <w:t>istotna</w:t>
      </w:r>
      <w:proofErr w:type="spellEnd"/>
      <w:r w:rsidRPr="00F14AA3">
        <w:t xml:space="preserve"> </w:t>
      </w:r>
      <w:proofErr w:type="spellStart"/>
      <w:r w:rsidRPr="00F14AA3">
        <w:t>zmiana</w:t>
      </w:r>
      <w:proofErr w:type="spellEnd"/>
      <w:r w:rsidRPr="00F14AA3">
        <w:t xml:space="preserve"> </w:t>
      </w:r>
      <w:proofErr w:type="spellStart"/>
      <w:r w:rsidRPr="00F14AA3">
        <w:t>okoliczności</w:t>
      </w:r>
      <w:proofErr w:type="spellEnd"/>
      <w:r w:rsidRPr="00F14AA3">
        <w:t xml:space="preserve"> </w:t>
      </w:r>
      <w:proofErr w:type="spellStart"/>
      <w:r w:rsidRPr="00F14AA3">
        <w:t>powodująca</w:t>
      </w:r>
      <w:proofErr w:type="spellEnd"/>
      <w:r w:rsidRPr="00F14AA3">
        <w:t xml:space="preserve">, </w:t>
      </w:r>
      <w:proofErr w:type="spellStart"/>
      <w:r w:rsidRPr="00F14AA3">
        <w:t>że</w:t>
      </w:r>
      <w:proofErr w:type="spellEnd"/>
      <w:r w:rsidRPr="00F14AA3">
        <w:t xml:space="preserve"> </w:t>
      </w:r>
      <w:proofErr w:type="spellStart"/>
      <w:r w:rsidRPr="00F14AA3">
        <w:t>prowadzenie</w:t>
      </w:r>
      <w:proofErr w:type="spellEnd"/>
      <w:r w:rsidRPr="00F14AA3">
        <w:t xml:space="preserve"> </w:t>
      </w:r>
      <w:proofErr w:type="spellStart"/>
      <w:r w:rsidRPr="00F14AA3">
        <w:t>postępowania</w:t>
      </w:r>
      <w:proofErr w:type="spellEnd"/>
      <w:r w:rsidRPr="00F14AA3">
        <w:t xml:space="preserve">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wykonanie</w:t>
      </w:r>
      <w:proofErr w:type="spellEnd"/>
      <w:r w:rsidRPr="00F14AA3">
        <w:t xml:space="preserve"> </w:t>
      </w:r>
      <w:proofErr w:type="spellStart"/>
      <w:r w:rsidRPr="00F14AA3">
        <w:t>zamówienia</w:t>
      </w:r>
      <w:proofErr w:type="spellEnd"/>
      <w:r w:rsidRPr="00F14AA3">
        <w:t xml:space="preserve"> </w:t>
      </w:r>
      <w:proofErr w:type="spellStart"/>
      <w:r w:rsidRPr="00F14AA3">
        <w:t>nie</w:t>
      </w:r>
      <w:proofErr w:type="spellEnd"/>
      <w:r w:rsidRPr="00F14AA3">
        <w:t xml:space="preserve"> </w:t>
      </w:r>
      <w:proofErr w:type="spellStart"/>
      <w:r w:rsidRPr="00F14AA3">
        <w:t>leży</w:t>
      </w:r>
      <w:proofErr w:type="spellEnd"/>
      <w:r w:rsidRPr="00F14AA3">
        <w:t xml:space="preserve"> w </w:t>
      </w:r>
      <w:proofErr w:type="spellStart"/>
      <w:r w:rsidRPr="00F14AA3">
        <w:t>interesie</w:t>
      </w:r>
      <w:proofErr w:type="spellEnd"/>
      <w:r w:rsidRPr="00F14AA3">
        <w:t xml:space="preserve"> </w:t>
      </w:r>
      <w:proofErr w:type="spellStart"/>
      <w:r w:rsidRPr="00F14AA3">
        <w:t>Zamawiającego</w:t>
      </w:r>
      <w:proofErr w:type="spellEnd"/>
      <w:r w:rsidRPr="00F14AA3">
        <w:t xml:space="preserve">, </w:t>
      </w:r>
      <w:proofErr w:type="spellStart"/>
      <w:r w:rsidRPr="00F14AA3">
        <w:t>czego</w:t>
      </w:r>
      <w:proofErr w:type="spellEnd"/>
      <w:r w:rsidRPr="00F14AA3">
        <w:t xml:space="preserve"> </w:t>
      </w:r>
      <w:proofErr w:type="spellStart"/>
      <w:r w:rsidRPr="00F14AA3">
        <w:t>nie</w:t>
      </w:r>
      <w:proofErr w:type="spellEnd"/>
      <w:r w:rsidRPr="00F14AA3">
        <w:t xml:space="preserve"> </w:t>
      </w:r>
      <w:proofErr w:type="spellStart"/>
      <w:r w:rsidRPr="00F14AA3">
        <w:t>można</w:t>
      </w:r>
      <w:proofErr w:type="spellEnd"/>
      <w:r w:rsidRPr="00F14AA3">
        <w:t xml:space="preserve"> </w:t>
      </w:r>
      <w:proofErr w:type="spellStart"/>
      <w:r w:rsidRPr="00F14AA3">
        <w:t>było</w:t>
      </w:r>
      <w:proofErr w:type="spellEnd"/>
      <w:r w:rsidRPr="00F14AA3">
        <w:t xml:space="preserve"> </w:t>
      </w:r>
      <w:proofErr w:type="spellStart"/>
      <w:r w:rsidRPr="00F14AA3">
        <w:t>wcześniej</w:t>
      </w:r>
      <w:proofErr w:type="spellEnd"/>
      <w:r w:rsidRPr="00F14AA3">
        <w:t xml:space="preserve"> </w:t>
      </w:r>
      <w:proofErr w:type="spellStart"/>
      <w:r w:rsidRPr="00F14AA3">
        <w:t>przewidzieć</w:t>
      </w:r>
      <w:proofErr w:type="spellEnd"/>
      <w:r w:rsidRPr="00F14AA3">
        <w:t xml:space="preserve">, w </w:t>
      </w:r>
      <w:proofErr w:type="spellStart"/>
      <w:r w:rsidRPr="00F14AA3">
        <w:t>tym</w:t>
      </w:r>
      <w:proofErr w:type="spellEnd"/>
      <w:r w:rsidRPr="00F14AA3">
        <w:t xml:space="preserve"> </w:t>
      </w:r>
      <w:proofErr w:type="spellStart"/>
      <w:r w:rsidRPr="00F14AA3">
        <w:t>istotna</w:t>
      </w:r>
      <w:proofErr w:type="spellEnd"/>
      <w:r w:rsidRPr="00F14AA3">
        <w:t xml:space="preserve"> </w:t>
      </w:r>
      <w:proofErr w:type="spellStart"/>
      <w:r w:rsidRPr="00F14AA3">
        <w:t>zmiana</w:t>
      </w:r>
      <w:proofErr w:type="spellEnd"/>
      <w:r w:rsidRPr="00F14AA3">
        <w:t xml:space="preserve"> </w:t>
      </w:r>
      <w:proofErr w:type="spellStart"/>
      <w:r w:rsidRPr="00F14AA3">
        <w:t>założeń</w:t>
      </w:r>
      <w:proofErr w:type="spellEnd"/>
      <w:r w:rsidRPr="00F14AA3">
        <w:t xml:space="preserve"> </w:t>
      </w:r>
      <w:proofErr w:type="spellStart"/>
      <w:r w:rsidRPr="00F14AA3">
        <w:t>projektu</w:t>
      </w:r>
      <w:proofErr w:type="spellEnd"/>
      <w:r w:rsidRPr="00F14AA3">
        <w:t xml:space="preserve">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warunków</w:t>
      </w:r>
      <w:proofErr w:type="spellEnd"/>
      <w:r w:rsidRPr="00F14AA3">
        <w:t xml:space="preserve"> </w:t>
      </w:r>
      <w:proofErr w:type="spellStart"/>
      <w:r w:rsidRPr="00F14AA3">
        <w:t>naboru</w:t>
      </w:r>
      <w:proofErr w:type="spellEnd"/>
      <w:r w:rsidRPr="00F14AA3">
        <w:t>;</w:t>
      </w:r>
    </w:p>
    <w:p w14:paraId="6636C0CB" w14:textId="77777777" w:rsidR="00E54091" w:rsidRPr="00F14AA3" w:rsidRDefault="00E54091" w:rsidP="00E54091">
      <w:pPr>
        <w:pStyle w:val="Listapunktowana"/>
      </w:pPr>
      <w:proofErr w:type="spellStart"/>
      <w:r w:rsidRPr="00F14AA3">
        <w:t>projekt</w:t>
      </w:r>
      <w:proofErr w:type="spellEnd"/>
      <w:r w:rsidRPr="00F14AA3">
        <w:t xml:space="preserve"> </w:t>
      </w:r>
      <w:proofErr w:type="spellStart"/>
      <w:r w:rsidRPr="00F14AA3">
        <w:t>nie</w:t>
      </w:r>
      <w:proofErr w:type="spellEnd"/>
      <w:r w:rsidRPr="00F14AA3">
        <w:t xml:space="preserve"> </w:t>
      </w:r>
      <w:proofErr w:type="spellStart"/>
      <w:r w:rsidRPr="00F14AA3">
        <w:t>zostanie</w:t>
      </w:r>
      <w:proofErr w:type="spellEnd"/>
      <w:r w:rsidRPr="00F14AA3">
        <w:t xml:space="preserve"> </w:t>
      </w:r>
      <w:proofErr w:type="spellStart"/>
      <w:r w:rsidRPr="00F14AA3">
        <w:t>złożony</w:t>
      </w:r>
      <w:proofErr w:type="spellEnd"/>
      <w:r w:rsidRPr="00F14AA3">
        <w:t xml:space="preserve"> w </w:t>
      </w:r>
      <w:proofErr w:type="spellStart"/>
      <w:r w:rsidRPr="00F14AA3">
        <w:t>naborze</w:t>
      </w:r>
      <w:proofErr w:type="spellEnd"/>
      <w:r w:rsidRPr="00F14AA3">
        <w:t xml:space="preserve">, </w:t>
      </w:r>
      <w:proofErr w:type="spellStart"/>
      <w:r w:rsidRPr="00F14AA3">
        <w:t>nie</w:t>
      </w:r>
      <w:proofErr w:type="spellEnd"/>
      <w:r w:rsidRPr="00F14AA3">
        <w:t xml:space="preserve"> </w:t>
      </w:r>
      <w:proofErr w:type="spellStart"/>
      <w:r w:rsidRPr="00F14AA3">
        <w:t>uzyska</w:t>
      </w:r>
      <w:proofErr w:type="spellEnd"/>
      <w:r w:rsidRPr="00F14AA3">
        <w:t xml:space="preserve"> </w:t>
      </w:r>
      <w:proofErr w:type="spellStart"/>
      <w:r w:rsidRPr="00F14AA3">
        <w:t>dofinansowania</w:t>
      </w:r>
      <w:proofErr w:type="spellEnd"/>
      <w:r w:rsidRPr="00F14AA3">
        <w:t xml:space="preserve"> </w:t>
      </w:r>
      <w:proofErr w:type="spellStart"/>
      <w:r w:rsidRPr="00F14AA3">
        <w:t>lub</w:t>
      </w:r>
      <w:proofErr w:type="spellEnd"/>
      <w:r w:rsidRPr="00F14AA3">
        <w:t xml:space="preserve"> </w:t>
      </w:r>
      <w:proofErr w:type="spellStart"/>
      <w:r w:rsidRPr="00F14AA3">
        <w:t>nie</w:t>
      </w:r>
      <w:proofErr w:type="spellEnd"/>
      <w:r w:rsidRPr="00F14AA3">
        <w:t xml:space="preserve"> </w:t>
      </w:r>
      <w:proofErr w:type="spellStart"/>
      <w:r w:rsidRPr="00F14AA3">
        <w:t>zostanie</w:t>
      </w:r>
      <w:proofErr w:type="spellEnd"/>
      <w:r w:rsidRPr="00F14AA3">
        <w:t xml:space="preserve"> </w:t>
      </w:r>
      <w:proofErr w:type="spellStart"/>
      <w:r w:rsidRPr="00F14AA3">
        <w:t>zawarta</w:t>
      </w:r>
      <w:proofErr w:type="spellEnd"/>
      <w:r w:rsidRPr="00F14AA3">
        <w:t xml:space="preserve"> </w:t>
      </w:r>
      <w:proofErr w:type="spellStart"/>
      <w:r w:rsidRPr="00F14AA3">
        <w:t>umowa</w:t>
      </w:r>
      <w:proofErr w:type="spellEnd"/>
      <w:r w:rsidRPr="00F14AA3">
        <w:t xml:space="preserve"> o </w:t>
      </w:r>
      <w:proofErr w:type="spellStart"/>
      <w:r w:rsidRPr="00F14AA3">
        <w:t>dofinansowanie</w:t>
      </w:r>
      <w:proofErr w:type="spellEnd"/>
      <w:r w:rsidRPr="00F14AA3">
        <w:t>;</w:t>
      </w:r>
    </w:p>
    <w:p w14:paraId="6EE68983" w14:textId="77777777" w:rsidR="00E54091" w:rsidRPr="00F14AA3" w:rsidRDefault="00E54091" w:rsidP="00E54091">
      <w:pPr>
        <w:pStyle w:val="Listapunktowana"/>
      </w:pPr>
      <w:proofErr w:type="spellStart"/>
      <w:r w:rsidRPr="00F14AA3">
        <w:t>postępowanie</w:t>
      </w:r>
      <w:proofErr w:type="spellEnd"/>
      <w:r w:rsidRPr="00F14AA3">
        <w:t xml:space="preserve"> </w:t>
      </w:r>
      <w:proofErr w:type="spellStart"/>
      <w:r w:rsidRPr="00F14AA3">
        <w:t>obarczone</w:t>
      </w:r>
      <w:proofErr w:type="spellEnd"/>
      <w:r w:rsidRPr="00F14AA3">
        <w:t xml:space="preserve"> jest </w:t>
      </w:r>
      <w:proofErr w:type="spellStart"/>
      <w:r w:rsidRPr="00F14AA3">
        <w:t>wadą</w:t>
      </w:r>
      <w:proofErr w:type="spellEnd"/>
      <w:r w:rsidRPr="00F14AA3">
        <w:t xml:space="preserve"> </w:t>
      </w:r>
      <w:proofErr w:type="spellStart"/>
      <w:r w:rsidRPr="00F14AA3">
        <w:t>uniemożliwiającą</w:t>
      </w:r>
      <w:proofErr w:type="spellEnd"/>
      <w:r w:rsidRPr="00F14AA3">
        <w:t xml:space="preserve"> </w:t>
      </w:r>
      <w:proofErr w:type="spellStart"/>
      <w:r w:rsidRPr="00F14AA3">
        <w:t>zawarcie</w:t>
      </w:r>
      <w:proofErr w:type="spellEnd"/>
      <w:r w:rsidRPr="00F14AA3">
        <w:t xml:space="preserve"> </w:t>
      </w:r>
      <w:proofErr w:type="spellStart"/>
      <w:r w:rsidRPr="00F14AA3">
        <w:t>ważnej</w:t>
      </w:r>
      <w:proofErr w:type="spellEnd"/>
      <w:r w:rsidRPr="00F14AA3">
        <w:t xml:space="preserve"> </w:t>
      </w:r>
      <w:proofErr w:type="spellStart"/>
      <w:r w:rsidRPr="00F14AA3">
        <w:t>umowy</w:t>
      </w:r>
      <w:proofErr w:type="spellEnd"/>
      <w:r w:rsidRPr="00F14AA3">
        <w:t>.</w:t>
      </w:r>
    </w:p>
    <w:p w14:paraId="7C4D9F61" w14:textId="77777777" w:rsidR="00E54091" w:rsidRPr="00F14AA3" w:rsidRDefault="00E54091" w:rsidP="00E54091">
      <w:pPr>
        <w:rPr>
          <w:rFonts w:ascii="Times New Roman" w:hAnsi="Times New Roman" w:cs="Times New Roman"/>
          <w:color w:val="000000"/>
          <w:sz w:val="22"/>
        </w:rPr>
      </w:pP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Informację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o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unieważnieniu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postępowania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wraz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z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uzasadnieniem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Zamawiający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publikuje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w BK2021.</w:t>
      </w:r>
    </w:p>
    <w:p w14:paraId="523818AE" w14:textId="7B5207CB" w:rsidR="00E54091" w:rsidRPr="00F14AA3" w:rsidRDefault="00C370A4" w:rsidP="00E54091">
      <w:pPr>
        <w:pStyle w:val="Nagwek2"/>
      </w:pPr>
      <w:r w:rsidRPr="00C370A4">
        <w:t xml:space="preserve">23. </w:t>
      </w:r>
      <w:proofErr w:type="spellStart"/>
      <w:r w:rsidRPr="00C370A4">
        <w:t>Klauzula</w:t>
      </w:r>
      <w:proofErr w:type="spellEnd"/>
      <w:r w:rsidRPr="00C370A4">
        <w:t xml:space="preserve"> </w:t>
      </w:r>
      <w:proofErr w:type="spellStart"/>
      <w:r w:rsidRPr="00C370A4">
        <w:t>informacyjna</w:t>
      </w:r>
      <w:proofErr w:type="spellEnd"/>
      <w:r w:rsidRPr="00C370A4">
        <w:t xml:space="preserve"> RODO</w:t>
      </w:r>
    </w:p>
    <w:p w14:paraId="14A8494C" w14:textId="77777777" w:rsidR="00365F0D" w:rsidRPr="00365F0D" w:rsidRDefault="00365F0D" w:rsidP="00365F0D">
      <w:pPr>
        <w:numPr>
          <w:ilvl w:val="0"/>
          <w:numId w:val="11"/>
        </w:numPr>
        <w:spacing w:after="0"/>
        <w:jc w:val="both"/>
        <w:rPr>
          <w:rFonts w:ascii="Times New Roman" w:eastAsia="Times New Roman" w:hAnsi="Times New Roman" w:cs="Times New Roman"/>
          <w:sz w:val="22"/>
          <w:szCs w:val="28"/>
        </w:rPr>
      </w:pP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Zgodnie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z art. 13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ust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. 1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i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2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rozporządzenia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Parlamentu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Europejskiego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i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Rady (UE) 2016/679 z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dnia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27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kwietnia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2016 r. w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sprawie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ochrony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osób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fizycznych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w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związku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z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przetwarzaniem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danych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osobowych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i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w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sprawie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swobodnego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przepływu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takich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danych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oraz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uchylenia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dyrektywy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95/46/WE (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ogólne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rozporządzenie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o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ochronie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danych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) (Dz.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Urz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. UE L 119 z 04.05.2016, str. 1),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dalej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„RODO”,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informuję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,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że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>:</w:t>
      </w:r>
    </w:p>
    <w:p w14:paraId="1710ABF9" w14:textId="3A614F34" w:rsidR="00365F0D" w:rsidRPr="00365F0D" w:rsidRDefault="00365F0D" w:rsidP="00365F0D">
      <w:pPr>
        <w:numPr>
          <w:ilvl w:val="1"/>
          <w:numId w:val="11"/>
        </w:numPr>
        <w:spacing w:after="0"/>
        <w:jc w:val="both"/>
        <w:rPr>
          <w:rFonts w:ascii="Times New Roman" w:eastAsia="Times New Roman" w:hAnsi="Times New Roman" w:cs="Times New Roman"/>
          <w:sz w:val="22"/>
          <w:szCs w:val="28"/>
        </w:rPr>
      </w:pP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administratorem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Pani/Pana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danych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osobowych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jest: </w:t>
      </w:r>
      <w:r w:rsidRPr="00365F0D">
        <w:rPr>
          <w:rFonts w:ascii="Times New Roman" w:eastAsia="Times New Roman" w:hAnsi="Times New Roman" w:cs="Times New Roman"/>
          <w:sz w:val="22"/>
          <w:szCs w:val="28"/>
        </w:rPr>
        <w:t>UBOT TECHNOLOGIES</w:t>
      </w:r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SP. Z O.O. Pani/Pana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dane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osobowe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przetwarzane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będą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na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podstawie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art. 6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ust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. 1 lit. c RODO w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celu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związanym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z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postępowaniem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o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udzielenie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zamówienia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publicznego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na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realizację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projektu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. </w:t>
      </w:r>
    </w:p>
    <w:p w14:paraId="75A22E3E" w14:textId="77777777" w:rsidR="00365F0D" w:rsidRPr="00365F0D" w:rsidRDefault="00365F0D" w:rsidP="00365F0D">
      <w:pPr>
        <w:numPr>
          <w:ilvl w:val="1"/>
          <w:numId w:val="11"/>
        </w:numPr>
        <w:spacing w:after="0"/>
        <w:jc w:val="both"/>
        <w:rPr>
          <w:rFonts w:ascii="Times New Roman" w:eastAsia="Times New Roman" w:hAnsi="Times New Roman" w:cs="Times New Roman"/>
          <w:sz w:val="22"/>
          <w:szCs w:val="28"/>
        </w:rPr>
      </w:pP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odbiorcami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Pani/Pana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danych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osobowych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będą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osoby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lub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podmioty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,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którym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udostępniona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zostanie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dokumentacja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postępowania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,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które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zgodnie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z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obowiązującym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prawem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mają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dostęp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do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dokumentacji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postępowania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; </w:t>
      </w:r>
    </w:p>
    <w:p w14:paraId="69D508F7" w14:textId="77777777" w:rsidR="00365F0D" w:rsidRPr="00365F0D" w:rsidRDefault="00365F0D" w:rsidP="00365F0D">
      <w:pPr>
        <w:numPr>
          <w:ilvl w:val="1"/>
          <w:numId w:val="11"/>
        </w:numPr>
        <w:spacing w:after="0"/>
        <w:jc w:val="both"/>
        <w:rPr>
          <w:rFonts w:ascii="Times New Roman" w:eastAsia="Times New Roman" w:hAnsi="Times New Roman" w:cs="Times New Roman"/>
          <w:sz w:val="22"/>
          <w:szCs w:val="28"/>
        </w:rPr>
      </w:pPr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Pani/Pana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dane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osobowe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będą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przechowywane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zgodnie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z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obowiązującymi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przepisami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prawa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w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okresie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realizacji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projektu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oraz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okresie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trwałości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projektu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oraz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do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dwóch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lat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od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dnia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31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grudnia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następującego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po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złożeniu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do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Komisji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Europejskiej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zestawienia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wydatków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, o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którym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mowa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w art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. 137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rozporządzenia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ogólnego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,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obejmującego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wydatki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wykazane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we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wniosku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o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płatność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, o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którym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mowa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w § 5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ust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. 27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lub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do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daty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zakończenia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ostatniego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zobowiązania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wynikającego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z § 8, w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zależności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od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tego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,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która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data jest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późniejsza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; </w:t>
      </w:r>
    </w:p>
    <w:p w14:paraId="2CC5E318" w14:textId="77777777" w:rsidR="00365F0D" w:rsidRPr="00365F0D" w:rsidRDefault="00365F0D" w:rsidP="00365F0D">
      <w:pPr>
        <w:numPr>
          <w:ilvl w:val="1"/>
          <w:numId w:val="11"/>
        </w:numPr>
        <w:spacing w:after="0"/>
        <w:jc w:val="both"/>
        <w:rPr>
          <w:rFonts w:ascii="Times New Roman" w:eastAsia="Times New Roman" w:hAnsi="Times New Roman" w:cs="Times New Roman"/>
          <w:sz w:val="22"/>
          <w:szCs w:val="28"/>
        </w:rPr>
      </w:pP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obowiązek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podania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przez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Panią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/Pana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danych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osobowych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bezpośrednio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Pani/Pana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dotyczących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jest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wymogiem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określonym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w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przepisach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wytycznych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,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związanych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z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udziałem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w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postępowaniu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o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udzielenie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zamówienia</w:t>
      </w:r>
      <w:proofErr w:type="spellEnd"/>
    </w:p>
    <w:p w14:paraId="3EA5D0C2" w14:textId="77777777" w:rsidR="00365F0D" w:rsidRPr="00365F0D" w:rsidRDefault="00365F0D" w:rsidP="00365F0D">
      <w:pPr>
        <w:numPr>
          <w:ilvl w:val="1"/>
          <w:numId w:val="11"/>
        </w:numPr>
        <w:spacing w:after="0"/>
        <w:jc w:val="both"/>
        <w:rPr>
          <w:rFonts w:ascii="Times New Roman" w:eastAsia="Times New Roman" w:hAnsi="Times New Roman" w:cs="Times New Roman"/>
          <w:sz w:val="22"/>
          <w:szCs w:val="28"/>
        </w:rPr>
      </w:pPr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w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odniesieniu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do Pani/Pana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danych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osobowych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decyzje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nie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będą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podejmowane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w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sposób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zautomatyzowany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,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stosowanie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do art. 22 RODO; </w:t>
      </w:r>
    </w:p>
    <w:p w14:paraId="7A466F6D" w14:textId="77777777" w:rsidR="00365F0D" w:rsidRPr="00365F0D" w:rsidRDefault="00365F0D" w:rsidP="00365F0D">
      <w:pPr>
        <w:numPr>
          <w:ilvl w:val="1"/>
          <w:numId w:val="11"/>
        </w:numPr>
        <w:spacing w:after="0"/>
        <w:jc w:val="both"/>
        <w:rPr>
          <w:rFonts w:ascii="Times New Roman" w:eastAsia="Times New Roman" w:hAnsi="Times New Roman" w:cs="Times New Roman"/>
          <w:sz w:val="22"/>
          <w:szCs w:val="28"/>
        </w:rPr>
      </w:pP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posiada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Pani/Pan: </w:t>
      </w:r>
    </w:p>
    <w:p w14:paraId="7B2D9757" w14:textId="77777777" w:rsidR="00365F0D" w:rsidRPr="00365F0D" w:rsidRDefault="00365F0D" w:rsidP="00365F0D">
      <w:pPr>
        <w:numPr>
          <w:ilvl w:val="2"/>
          <w:numId w:val="11"/>
        </w:numPr>
        <w:spacing w:after="0"/>
        <w:jc w:val="both"/>
        <w:rPr>
          <w:rFonts w:ascii="Times New Roman" w:eastAsia="Times New Roman" w:hAnsi="Times New Roman" w:cs="Times New Roman"/>
          <w:sz w:val="22"/>
          <w:szCs w:val="28"/>
        </w:rPr>
      </w:pP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na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podstawie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art. 15 RODO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prawo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dostępu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do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danych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osobowych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Pani/Pana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dotyczących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>;</w:t>
      </w:r>
    </w:p>
    <w:p w14:paraId="1F13D048" w14:textId="77777777" w:rsidR="00365F0D" w:rsidRPr="00365F0D" w:rsidRDefault="00365F0D" w:rsidP="00365F0D">
      <w:pPr>
        <w:numPr>
          <w:ilvl w:val="2"/>
          <w:numId w:val="11"/>
        </w:numPr>
        <w:spacing w:after="0"/>
        <w:jc w:val="both"/>
        <w:rPr>
          <w:rFonts w:ascii="Times New Roman" w:eastAsia="Times New Roman" w:hAnsi="Times New Roman" w:cs="Times New Roman"/>
          <w:sz w:val="22"/>
          <w:szCs w:val="28"/>
        </w:rPr>
      </w:pP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na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podstawie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art. 16 RODO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prawo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do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sprostowania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Pani/Pana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danych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osobowych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; </w:t>
      </w:r>
    </w:p>
    <w:p w14:paraId="562A0E61" w14:textId="77777777" w:rsidR="00365F0D" w:rsidRPr="00365F0D" w:rsidRDefault="00365F0D" w:rsidP="00365F0D">
      <w:pPr>
        <w:numPr>
          <w:ilvl w:val="2"/>
          <w:numId w:val="11"/>
        </w:numPr>
        <w:spacing w:after="0"/>
        <w:jc w:val="both"/>
        <w:rPr>
          <w:rFonts w:ascii="Times New Roman" w:eastAsia="Times New Roman" w:hAnsi="Times New Roman" w:cs="Times New Roman"/>
          <w:sz w:val="22"/>
          <w:szCs w:val="28"/>
        </w:rPr>
      </w:pP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lastRenderedPageBreak/>
        <w:t>na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podstawie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art. 18 RODO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prawo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żądania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od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administratora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ograniczenia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przetwarzania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danych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osobowych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z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zastrzeżeniem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przypadków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, o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których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mowa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w art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. 18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ust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. 2 RODO; </w:t>
      </w:r>
    </w:p>
    <w:p w14:paraId="2676903B" w14:textId="77777777" w:rsidR="00365F0D" w:rsidRPr="00365F0D" w:rsidRDefault="00365F0D" w:rsidP="00365F0D">
      <w:pPr>
        <w:numPr>
          <w:ilvl w:val="2"/>
          <w:numId w:val="11"/>
        </w:numPr>
        <w:spacing w:after="0"/>
        <w:jc w:val="both"/>
        <w:rPr>
          <w:rFonts w:ascii="Times New Roman" w:eastAsia="Times New Roman" w:hAnsi="Times New Roman" w:cs="Times New Roman"/>
          <w:sz w:val="22"/>
          <w:szCs w:val="28"/>
        </w:rPr>
      </w:pP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prawo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do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wniesienia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skargi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do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Prezesa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Urzędu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Ochrony Danych Osobowych,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gdy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uzna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Pani/Pan,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że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przetwarzanie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danych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osobowych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Pani/Pana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dotyczących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narusza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przepisy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RODO; </w:t>
      </w:r>
    </w:p>
    <w:p w14:paraId="2D87FDFA" w14:textId="77777777" w:rsidR="00365F0D" w:rsidRPr="00365F0D" w:rsidRDefault="00365F0D" w:rsidP="00365F0D">
      <w:pPr>
        <w:numPr>
          <w:ilvl w:val="1"/>
          <w:numId w:val="11"/>
        </w:numPr>
        <w:spacing w:after="0"/>
        <w:jc w:val="both"/>
        <w:rPr>
          <w:sz w:val="22"/>
          <w:szCs w:val="28"/>
        </w:rPr>
      </w:pPr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nie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przysługuje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Pani/Panu: </w:t>
      </w:r>
    </w:p>
    <w:p w14:paraId="552731CA" w14:textId="77777777" w:rsidR="00365F0D" w:rsidRPr="00365F0D" w:rsidRDefault="00365F0D" w:rsidP="00365F0D">
      <w:pPr>
        <w:numPr>
          <w:ilvl w:val="2"/>
          <w:numId w:val="11"/>
        </w:numPr>
        <w:spacing w:after="0"/>
        <w:jc w:val="both"/>
        <w:rPr>
          <w:rFonts w:ascii="Times New Roman" w:eastAsia="Times New Roman" w:hAnsi="Times New Roman" w:cs="Times New Roman"/>
          <w:sz w:val="22"/>
          <w:szCs w:val="28"/>
        </w:rPr>
      </w:pPr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w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związku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z art. 17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ust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. 3 lit. b, d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lub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e RODO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prawo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do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usunięcia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danych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osobowych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; </w:t>
      </w:r>
    </w:p>
    <w:p w14:paraId="5BAE07A5" w14:textId="77777777" w:rsidR="00365F0D" w:rsidRPr="00365F0D" w:rsidRDefault="00365F0D" w:rsidP="00365F0D">
      <w:pPr>
        <w:numPr>
          <w:ilvl w:val="2"/>
          <w:numId w:val="11"/>
        </w:numPr>
        <w:spacing w:after="0"/>
        <w:jc w:val="both"/>
        <w:rPr>
          <w:rFonts w:ascii="Times New Roman" w:eastAsia="Times New Roman" w:hAnsi="Times New Roman" w:cs="Times New Roman"/>
          <w:sz w:val="22"/>
          <w:szCs w:val="28"/>
        </w:rPr>
      </w:pP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prawo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do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przenoszenia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danych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osobowych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, o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którym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mowa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w art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>. 20 RODO;</w:t>
      </w:r>
    </w:p>
    <w:p w14:paraId="3E68290C" w14:textId="77777777" w:rsidR="00365F0D" w:rsidRPr="00365F0D" w:rsidRDefault="00365F0D" w:rsidP="00365F0D">
      <w:pPr>
        <w:numPr>
          <w:ilvl w:val="2"/>
          <w:numId w:val="11"/>
        </w:numPr>
        <w:spacing w:after="0"/>
        <w:jc w:val="both"/>
        <w:rPr>
          <w:rFonts w:ascii="Times New Roman" w:eastAsia="Times New Roman" w:hAnsi="Times New Roman" w:cs="Times New Roman"/>
          <w:sz w:val="22"/>
          <w:szCs w:val="28"/>
        </w:rPr>
      </w:pP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na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podstawie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art. 21 RODO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prawo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sprzeciwu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,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wobec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przetwarzania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danych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osobowych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,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gdyż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podstawą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prawną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przetwarzania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Pani/Pana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danych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osobowych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 xml:space="preserve"> jest art. 6 </w:t>
      </w:r>
      <w:proofErr w:type="spellStart"/>
      <w:r w:rsidRPr="00365F0D">
        <w:rPr>
          <w:rFonts w:ascii="Times New Roman" w:eastAsia="Times New Roman" w:hAnsi="Times New Roman" w:cs="Times New Roman"/>
          <w:sz w:val="22"/>
          <w:szCs w:val="28"/>
        </w:rPr>
        <w:t>ust</w:t>
      </w:r>
      <w:proofErr w:type="spellEnd"/>
      <w:r w:rsidRPr="00365F0D">
        <w:rPr>
          <w:rFonts w:ascii="Times New Roman" w:eastAsia="Times New Roman" w:hAnsi="Times New Roman" w:cs="Times New Roman"/>
          <w:sz w:val="22"/>
          <w:szCs w:val="28"/>
        </w:rPr>
        <w:t>. 1 lit. c RODO.</w:t>
      </w:r>
    </w:p>
    <w:p w14:paraId="6F802DB8" w14:textId="0D02C18B" w:rsidR="00365F0D" w:rsidRPr="00C370A4" w:rsidRDefault="00C370A4" w:rsidP="00C370A4">
      <w:pPr>
        <w:pStyle w:val="Nagwek2"/>
      </w:pPr>
      <w:r w:rsidRPr="00C370A4">
        <w:t xml:space="preserve">24. </w:t>
      </w:r>
      <w:proofErr w:type="spellStart"/>
      <w:r w:rsidRPr="00C370A4">
        <w:t>Klauzule</w:t>
      </w:r>
      <w:proofErr w:type="spellEnd"/>
      <w:r w:rsidRPr="00C370A4">
        <w:t xml:space="preserve"> </w:t>
      </w:r>
      <w:proofErr w:type="spellStart"/>
      <w:r w:rsidRPr="00C370A4">
        <w:t>społeczne</w:t>
      </w:r>
      <w:proofErr w:type="spellEnd"/>
    </w:p>
    <w:p w14:paraId="2366D306" w14:textId="77777777" w:rsidR="00365F0D" w:rsidRDefault="00365F0D" w:rsidP="00365F0D">
      <w:pPr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Zamawiający</w:t>
      </w:r>
      <w:proofErr w:type="spellEnd"/>
      <w:r>
        <w:rPr>
          <w:rFonts w:ascii="Times New Roman" w:eastAsia="Times New Roman" w:hAnsi="Times New Roman" w:cs="Times New Roman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</w:rPr>
        <w:t>sposób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bezwarunkowy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przestrzega</w:t>
      </w:r>
      <w:proofErr w:type="spellEnd"/>
      <w:r>
        <w:rPr>
          <w:rFonts w:ascii="Times New Roman" w:eastAsia="Times New Roman" w:hAnsi="Times New Roman" w:cs="Times New Roman"/>
        </w:rPr>
        <w:t xml:space="preserve"> „</w:t>
      </w:r>
      <w:proofErr w:type="spellStart"/>
      <w:r>
        <w:rPr>
          <w:rFonts w:ascii="Times New Roman" w:eastAsia="Times New Roman" w:hAnsi="Times New Roman" w:cs="Times New Roman"/>
        </w:rPr>
        <w:t>Polityki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równości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szans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niedyskryminacji</w:t>
      </w:r>
      <w:proofErr w:type="spellEnd"/>
      <w:r>
        <w:rPr>
          <w:rFonts w:ascii="Times New Roman" w:eastAsia="Times New Roman" w:hAnsi="Times New Roman" w:cs="Times New Roman"/>
        </w:rPr>
        <w:t xml:space="preserve">”. W </w:t>
      </w:r>
      <w:proofErr w:type="spellStart"/>
      <w:r>
        <w:rPr>
          <w:rFonts w:ascii="Times New Roman" w:eastAsia="Times New Roman" w:hAnsi="Times New Roman" w:cs="Times New Roman"/>
        </w:rPr>
        <w:t>praktyce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oznacza</w:t>
      </w:r>
      <w:proofErr w:type="spellEnd"/>
      <w:r>
        <w:rPr>
          <w:rFonts w:ascii="Times New Roman" w:eastAsia="Times New Roman" w:hAnsi="Times New Roman" w:cs="Times New Roman"/>
        </w:rPr>
        <w:t xml:space="preserve">, to </w:t>
      </w:r>
      <w:proofErr w:type="spellStart"/>
      <w:r>
        <w:rPr>
          <w:rFonts w:ascii="Times New Roman" w:eastAsia="Times New Roman" w:hAnsi="Times New Roman" w:cs="Times New Roman"/>
        </w:rPr>
        <w:t>iż</w:t>
      </w:r>
      <w:proofErr w:type="spellEnd"/>
      <w:r>
        <w:rPr>
          <w:rFonts w:ascii="Times New Roman" w:eastAsia="Times New Roman" w:hAnsi="Times New Roman" w:cs="Times New Roman"/>
        </w:rPr>
        <w:t>:</w:t>
      </w:r>
    </w:p>
    <w:p w14:paraId="3ABA454D" w14:textId="77777777" w:rsidR="00365F0D" w:rsidRDefault="00365F0D" w:rsidP="00365F0D">
      <w:pPr>
        <w:numPr>
          <w:ilvl w:val="0"/>
          <w:numId w:val="12"/>
        </w:numPr>
        <w:spacing w:after="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Zadania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realizowane</w:t>
      </w:r>
      <w:proofErr w:type="spellEnd"/>
      <w:r>
        <w:rPr>
          <w:rFonts w:ascii="Times New Roman" w:eastAsia="Times New Roman" w:hAnsi="Times New Roman" w:cs="Times New Roman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</w:rPr>
        <w:t>ramach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przedmiotowego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zapytania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ofertowego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realizowane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będą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sposób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niedyskryminujący</w:t>
      </w:r>
      <w:proofErr w:type="spellEnd"/>
      <w:r>
        <w:rPr>
          <w:rFonts w:ascii="Times New Roman" w:eastAsia="Times New Roman" w:hAnsi="Times New Roman" w:cs="Times New Roman"/>
        </w:rPr>
        <w:t xml:space="preserve"> ze </w:t>
      </w:r>
      <w:proofErr w:type="spellStart"/>
      <w:r>
        <w:rPr>
          <w:rFonts w:ascii="Times New Roman" w:eastAsia="Times New Roman" w:hAnsi="Times New Roman" w:cs="Times New Roman"/>
        </w:rPr>
        <w:t>względu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płeć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rasę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pochodzenie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etniczne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religie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lub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światopogląd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niepełnosprawność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wiek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orientację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seksualną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narodowość</w:t>
      </w:r>
      <w:proofErr w:type="spellEnd"/>
      <w:r>
        <w:rPr>
          <w:rFonts w:ascii="Times New Roman" w:eastAsia="Times New Roman" w:hAnsi="Times New Roman" w:cs="Times New Roman"/>
        </w:rPr>
        <w:t xml:space="preserve">, status </w:t>
      </w:r>
      <w:proofErr w:type="spellStart"/>
      <w:r>
        <w:rPr>
          <w:rFonts w:ascii="Times New Roman" w:eastAsia="Times New Roman" w:hAnsi="Times New Roman" w:cs="Times New Roman"/>
        </w:rPr>
        <w:t>ekonomiczny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miejsce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zamieszkania</w:t>
      </w:r>
      <w:proofErr w:type="spellEnd"/>
      <w:r>
        <w:rPr>
          <w:rFonts w:ascii="Times New Roman" w:eastAsia="Times New Roman" w:hAnsi="Times New Roman" w:cs="Times New Roman"/>
        </w:rPr>
        <w:t xml:space="preserve">, stan </w:t>
      </w:r>
      <w:proofErr w:type="spellStart"/>
      <w:r>
        <w:rPr>
          <w:rFonts w:ascii="Times New Roman" w:eastAsia="Times New Roman" w:hAnsi="Times New Roman" w:cs="Times New Roman"/>
        </w:rPr>
        <w:t>cywilny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itp</w:t>
      </w:r>
      <w:proofErr w:type="spellEnd"/>
      <w:r>
        <w:rPr>
          <w:rFonts w:ascii="Times New Roman" w:eastAsia="Times New Roman" w:hAnsi="Times New Roman" w:cs="Times New Roman"/>
        </w:rPr>
        <w:t>.;</w:t>
      </w:r>
    </w:p>
    <w:p w14:paraId="170176B0" w14:textId="77777777" w:rsidR="00365F0D" w:rsidRDefault="00365F0D" w:rsidP="00365F0D">
      <w:pPr>
        <w:numPr>
          <w:ilvl w:val="0"/>
          <w:numId w:val="12"/>
        </w:numPr>
        <w:spacing w:after="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Zamawiający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zapewnia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równe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traktowanie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dla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obydwu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płci</w:t>
      </w:r>
      <w:proofErr w:type="spellEnd"/>
      <w:r>
        <w:rPr>
          <w:rFonts w:ascii="Times New Roman" w:eastAsia="Times New Roman" w:hAnsi="Times New Roman" w:cs="Times New Roman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</w:rPr>
        <w:t>pracę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tej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samej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wartości</w:t>
      </w:r>
      <w:proofErr w:type="spellEnd"/>
      <w:r>
        <w:rPr>
          <w:rFonts w:ascii="Times New Roman" w:eastAsia="Times New Roman" w:hAnsi="Times New Roman" w:cs="Times New Roman"/>
        </w:rPr>
        <w:t>;</w:t>
      </w:r>
    </w:p>
    <w:p w14:paraId="2E32FE01" w14:textId="77777777" w:rsidR="00365F0D" w:rsidRDefault="00365F0D" w:rsidP="00365F0D">
      <w:pPr>
        <w:numPr>
          <w:ilvl w:val="0"/>
          <w:numId w:val="12"/>
        </w:numPr>
        <w:spacing w:after="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Postępowanie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rekrutacyjne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Wykonawcy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zrealizowane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zostanie</w:t>
      </w:r>
      <w:proofErr w:type="spellEnd"/>
      <w:r>
        <w:rPr>
          <w:rFonts w:ascii="Times New Roman" w:eastAsia="Times New Roman" w:hAnsi="Times New Roman" w:cs="Times New Roman"/>
        </w:rPr>
        <w:t xml:space="preserve"> bez </w:t>
      </w:r>
      <w:proofErr w:type="spellStart"/>
      <w:r>
        <w:rPr>
          <w:rFonts w:ascii="Times New Roman" w:eastAsia="Times New Roman" w:hAnsi="Times New Roman" w:cs="Times New Roman"/>
        </w:rPr>
        <w:t>dyskryminacji</w:t>
      </w:r>
      <w:proofErr w:type="spellEnd"/>
      <w:r>
        <w:rPr>
          <w:rFonts w:ascii="Times New Roman" w:eastAsia="Times New Roman" w:hAnsi="Times New Roman" w:cs="Times New Roman"/>
        </w:rPr>
        <w:t xml:space="preserve"> bez </w:t>
      </w:r>
      <w:proofErr w:type="spellStart"/>
      <w:r>
        <w:rPr>
          <w:rFonts w:ascii="Times New Roman" w:eastAsia="Times New Roman" w:hAnsi="Times New Roman" w:cs="Times New Roman"/>
        </w:rPr>
        <w:t>względu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pochodzenie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rasę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wyznanie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religijne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orientację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seksualną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światopogląd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wiek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czy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posiadaną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niepełnosprawność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75472B73" w14:textId="77777777" w:rsidR="00365F0D" w:rsidRDefault="00365F0D" w:rsidP="00365F0D">
      <w:pPr>
        <w:numPr>
          <w:ilvl w:val="0"/>
          <w:numId w:val="12"/>
        </w:numPr>
        <w:spacing w:after="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Wykonawca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zapewnia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również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iż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równo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traktuje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osoby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pełnosprawne</w:t>
      </w:r>
      <w:proofErr w:type="spellEnd"/>
      <w:r>
        <w:rPr>
          <w:rFonts w:ascii="Times New Roman" w:eastAsia="Times New Roman" w:hAnsi="Times New Roman" w:cs="Times New Roman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</w:rPr>
        <w:t>stosunku</w:t>
      </w:r>
      <w:proofErr w:type="spellEnd"/>
      <w:r>
        <w:rPr>
          <w:rFonts w:ascii="Times New Roman" w:eastAsia="Times New Roman" w:hAnsi="Times New Roman" w:cs="Times New Roman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</w:rPr>
        <w:t>osób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niepełnosprawnych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04AE0EB5" w14:textId="3DD6960F" w:rsidR="00E54091" w:rsidRPr="00F14AA3" w:rsidRDefault="00C370A4" w:rsidP="00365F0D">
      <w:pPr>
        <w:pStyle w:val="Nagwek2"/>
      </w:pPr>
      <w:r w:rsidRPr="00C370A4">
        <w:t xml:space="preserve">25. </w:t>
      </w:r>
      <w:proofErr w:type="spellStart"/>
      <w:r w:rsidRPr="00C370A4">
        <w:t>Załączniki</w:t>
      </w:r>
      <w:proofErr w:type="spellEnd"/>
    </w:p>
    <w:p w14:paraId="6B481E17" w14:textId="77777777" w:rsidR="00E54091" w:rsidRPr="00F14AA3" w:rsidRDefault="00E54091" w:rsidP="00E54091">
      <w:pPr>
        <w:pStyle w:val="Listapunktowana"/>
      </w:pPr>
      <w:proofErr w:type="spellStart"/>
      <w:r w:rsidRPr="00F14AA3">
        <w:t>Załącznik</w:t>
      </w:r>
      <w:proofErr w:type="spellEnd"/>
      <w:r w:rsidRPr="00F14AA3">
        <w:t xml:space="preserve"> nr 1 – </w:t>
      </w:r>
      <w:proofErr w:type="spellStart"/>
      <w:r w:rsidRPr="00F14AA3">
        <w:t>Formularz</w:t>
      </w:r>
      <w:proofErr w:type="spellEnd"/>
      <w:r w:rsidRPr="00F14AA3">
        <w:t xml:space="preserve"> </w:t>
      </w:r>
      <w:proofErr w:type="spellStart"/>
      <w:r w:rsidRPr="00F14AA3">
        <w:t>ofertowy</w:t>
      </w:r>
      <w:proofErr w:type="spellEnd"/>
      <w:r w:rsidRPr="00F14AA3">
        <w:t xml:space="preserve"> </w:t>
      </w:r>
      <w:proofErr w:type="spellStart"/>
      <w:r w:rsidRPr="00F14AA3">
        <w:t>wraz</w:t>
      </w:r>
      <w:proofErr w:type="spellEnd"/>
      <w:r w:rsidRPr="00F14AA3">
        <w:t xml:space="preserve"> z </w:t>
      </w:r>
      <w:proofErr w:type="spellStart"/>
      <w:r w:rsidRPr="00F14AA3">
        <w:t>oświadczeniami</w:t>
      </w:r>
      <w:proofErr w:type="spellEnd"/>
    </w:p>
    <w:p w14:paraId="5781FDC2" w14:textId="77777777" w:rsidR="00E54091" w:rsidRPr="00F14AA3" w:rsidRDefault="00E54091" w:rsidP="00E54091">
      <w:pPr>
        <w:pStyle w:val="Listapunktowana"/>
      </w:pPr>
      <w:proofErr w:type="spellStart"/>
      <w:r w:rsidRPr="00F14AA3">
        <w:t>Załącznik</w:t>
      </w:r>
      <w:proofErr w:type="spellEnd"/>
      <w:r w:rsidRPr="00F14AA3">
        <w:t xml:space="preserve"> nr 2 – </w:t>
      </w:r>
      <w:proofErr w:type="spellStart"/>
      <w:r w:rsidRPr="00F14AA3">
        <w:t>Wykaz</w:t>
      </w:r>
      <w:proofErr w:type="spellEnd"/>
      <w:r w:rsidRPr="00F14AA3">
        <w:t xml:space="preserve"> </w:t>
      </w:r>
      <w:proofErr w:type="spellStart"/>
      <w:r w:rsidRPr="00F14AA3">
        <w:t>osób</w:t>
      </w:r>
      <w:proofErr w:type="spellEnd"/>
      <w:r w:rsidRPr="00F14AA3">
        <w:t xml:space="preserve"> </w:t>
      </w:r>
      <w:proofErr w:type="spellStart"/>
      <w:r w:rsidRPr="00F14AA3">
        <w:t>skierowanych</w:t>
      </w:r>
      <w:proofErr w:type="spellEnd"/>
      <w:r w:rsidRPr="00F14AA3">
        <w:t xml:space="preserve"> do </w:t>
      </w:r>
      <w:proofErr w:type="spellStart"/>
      <w:r w:rsidRPr="00F14AA3">
        <w:t>realizacji</w:t>
      </w:r>
      <w:proofErr w:type="spellEnd"/>
      <w:r w:rsidRPr="00F14AA3">
        <w:t xml:space="preserve"> </w:t>
      </w:r>
      <w:proofErr w:type="spellStart"/>
      <w:r w:rsidRPr="00F14AA3">
        <w:t>zamówienia</w:t>
      </w:r>
      <w:proofErr w:type="spellEnd"/>
    </w:p>
    <w:p w14:paraId="11D74AD9" w14:textId="77777777" w:rsidR="00E54091" w:rsidRPr="00F14AA3" w:rsidRDefault="00E54091" w:rsidP="00E54091">
      <w:pPr>
        <w:pStyle w:val="Listapunktowana"/>
      </w:pPr>
      <w:proofErr w:type="spellStart"/>
      <w:r w:rsidRPr="00F14AA3">
        <w:t>Załącznik</w:t>
      </w:r>
      <w:proofErr w:type="spellEnd"/>
      <w:r w:rsidRPr="00F14AA3">
        <w:t xml:space="preserve"> nr 3 – </w:t>
      </w:r>
      <w:proofErr w:type="spellStart"/>
      <w:r w:rsidRPr="00F14AA3">
        <w:t>Wykaz</w:t>
      </w:r>
      <w:proofErr w:type="spellEnd"/>
      <w:r w:rsidRPr="00F14AA3">
        <w:t xml:space="preserve"> </w:t>
      </w:r>
      <w:proofErr w:type="spellStart"/>
      <w:r w:rsidRPr="00F14AA3">
        <w:t>projektów</w:t>
      </w:r>
      <w:proofErr w:type="spellEnd"/>
      <w:r w:rsidRPr="00F14AA3">
        <w:t>/</w:t>
      </w:r>
      <w:proofErr w:type="spellStart"/>
      <w:r w:rsidRPr="00F14AA3">
        <w:t>usług</w:t>
      </w:r>
      <w:proofErr w:type="spellEnd"/>
    </w:p>
    <w:p w14:paraId="72571E78" w14:textId="77777777" w:rsidR="00365F0D" w:rsidRDefault="00E54091" w:rsidP="00E54091">
      <w:pPr>
        <w:pStyle w:val="Listapunktowana"/>
      </w:pPr>
      <w:proofErr w:type="spellStart"/>
      <w:r w:rsidRPr="00F14AA3">
        <w:t>Załącznik</w:t>
      </w:r>
      <w:proofErr w:type="spellEnd"/>
      <w:r w:rsidRPr="00F14AA3">
        <w:t xml:space="preserve"> nr 4 – </w:t>
      </w:r>
      <w:proofErr w:type="spellStart"/>
      <w:r w:rsidRPr="00F14AA3">
        <w:t>Wykaz</w:t>
      </w:r>
      <w:proofErr w:type="spellEnd"/>
      <w:r w:rsidRPr="00F14AA3">
        <w:t xml:space="preserve"> </w:t>
      </w:r>
      <w:proofErr w:type="spellStart"/>
      <w:r w:rsidRPr="00F14AA3">
        <w:t>potencjału</w:t>
      </w:r>
      <w:proofErr w:type="spellEnd"/>
      <w:r w:rsidRPr="00F14AA3">
        <w:t xml:space="preserve"> </w:t>
      </w:r>
      <w:proofErr w:type="spellStart"/>
      <w:r w:rsidRPr="00F14AA3">
        <w:t>technicznego</w:t>
      </w:r>
      <w:proofErr w:type="spellEnd"/>
    </w:p>
    <w:p w14:paraId="470C78BC" w14:textId="08063CCC" w:rsidR="00E54091" w:rsidRPr="00365F0D" w:rsidRDefault="00365F0D" w:rsidP="00365F0D">
      <w:pPr>
        <w:pStyle w:val="Listapunktowana"/>
      </w:pPr>
      <w:proofErr w:type="spellStart"/>
      <w:r w:rsidRPr="00365F0D">
        <w:t>Załącznik</w:t>
      </w:r>
      <w:proofErr w:type="spellEnd"/>
      <w:r w:rsidRPr="00365F0D">
        <w:t xml:space="preserve"> nr 5 – </w:t>
      </w:r>
      <w:proofErr w:type="spellStart"/>
      <w:r w:rsidRPr="00365F0D">
        <w:t>Oświadczenie</w:t>
      </w:r>
      <w:proofErr w:type="spellEnd"/>
      <w:r w:rsidRPr="00365F0D">
        <w:t xml:space="preserve"> o </w:t>
      </w:r>
      <w:proofErr w:type="spellStart"/>
      <w:r w:rsidRPr="00365F0D">
        <w:t>braku</w:t>
      </w:r>
      <w:proofErr w:type="spellEnd"/>
      <w:r w:rsidRPr="00365F0D">
        <w:t xml:space="preserve"> </w:t>
      </w:r>
      <w:proofErr w:type="spellStart"/>
      <w:r w:rsidRPr="00365F0D">
        <w:t>powiązań</w:t>
      </w:r>
      <w:proofErr w:type="spellEnd"/>
      <w:r w:rsidRPr="00365F0D">
        <w:t xml:space="preserve"> </w:t>
      </w:r>
      <w:proofErr w:type="spellStart"/>
      <w:r w:rsidRPr="00365F0D">
        <w:t>osobowych</w:t>
      </w:r>
      <w:proofErr w:type="spellEnd"/>
      <w:r w:rsidRPr="00365F0D">
        <w:t xml:space="preserve"> </w:t>
      </w:r>
      <w:proofErr w:type="spellStart"/>
      <w:r w:rsidRPr="00365F0D">
        <w:t>lub</w:t>
      </w:r>
      <w:proofErr w:type="spellEnd"/>
      <w:r w:rsidRPr="00365F0D">
        <w:t xml:space="preserve"> </w:t>
      </w:r>
      <w:proofErr w:type="spellStart"/>
      <w:r w:rsidRPr="00365F0D">
        <w:t>kapitałowych</w:t>
      </w:r>
      <w:proofErr w:type="spellEnd"/>
    </w:p>
    <w:p w14:paraId="0115FC24" w14:textId="20A80739" w:rsidR="002161BE" w:rsidRPr="00F14AA3" w:rsidRDefault="002161BE">
      <w:pPr>
        <w:rPr>
          <w:rFonts w:ascii="Times New Roman" w:hAnsi="Times New Roman" w:cs="Times New Roman"/>
          <w:color w:val="000000"/>
          <w:sz w:val="22"/>
        </w:rPr>
      </w:pPr>
    </w:p>
    <w:sectPr w:rsidR="002161BE" w:rsidRPr="00F14AA3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F9106A" w14:textId="77777777" w:rsidR="00820089" w:rsidRDefault="00820089">
      <w:pPr>
        <w:spacing w:after="0" w:line="240" w:lineRule="auto"/>
      </w:pPr>
      <w:r>
        <w:separator/>
      </w:r>
    </w:p>
  </w:endnote>
  <w:endnote w:type="continuationSeparator" w:id="0">
    <w:p w14:paraId="57399D53" w14:textId="77777777" w:rsidR="00820089" w:rsidRDefault="008200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E2E630" w14:textId="77777777" w:rsidR="00E54091" w:rsidRDefault="00E5409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739A94" w14:textId="55F05070" w:rsidR="002161BE" w:rsidRDefault="00000000">
    <w:pPr>
      <w:pStyle w:val="Stopka"/>
      <w:jc w:val="center"/>
    </w:pPr>
    <w:r>
      <w:rPr>
        <w:color w:val="777777"/>
        <w:sz w:val="16"/>
      </w:rPr>
      <w:t xml:space="preserve">UBOT TECHNOLOGIES – </w:t>
    </w:r>
    <w:proofErr w:type="spellStart"/>
    <w:r w:rsidR="00E54091">
      <w:rPr>
        <w:color w:val="777777"/>
        <w:sz w:val="16"/>
      </w:rPr>
      <w:t>Zapytanie</w:t>
    </w:r>
    <w:proofErr w:type="spellEnd"/>
    <w:r w:rsidR="00E54091">
      <w:rPr>
        <w:color w:val="777777"/>
        <w:sz w:val="16"/>
      </w:rPr>
      <w:t xml:space="preserve"> </w:t>
    </w:r>
    <w:proofErr w:type="spellStart"/>
    <w:r w:rsidR="00E54091">
      <w:rPr>
        <w:color w:val="777777"/>
        <w:sz w:val="16"/>
      </w:rPr>
      <w:t>ofertowe</w:t>
    </w:r>
    <w:proofErr w:type="spellEnd"/>
    <w:r w:rsidR="00E54091">
      <w:rPr>
        <w:color w:val="777777"/>
        <w:sz w:val="16"/>
      </w:rPr>
      <w:t xml:space="preserve"> nr </w:t>
    </w:r>
    <w:r w:rsidR="008A0B04" w:rsidRPr="008A0B04">
      <w:rPr>
        <w:color w:val="808080"/>
        <w:sz w:val="16"/>
      </w:rPr>
      <w:t>1/SMART/2026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BEA041" w14:textId="77777777" w:rsidR="00E54091" w:rsidRDefault="00E540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146468" w14:textId="77777777" w:rsidR="00820089" w:rsidRDefault="00820089">
      <w:pPr>
        <w:spacing w:after="0" w:line="240" w:lineRule="auto"/>
      </w:pPr>
      <w:r>
        <w:separator/>
      </w:r>
    </w:p>
  </w:footnote>
  <w:footnote w:type="continuationSeparator" w:id="0">
    <w:p w14:paraId="02D7BBBF" w14:textId="77777777" w:rsidR="00820089" w:rsidRDefault="008200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710230" w14:textId="77777777" w:rsidR="00E54091" w:rsidRDefault="00E5409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595E78" w14:textId="6A356D1A" w:rsidR="00E54091" w:rsidRDefault="00E44D56" w:rsidP="00E44D56">
    <w:pPr>
      <w:pStyle w:val="Nagwek"/>
      <w:jc w:val="center"/>
    </w:pPr>
    <w:r>
      <w:rPr>
        <w:noProof/>
      </w:rPr>
      <w:drawing>
        <wp:inline distT="0" distB="0" distL="0" distR="0" wp14:anchorId="1EA7791B" wp14:editId="19DDC18D">
          <wp:extent cx="4542817" cy="520065"/>
          <wp:effectExtent l="0" t="0" r="3810" b="635"/>
          <wp:docPr id="753713530" name="Obraz 7537135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4_nowoczesna_gospodarka_kolor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1142"/>
                  <a:stretch>
                    <a:fillRect/>
                  </a:stretch>
                </pic:blipFill>
                <pic:spPr bwMode="auto">
                  <a:xfrm>
                    <a:off x="0" y="0"/>
                    <a:ext cx="4542817" cy="5200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4B988C" w14:textId="77777777" w:rsidR="00E54091" w:rsidRDefault="00E5409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04827B0"/>
    <w:multiLevelType w:val="multilevel"/>
    <w:tmpl w:val="AE7EC3B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418721C9"/>
    <w:multiLevelType w:val="multilevel"/>
    <w:tmpl w:val="B47C7C1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65885F5A"/>
    <w:multiLevelType w:val="multilevel"/>
    <w:tmpl w:val="A32688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69F47625"/>
    <w:multiLevelType w:val="multilevel"/>
    <w:tmpl w:val="96607DB4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num w:numId="1" w16cid:durableId="2005277807">
    <w:abstractNumId w:val="8"/>
  </w:num>
  <w:num w:numId="2" w16cid:durableId="547837111">
    <w:abstractNumId w:val="6"/>
  </w:num>
  <w:num w:numId="3" w16cid:durableId="1132794889">
    <w:abstractNumId w:val="5"/>
  </w:num>
  <w:num w:numId="4" w16cid:durableId="1167283754">
    <w:abstractNumId w:val="4"/>
  </w:num>
  <w:num w:numId="5" w16cid:durableId="234633765">
    <w:abstractNumId w:val="7"/>
  </w:num>
  <w:num w:numId="6" w16cid:durableId="1104379488">
    <w:abstractNumId w:val="3"/>
  </w:num>
  <w:num w:numId="7" w16cid:durableId="700663147">
    <w:abstractNumId w:val="2"/>
  </w:num>
  <w:num w:numId="8" w16cid:durableId="1894390216">
    <w:abstractNumId w:val="1"/>
  </w:num>
  <w:num w:numId="9" w16cid:durableId="1624145006">
    <w:abstractNumId w:val="0"/>
  </w:num>
  <w:num w:numId="10" w16cid:durableId="1956673617">
    <w:abstractNumId w:val="8"/>
  </w:num>
  <w:num w:numId="11" w16cid:durableId="1439568344">
    <w:abstractNumId w:val="9"/>
  </w:num>
  <w:num w:numId="12" w16cid:durableId="1219778906">
    <w:abstractNumId w:val="12"/>
  </w:num>
  <w:num w:numId="13" w16cid:durableId="292173497">
    <w:abstractNumId w:val="10"/>
  </w:num>
  <w:num w:numId="14" w16cid:durableId="1419903251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61BE"/>
    <w:rsid w:val="0029639D"/>
    <w:rsid w:val="00326F90"/>
    <w:rsid w:val="00365F0D"/>
    <w:rsid w:val="00442504"/>
    <w:rsid w:val="00571ED7"/>
    <w:rsid w:val="00743588"/>
    <w:rsid w:val="00820089"/>
    <w:rsid w:val="008A0B04"/>
    <w:rsid w:val="00A3614E"/>
    <w:rsid w:val="00AA1D8D"/>
    <w:rsid w:val="00AA6194"/>
    <w:rsid w:val="00B27712"/>
    <w:rsid w:val="00B47730"/>
    <w:rsid w:val="00BA3EE3"/>
    <w:rsid w:val="00BD0CE4"/>
    <w:rsid w:val="00C370A4"/>
    <w:rsid w:val="00C6148A"/>
    <w:rsid w:val="00CB0664"/>
    <w:rsid w:val="00D067E7"/>
    <w:rsid w:val="00DD257F"/>
    <w:rsid w:val="00E360EE"/>
    <w:rsid w:val="00E44D56"/>
    <w:rsid w:val="00E54091"/>
    <w:rsid w:val="00F14AA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0DF64F2"/>
  <w14:defaultImageDpi w14:val="300"/>
  <w15:docId w15:val="{7E926840-6D56-9748-92AE-B69D15E21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="Times New Roman" w:eastAsiaTheme="majorEastAsia" w:hAnsi="Times New Roman" w:cs="Times New Roman"/>
      <w:b/>
      <w:bCs/>
      <w:color w:val="000000"/>
      <w:sz w:val="2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Times New Roman" w:eastAsiaTheme="majorEastAsia" w:hAnsi="Times New Roman" w:cs="Times New Roman"/>
      <w:b/>
      <w:bCs/>
      <w:color w:val="000000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Times New Roman" w:eastAsiaTheme="majorEastAsia" w:hAnsi="Times New Roman" w:cs="Times New Roman"/>
      <w:b/>
      <w:bCs/>
      <w:color w:val="000000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rsid w:val="00F14AA3"/>
    <w:rPr>
      <w:rFonts w:ascii="Times New Roman" w:hAnsi="Times New Roman" w:cs="Times New Roman"/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="Times New Roman" w:eastAsiaTheme="majorEastAsia" w:hAnsi="Times New Roman" w:cs="Times New Roman"/>
      <w:b/>
      <w:bCs/>
      <w:color w:val="000000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="Times New Roman" w:eastAsiaTheme="majorEastAsia" w:hAnsi="Times New Roman" w:cs="Times New Roman"/>
      <w:b/>
      <w:bCs/>
      <w:color w:val="000000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="Times New Roman" w:eastAsiaTheme="majorEastAsia" w:hAnsi="Times New Roman" w:cs="Times New Roman"/>
      <w:b/>
      <w:bCs/>
      <w:color w:val="000000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  <w:rPr>
      <w:rFonts w:ascii="Times New Roman" w:hAnsi="Times New Roman" w:cs="Times New Roman"/>
      <w:color w:val="000000"/>
      <w:sz w:val="22"/>
    </w:r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C614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6148A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6148A"/>
    <w:rPr>
      <w:rFonts w:ascii="Aptos" w:hAnsi="Apto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14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148A"/>
    <w:rPr>
      <w:rFonts w:ascii="Aptos" w:hAnsi="Apto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B2BB69F-EC63-314F-BECA-56B565D6358F}">
  <we:reference id="wa200010725" version="1.0.0.1" store="pl-PL" storeType="OMEX"/>
  <we:alternateReferences>
    <we:reference id="WA200010725" version="1.0.0.1" store="" storeType="OMEX"/>
  </we:alternateReferences>
  <we:properties>
    <we:property name="claude.fileId" value="&quot;fcbb7cb0-e01f-4046-a64f-87678992cb50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19</Pages>
  <Words>5549</Words>
  <Characters>38347</Characters>
  <Application>Microsoft Office Word</Application>
  <DocSecurity>0</DocSecurity>
  <Lines>798</Lines>
  <Paragraphs>402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43494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Karolina Rosińska</cp:lastModifiedBy>
  <cp:revision>17</cp:revision>
  <cp:lastPrinted>2026-10-07T19:32:00Z</cp:lastPrinted>
  <dcterms:created xsi:type="dcterms:W3CDTF">2026-10-07T11:51:00Z</dcterms:created>
  <dcterms:modified xsi:type="dcterms:W3CDTF">2026-10-07T19:33:00Z</dcterms:modified>
  <cp:category/>
</cp:coreProperties>
</file>