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3B0CE" w14:textId="63F0C558" w:rsidR="004F724C" w:rsidRPr="001D49E9" w:rsidRDefault="004F724C" w:rsidP="004F724C">
      <w:pPr>
        <w:spacing w:after="0" w:line="288" w:lineRule="auto"/>
        <w:rPr>
          <w:rFonts w:cs="Arial"/>
          <w:b/>
          <w:bCs/>
          <w:i/>
          <w:iCs/>
          <w:color w:val="000000" w:themeColor="text1"/>
          <w:lang w:val="pl-PL"/>
        </w:rPr>
      </w:pPr>
      <w:r w:rsidRPr="001D49E9">
        <w:rPr>
          <w:rFonts w:cs="Arial"/>
          <w:b/>
          <w:bCs/>
          <w:i/>
          <w:iCs/>
          <w:color w:val="000000" w:themeColor="text1"/>
          <w:lang w:val="pl-PL"/>
        </w:rPr>
        <w:t xml:space="preserve">załącznik nr </w:t>
      </w:r>
      <w:r w:rsidRPr="001D49E9">
        <w:rPr>
          <w:rFonts w:cs="Arial"/>
          <w:b/>
          <w:i/>
          <w:color w:val="000000" w:themeColor="text1"/>
          <w:lang w:val="pl-PL"/>
        </w:rPr>
        <w:t>6</w:t>
      </w:r>
    </w:p>
    <w:p w14:paraId="350D8D6D" w14:textId="77777777" w:rsidR="004F724C" w:rsidRPr="001D49E9" w:rsidRDefault="004F724C">
      <w:pPr>
        <w:spacing w:after="100"/>
        <w:jc w:val="center"/>
        <w:rPr>
          <w:b/>
          <w:color w:val="000000" w:themeColor="text1"/>
          <w:sz w:val="28"/>
          <w:lang w:val="pl-PL"/>
        </w:rPr>
      </w:pPr>
    </w:p>
    <w:p w14:paraId="60659B64" w14:textId="1F60E9A9" w:rsidR="00495F18" w:rsidRPr="001D49E9" w:rsidRDefault="00000000">
      <w:pPr>
        <w:spacing w:after="100"/>
        <w:jc w:val="center"/>
        <w:rPr>
          <w:color w:val="000000" w:themeColor="text1"/>
          <w:lang w:val="pl-PL"/>
        </w:rPr>
      </w:pPr>
      <w:r w:rsidRPr="001D49E9">
        <w:rPr>
          <w:b/>
          <w:color w:val="000000" w:themeColor="text1"/>
          <w:sz w:val="28"/>
          <w:lang w:val="pl-PL"/>
        </w:rPr>
        <w:t>WYKAZ INSTALACJI BESS POTWIERDZAJĄCYCH DOŚWIADCZENIE</w:t>
      </w:r>
      <w:r w:rsidRPr="001D49E9">
        <w:rPr>
          <w:b/>
          <w:color w:val="000000" w:themeColor="text1"/>
          <w:sz w:val="28"/>
          <w:lang w:val="pl-PL"/>
        </w:rPr>
        <w:br/>
        <w:t>PRODUCENTA OFEROWANEGO SYSTEMU BESS</w:t>
      </w:r>
    </w:p>
    <w:p w14:paraId="35073E58" w14:textId="77777777" w:rsidR="00495F18" w:rsidRPr="001D49E9" w:rsidRDefault="00000000">
      <w:pPr>
        <w:jc w:val="center"/>
        <w:rPr>
          <w:color w:val="000000" w:themeColor="text1"/>
          <w:lang w:val="pl-PL"/>
        </w:rPr>
      </w:pPr>
      <w:r w:rsidRPr="001D49E9">
        <w:rPr>
          <w:i/>
          <w:color w:val="000000" w:themeColor="text1"/>
          <w:sz w:val="18"/>
          <w:lang w:val="pl-PL"/>
        </w:rPr>
        <w:t>dotyczy wymagania określonego w pkt 4.10 zapytania ofertowego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13"/>
        <w:gridCol w:w="5213"/>
      </w:tblGrid>
      <w:tr w:rsidR="00495F18" w:rsidRPr="001D49E9" w14:paraId="6EF4D1A4" w14:textId="77777777">
        <w:trPr>
          <w:jc w:val="center"/>
        </w:trPr>
        <w:tc>
          <w:tcPr>
            <w:tcW w:w="5213" w:type="dxa"/>
            <w:shd w:val="clear" w:color="auto" w:fill="EDEDED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1EF88D6" w14:textId="01AA15CF" w:rsidR="00495F18" w:rsidRPr="001D49E9" w:rsidRDefault="00000000">
            <w:pPr>
              <w:rPr>
                <w:color w:val="000000" w:themeColor="text1"/>
              </w:rPr>
            </w:pPr>
            <w:r w:rsidRPr="001D49E9">
              <w:rPr>
                <w:b/>
                <w:color w:val="000000" w:themeColor="text1"/>
              </w:rPr>
              <w:t xml:space="preserve">Nazwa </w:t>
            </w:r>
            <w:proofErr w:type="spellStart"/>
            <w:r w:rsidRPr="001D49E9">
              <w:rPr>
                <w:b/>
                <w:color w:val="000000" w:themeColor="text1"/>
              </w:rPr>
              <w:t>Wykonawcy</w:t>
            </w:r>
            <w:proofErr w:type="spellEnd"/>
            <w:r w:rsidR="00666779" w:rsidRPr="001D49E9">
              <w:rPr>
                <w:b/>
                <w:color w:val="000000" w:themeColor="text1"/>
              </w:rPr>
              <w:t>/</w:t>
            </w:r>
            <w:proofErr w:type="spellStart"/>
            <w:r w:rsidR="00666779" w:rsidRPr="001D49E9">
              <w:rPr>
                <w:b/>
                <w:color w:val="000000" w:themeColor="text1"/>
              </w:rPr>
              <w:t>Oferenta</w:t>
            </w:r>
            <w:proofErr w:type="spellEnd"/>
          </w:p>
        </w:tc>
        <w:tc>
          <w:tcPr>
            <w:tcW w:w="5213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D6175E7" w14:textId="77777777" w:rsidR="00495F18" w:rsidRPr="001D49E9" w:rsidRDefault="00000000">
            <w:pPr>
              <w:rPr>
                <w:color w:val="000000" w:themeColor="text1"/>
              </w:rPr>
            </w:pPr>
            <w:r w:rsidRPr="001D49E9">
              <w:rPr>
                <w:color w:val="000000" w:themeColor="text1"/>
              </w:rPr>
              <w:t>........................................................................................................................</w:t>
            </w:r>
          </w:p>
        </w:tc>
      </w:tr>
      <w:tr w:rsidR="00495F18" w:rsidRPr="001D49E9" w14:paraId="49981D8B" w14:textId="77777777">
        <w:trPr>
          <w:jc w:val="center"/>
        </w:trPr>
        <w:tc>
          <w:tcPr>
            <w:tcW w:w="5213" w:type="dxa"/>
            <w:shd w:val="clear" w:color="auto" w:fill="EDEDED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11B7FA8" w14:textId="26CFAFB7" w:rsidR="00495F18" w:rsidRPr="001D49E9" w:rsidRDefault="00000000">
            <w:pPr>
              <w:rPr>
                <w:color w:val="000000" w:themeColor="text1"/>
                <w:lang w:val="pl-PL"/>
              </w:rPr>
            </w:pPr>
            <w:r w:rsidRPr="001D49E9">
              <w:rPr>
                <w:b/>
                <w:color w:val="000000" w:themeColor="text1"/>
                <w:lang w:val="pl-PL"/>
              </w:rPr>
              <w:t>Producent oferowanego systemu BESS</w:t>
            </w:r>
          </w:p>
        </w:tc>
        <w:tc>
          <w:tcPr>
            <w:tcW w:w="5213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6FD2C44" w14:textId="77777777" w:rsidR="00495F18" w:rsidRPr="001D49E9" w:rsidRDefault="00000000">
            <w:pPr>
              <w:rPr>
                <w:color w:val="000000" w:themeColor="text1"/>
              </w:rPr>
            </w:pPr>
            <w:r w:rsidRPr="001D49E9">
              <w:rPr>
                <w:color w:val="000000" w:themeColor="text1"/>
              </w:rPr>
              <w:t>........................................................................................................................</w:t>
            </w:r>
          </w:p>
        </w:tc>
      </w:tr>
    </w:tbl>
    <w:p w14:paraId="6BB24C76" w14:textId="2DF56237" w:rsidR="00495F18" w:rsidRPr="001D49E9" w:rsidRDefault="00000000">
      <w:pPr>
        <w:spacing w:before="160" w:after="100"/>
        <w:rPr>
          <w:color w:val="000000" w:themeColor="text1"/>
          <w:lang w:val="pl-PL"/>
        </w:rPr>
      </w:pPr>
      <w:r w:rsidRPr="001D49E9">
        <w:rPr>
          <w:color w:val="000000" w:themeColor="text1"/>
          <w:lang w:val="pl-PL"/>
        </w:rPr>
        <w:t>Oświadczam(y), że wskazany powyżej producent oferowanego systemu BESS posiada udokumentowane doświadczenie w produkcji i dostawach stacjonarnych systemów magazynowania energii, a systemy tego producenta zostały zastosowane w co najmniej 3 uruchomionych i eksploatowanych instalacjach BESS, wskazanych poniżej.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3685"/>
        <w:gridCol w:w="1417"/>
        <w:gridCol w:w="2608"/>
        <w:gridCol w:w="2438"/>
      </w:tblGrid>
      <w:tr w:rsidR="00495F18" w:rsidRPr="001D49E9" w14:paraId="59BCDB12" w14:textId="77777777">
        <w:trPr>
          <w:tblHeader/>
          <w:jc w:val="center"/>
        </w:trPr>
        <w:tc>
          <w:tcPr>
            <w:tcW w:w="510" w:type="dxa"/>
            <w:shd w:val="clear" w:color="auto" w:fill="D9E2F3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22C4B72" w14:textId="77777777" w:rsidR="00495F18" w:rsidRPr="001D49E9" w:rsidRDefault="00000000">
            <w:pPr>
              <w:jc w:val="center"/>
              <w:rPr>
                <w:color w:val="000000" w:themeColor="text1"/>
              </w:rPr>
            </w:pPr>
            <w:proofErr w:type="spellStart"/>
            <w:r w:rsidRPr="001D49E9">
              <w:rPr>
                <w:b/>
                <w:color w:val="000000" w:themeColor="text1"/>
                <w:sz w:val="17"/>
              </w:rPr>
              <w:t>Lp</w:t>
            </w:r>
            <w:proofErr w:type="spellEnd"/>
            <w:r w:rsidRPr="001D49E9">
              <w:rPr>
                <w:b/>
                <w:color w:val="000000" w:themeColor="text1"/>
                <w:sz w:val="17"/>
              </w:rPr>
              <w:t>.</w:t>
            </w:r>
          </w:p>
        </w:tc>
        <w:tc>
          <w:tcPr>
            <w:tcW w:w="3685" w:type="dxa"/>
            <w:shd w:val="clear" w:color="auto" w:fill="D9E2F3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8572290" w14:textId="39C5B2A5" w:rsidR="00495F18" w:rsidRPr="001D49E9" w:rsidRDefault="00000000">
            <w:pPr>
              <w:jc w:val="center"/>
              <w:rPr>
                <w:color w:val="000000" w:themeColor="text1"/>
                <w:lang w:val="pl-PL"/>
              </w:rPr>
            </w:pPr>
            <w:r w:rsidRPr="001D49E9">
              <w:rPr>
                <w:b/>
                <w:color w:val="000000" w:themeColor="text1"/>
                <w:sz w:val="17"/>
                <w:lang w:val="pl-PL"/>
              </w:rPr>
              <w:t>Instalacja BESS / lokalizacja lub podmiot, u którego zastosowano system BESS tego producenta</w:t>
            </w:r>
          </w:p>
        </w:tc>
        <w:tc>
          <w:tcPr>
            <w:tcW w:w="1417" w:type="dxa"/>
            <w:shd w:val="clear" w:color="auto" w:fill="D9E2F3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1D5D975" w14:textId="77777777" w:rsidR="00495F18" w:rsidRPr="001D49E9" w:rsidRDefault="00000000">
            <w:pPr>
              <w:jc w:val="center"/>
              <w:rPr>
                <w:color w:val="000000" w:themeColor="text1"/>
              </w:rPr>
            </w:pPr>
            <w:r w:rsidRPr="001D49E9">
              <w:rPr>
                <w:b/>
                <w:color w:val="000000" w:themeColor="text1"/>
                <w:sz w:val="17"/>
              </w:rPr>
              <w:t xml:space="preserve">Data </w:t>
            </w:r>
            <w:proofErr w:type="spellStart"/>
            <w:r w:rsidRPr="001D49E9">
              <w:rPr>
                <w:b/>
                <w:color w:val="000000" w:themeColor="text1"/>
                <w:sz w:val="17"/>
              </w:rPr>
              <w:t>uruchomienia</w:t>
            </w:r>
            <w:proofErr w:type="spellEnd"/>
          </w:p>
        </w:tc>
        <w:tc>
          <w:tcPr>
            <w:tcW w:w="2608" w:type="dxa"/>
            <w:shd w:val="clear" w:color="auto" w:fill="D9E2F3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40453F7" w14:textId="77777777" w:rsidR="00495F18" w:rsidRPr="001D49E9" w:rsidRDefault="00000000">
            <w:pPr>
              <w:jc w:val="center"/>
              <w:rPr>
                <w:color w:val="000000" w:themeColor="text1"/>
              </w:rPr>
            </w:pPr>
            <w:r w:rsidRPr="001D49E9">
              <w:rPr>
                <w:b/>
                <w:color w:val="000000" w:themeColor="text1"/>
                <w:sz w:val="17"/>
              </w:rPr>
              <w:t>Informacja potwierdzająca eksploatację instalacji</w:t>
            </w:r>
          </w:p>
        </w:tc>
        <w:tc>
          <w:tcPr>
            <w:tcW w:w="2438" w:type="dxa"/>
            <w:shd w:val="clear" w:color="auto" w:fill="D9E2F3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25160B51" w14:textId="77777777" w:rsidR="00495F18" w:rsidRPr="001D49E9" w:rsidRDefault="00000000">
            <w:pPr>
              <w:jc w:val="center"/>
              <w:rPr>
                <w:color w:val="000000" w:themeColor="text1"/>
              </w:rPr>
            </w:pPr>
            <w:r w:rsidRPr="001D49E9">
              <w:rPr>
                <w:b/>
                <w:color w:val="000000" w:themeColor="text1"/>
                <w:sz w:val="17"/>
              </w:rPr>
              <w:t>Dokument potwierdzający</w:t>
            </w:r>
          </w:p>
        </w:tc>
      </w:tr>
      <w:tr w:rsidR="00495F18" w:rsidRPr="001D49E9" w14:paraId="06C9C38F" w14:textId="77777777">
        <w:trPr>
          <w:jc w:val="center"/>
        </w:trPr>
        <w:tc>
          <w:tcPr>
            <w:tcW w:w="510" w:type="dxa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3D2D27AB" w14:textId="77777777" w:rsidR="00495F18" w:rsidRPr="001D49E9" w:rsidRDefault="00000000">
            <w:pPr>
              <w:jc w:val="center"/>
              <w:rPr>
                <w:color w:val="000000" w:themeColor="text1"/>
              </w:rPr>
            </w:pPr>
            <w:r w:rsidRPr="001D49E9">
              <w:rPr>
                <w:color w:val="000000" w:themeColor="text1"/>
                <w:sz w:val="17"/>
              </w:rPr>
              <w:t>1</w:t>
            </w:r>
          </w:p>
        </w:tc>
        <w:tc>
          <w:tcPr>
            <w:tcW w:w="3685" w:type="dxa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085794B4" w14:textId="77777777" w:rsidR="00495F18" w:rsidRPr="001D49E9" w:rsidRDefault="00495F18">
            <w:pPr>
              <w:rPr>
                <w:color w:val="000000" w:themeColor="text1"/>
              </w:rPr>
            </w:pPr>
          </w:p>
          <w:p w14:paraId="22F07F1B" w14:textId="77777777" w:rsidR="00495F18" w:rsidRPr="001D49E9" w:rsidRDefault="00495F18">
            <w:pPr>
              <w:rPr>
                <w:color w:val="000000" w:themeColor="text1"/>
              </w:rPr>
            </w:pPr>
          </w:p>
          <w:p w14:paraId="7F48EDBF" w14:textId="77777777" w:rsidR="00495F18" w:rsidRPr="001D49E9" w:rsidRDefault="00495F18">
            <w:pPr>
              <w:rPr>
                <w:color w:val="000000" w:themeColor="text1"/>
              </w:rPr>
            </w:pPr>
          </w:p>
        </w:tc>
        <w:tc>
          <w:tcPr>
            <w:tcW w:w="1417" w:type="dxa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2BD5A868" w14:textId="77777777" w:rsidR="00495F18" w:rsidRPr="001D49E9" w:rsidRDefault="00495F1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08" w:type="dxa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3EAA6689" w14:textId="77777777" w:rsidR="00495F18" w:rsidRPr="001D49E9" w:rsidRDefault="00495F18">
            <w:pPr>
              <w:rPr>
                <w:color w:val="000000" w:themeColor="text1"/>
              </w:rPr>
            </w:pPr>
          </w:p>
          <w:p w14:paraId="2A2C7DEC" w14:textId="77777777" w:rsidR="00495F18" w:rsidRPr="001D49E9" w:rsidRDefault="00495F18">
            <w:pPr>
              <w:rPr>
                <w:color w:val="000000" w:themeColor="text1"/>
              </w:rPr>
            </w:pPr>
          </w:p>
          <w:p w14:paraId="07E78CA5" w14:textId="77777777" w:rsidR="00495F18" w:rsidRPr="001D49E9" w:rsidRDefault="00495F18">
            <w:pPr>
              <w:rPr>
                <w:color w:val="000000" w:themeColor="text1"/>
              </w:rPr>
            </w:pPr>
          </w:p>
        </w:tc>
        <w:tc>
          <w:tcPr>
            <w:tcW w:w="2438" w:type="dxa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590B5B79" w14:textId="77777777" w:rsidR="00495F18" w:rsidRPr="001D49E9" w:rsidRDefault="00495F18">
            <w:pPr>
              <w:rPr>
                <w:color w:val="000000" w:themeColor="text1"/>
              </w:rPr>
            </w:pPr>
          </w:p>
          <w:p w14:paraId="23C12061" w14:textId="77777777" w:rsidR="00495F18" w:rsidRPr="001D49E9" w:rsidRDefault="00495F18">
            <w:pPr>
              <w:rPr>
                <w:color w:val="000000" w:themeColor="text1"/>
              </w:rPr>
            </w:pPr>
          </w:p>
          <w:p w14:paraId="4303E089" w14:textId="77777777" w:rsidR="00495F18" w:rsidRPr="001D49E9" w:rsidRDefault="00495F18">
            <w:pPr>
              <w:rPr>
                <w:color w:val="000000" w:themeColor="text1"/>
              </w:rPr>
            </w:pPr>
          </w:p>
        </w:tc>
      </w:tr>
      <w:tr w:rsidR="00495F18" w:rsidRPr="001D49E9" w14:paraId="3DF229E9" w14:textId="77777777">
        <w:trPr>
          <w:jc w:val="center"/>
        </w:trPr>
        <w:tc>
          <w:tcPr>
            <w:tcW w:w="510" w:type="dxa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05600BFC" w14:textId="77777777" w:rsidR="00495F18" w:rsidRPr="001D49E9" w:rsidRDefault="00000000">
            <w:pPr>
              <w:jc w:val="center"/>
              <w:rPr>
                <w:color w:val="000000" w:themeColor="text1"/>
              </w:rPr>
            </w:pPr>
            <w:r w:rsidRPr="001D49E9">
              <w:rPr>
                <w:color w:val="000000" w:themeColor="text1"/>
                <w:sz w:val="17"/>
              </w:rPr>
              <w:t>2</w:t>
            </w:r>
          </w:p>
        </w:tc>
        <w:tc>
          <w:tcPr>
            <w:tcW w:w="3685" w:type="dxa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50B87D84" w14:textId="77777777" w:rsidR="00495F18" w:rsidRPr="001D49E9" w:rsidRDefault="00495F18">
            <w:pPr>
              <w:rPr>
                <w:color w:val="000000" w:themeColor="text1"/>
              </w:rPr>
            </w:pPr>
          </w:p>
          <w:p w14:paraId="50B408EB" w14:textId="77777777" w:rsidR="00495F18" w:rsidRPr="001D49E9" w:rsidRDefault="00495F18">
            <w:pPr>
              <w:rPr>
                <w:color w:val="000000" w:themeColor="text1"/>
              </w:rPr>
            </w:pPr>
          </w:p>
          <w:p w14:paraId="25C702A7" w14:textId="77777777" w:rsidR="00495F18" w:rsidRPr="001D49E9" w:rsidRDefault="00495F18">
            <w:pPr>
              <w:rPr>
                <w:color w:val="000000" w:themeColor="text1"/>
              </w:rPr>
            </w:pPr>
          </w:p>
        </w:tc>
        <w:tc>
          <w:tcPr>
            <w:tcW w:w="1417" w:type="dxa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5EBD8DFE" w14:textId="77777777" w:rsidR="00495F18" w:rsidRPr="001D49E9" w:rsidRDefault="00495F1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08" w:type="dxa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28FD347F" w14:textId="77777777" w:rsidR="00495F18" w:rsidRPr="001D49E9" w:rsidRDefault="00495F18">
            <w:pPr>
              <w:rPr>
                <w:color w:val="000000" w:themeColor="text1"/>
              </w:rPr>
            </w:pPr>
          </w:p>
          <w:p w14:paraId="14D3C335" w14:textId="77777777" w:rsidR="00495F18" w:rsidRPr="001D49E9" w:rsidRDefault="00495F18">
            <w:pPr>
              <w:rPr>
                <w:color w:val="000000" w:themeColor="text1"/>
              </w:rPr>
            </w:pPr>
          </w:p>
          <w:p w14:paraId="1AF47E48" w14:textId="77777777" w:rsidR="00495F18" w:rsidRPr="001D49E9" w:rsidRDefault="00495F18">
            <w:pPr>
              <w:rPr>
                <w:color w:val="000000" w:themeColor="text1"/>
              </w:rPr>
            </w:pPr>
          </w:p>
        </w:tc>
        <w:tc>
          <w:tcPr>
            <w:tcW w:w="2438" w:type="dxa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309D4236" w14:textId="77777777" w:rsidR="00495F18" w:rsidRPr="001D49E9" w:rsidRDefault="00495F18">
            <w:pPr>
              <w:rPr>
                <w:color w:val="000000" w:themeColor="text1"/>
              </w:rPr>
            </w:pPr>
          </w:p>
          <w:p w14:paraId="1C01D1FC" w14:textId="77777777" w:rsidR="00495F18" w:rsidRPr="001D49E9" w:rsidRDefault="00495F18">
            <w:pPr>
              <w:rPr>
                <w:color w:val="000000" w:themeColor="text1"/>
              </w:rPr>
            </w:pPr>
          </w:p>
          <w:p w14:paraId="0CE16526" w14:textId="77777777" w:rsidR="00495F18" w:rsidRPr="001D49E9" w:rsidRDefault="00495F18">
            <w:pPr>
              <w:rPr>
                <w:color w:val="000000" w:themeColor="text1"/>
              </w:rPr>
            </w:pPr>
          </w:p>
        </w:tc>
      </w:tr>
      <w:tr w:rsidR="00495F18" w:rsidRPr="001D49E9" w14:paraId="0DC85482" w14:textId="77777777">
        <w:trPr>
          <w:jc w:val="center"/>
        </w:trPr>
        <w:tc>
          <w:tcPr>
            <w:tcW w:w="510" w:type="dxa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0E3EB7F3" w14:textId="77777777" w:rsidR="00495F18" w:rsidRPr="001D49E9" w:rsidRDefault="00000000">
            <w:pPr>
              <w:jc w:val="center"/>
              <w:rPr>
                <w:color w:val="000000" w:themeColor="text1"/>
              </w:rPr>
            </w:pPr>
            <w:r w:rsidRPr="001D49E9">
              <w:rPr>
                <w:color w:val="000000" w:themeColor="text1"/>
                <w:sz w:val="17"/>
              </w:rPr>
              <w:t>3</w:t>
            </w:r>
          </w:p>
        </w:tc>
        <w:tc>
          <w:tcPr>
            <w:tcW w:w="3685" w:type="dxa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172392C3" w14:textId="77777777" w:rsidR="00495F18" w:rsidRPr="001D49E9" w:rsidRDefault="00495F18">
            <w:pPr>
              <w:rPr>
                <w:color w:val="000000" w:themeColor="text1"/>
              </w:rPr>
            </w:pPr>
          </w:p>
          <w:p w14:paraId="4AC20021" w14:textId="77777777" w:rsidR="00495F18" w:rsidRPr="001D49E9" w:rsidRDefault="00495F18">
            <w:pPr>
              <w:rPr>
                <w:color w:val="000000" w:themeColor="text1"/>
              </w:rPr>
            </w:pPr>
          </w:p>
          <w:p w14:paraId="0F8BE229" w14:textId="77777777" w:rsidR="00495F18" w:rsidRPr="001D49E9" w:rsidRDefault="00495F18">
            <w:pPr>
              <w:rPr>
                <w:color w:val="000000" w:themeColor="text1"/>
              </w:rPr>
            </w:pPr>
          </w:p>
        </w:tc>
        <w:tc>
          <w:tcPr>
            <w:tcW w:w="1417" w:type="dxa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046FEF27" w14:textId="77777777" w:rsidR="00495F18" w:rsidRPr="001D49E9" w:rsidRDefault="00495F1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608" w:type="dxa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55365DBE" w14:textId="77777777" w:rsidR="00495F18" w:rsidRPr="001D49E9" w:rsidRDefault="00495F18">
            <w:pPr>
              <w:rPr>
                <w:color w:val="000000" w:themeColor="text1"/>
              </w:rPr>
            </w:pPr>
          </w:p>
          <w:p w14:paraId="21B7332B" w14:textId="77777777" w:rsidR="00495F18" w:rsidRPr="001D49E9" w:rsidRDefault="00495F18">
            <w:pPr>
              <w:rPr>
                <w:color w:val="000000" w:themeColor="text1"/>
              </w:rPr>
            </w:pPr>
          </w:p>
          <w:p w14:paraId="0C32B6BD" w14:textId="77777777" w:rsidR="00495F18" w:rsidRPr="001D49E9" w:rsidRDefault="00495F18">
            <w:pPr>
              <w:rPr>
                <w:color w:val="000000" w:themeColor="text1"/>
              </w:rPr>
            </w:pPr>
          </w:p>
        </w:tc>
        <w:tc>
          <w:tcPr>
            <w:tcW w:w="2438" w:type="dxa"/>
            <w:tcMar>
              <w:top w:w="130" w:type="dxa"/>
              <w:left w:w="100" w:type="dxa"/>
              <w:bottom w:w="130" w:type="dxa"/>
              <w:right w:w="100" w:type="dxa"/>
            </w:tcMar>
            <w:vAlign w:val="center"/>
          </w:tcPr>
          <w:p w14:paraId="10993A65" w14:textId="77777777" w:rsidR="00495F18" w:rsidRPr="001D49E9" w:rsidRDefault="00495F18">
            <w:pPr>
              <w:rPr>
                <w:color w:val="000000" w:themeColor="text1"/>
              </w:rPr>
            </w:pPr>
          </w:p>
          <w:p w14:paraId="6161DDFA" w14:textId="77777777" w:rsidR="00495F18" w:rsidRPr="001D49E9" w:rsidRDefault="00495F18">
            <w:pPr>
              <w:rPr>
                <w:color w:val="000000" w:themeColor="text1"/>
              </w:rPr>
            </w:pPr>
          </w:p>
          <w:p w14:paraId="028D9CE3" w14:textId="77777777" w:rsidR="00495F18" w:rsidRPr="001D49E9" w:rsidRDefault="00495F18">
            <w:pPr>
              <w:rPr>
                <w:color w:val="000000" w:themeColor="text1"/>
              </w:rPr>
            </w:pPr>
          </w:p>
        </w:tc>
      </w:tr>
    </w:tbl>
    <w:p w14:paraId="595EC0DD" w14:textId="77777777" w:rsidR="00495F18" w:rsidRPr="001D49E9" w:rsidRDefault="00000000">
      <w:pPr>
        <w:spacing w:before="140" w:after="60"/>
        <w:rPr>
          <w:color w:val="000000" w:themeColor="text1"/>
          <w:lang w:val="pl-PL"/>
        </w:rPr>
      </w:pPr>
      <w:r w:rsidRPr="001D49E9">
        <w:rPr>
          <w:i/>
          <w:color w:val="000000" w:themeColor="text1"/>
          <w:sz w:val="17"/>
          <w:lang w:val="pl-PL"/>
        </w:rPr>
        <w:t>Do wykazu należy dołączyć dokumenty potwierdzające spełnienie wymagania, w szczególności referencje, dokumentację producenta lub inne obiektywne i weryfikowalne dokumenty odnoszące się do wskazanych instalacji. Dokumenty te, łącznie z informacjami zawartymi w wykazie, powinny umożliwiać weryfikację spełnienia wymagania.</w:t>
      </w:r>
    </w:p>
    <w:p w14:paraId="2319D3A0" w14:textId="77777777" w:rsidR="00495F18" w:rsidRPr="004F724C" w:rsidRDefault="00000000">
      <w:pPr>
        <w:spacing w:before="140" w:after="60"/>
        <w:rPr>
          <w:lang w:val="pl-PL"/>
        </w:rPr>
      </w:pPr>
      <w:r w:rsidRPr="004F724C">
        <w:rPr>
          <w:b/>
          <w:lang w:val="pl-PL"/>
        </w:rPr>
        <w:t>Załączone dokumenty potwierdzające:</w:t>
      </w:r>
    </w:p>
    <w:p w14:paraId="30D865D6" w14:textId="77777777" w:rsidR="00495F18" w:rsidRPr="004F724C" w:rsidRDefault="00000000">
      <w:pPr>
        <w:spacing w:after="20"/>
        <w:ind w:left="227"/>
        <w:rPr>
          <w:lang w:val="pl-PL"/>
        </w:rPr>
      </w:pPr>
      <w:r w:rsidRPr="004F724C">
        <w:rPr>
          <w:sz w:val="18"/>
          <w:lang w:val="pl-PL"/>
        </w:rPr>
        <w:t>1. ................................................................................................................................................</w:t>
      </w:r>
    </w:p>
    <w:p w14:paraId="78C78BDE" w14:textId="77777777" w:rsidR="00495F18" w:rsidRPr="004F724C" w:rsidRDefault="00000000">
      <w:pPr>
        <w:spacing w:after="20"/>
        <w:ind w:left="227"/>
        <w:rPr>
          <w:lang w:val="pl-PL"/>
        </w:rPr>
      </w:pPr>
      <w:r w:rsidRPr="004F724C">
        <w:rPr>
          <w:sz w:val="18"/>
          <w:lang w:val="pl-PL"/>
        </w:rPr>
        <w:t>2. ................................................................................................................................................</w:t>
      </w:r>
    </w:p>
    <w:p w14:paraId="1A4DCEA5" w14:textId="77777777" w:rsidR="00495F18" w:rsidRPr="004F724C" w:rsidRDefault="00000000">
      <w:pPr>
        <w:spacing w:after="20"/>
        <w:ind w:left="227"/>
        <w:rPr>
          <w:lang w:val="pl-PL"/>
        </w:rPr>
      </w:pPr>
      <w:r w:rsidRPr="004F724C">
        <w:rPr>
          <w:sz w:val="18"/>
          <w:lang w:val="pl-PL"/>
        </w:rPr>
        <w:t>3. ................................................................................................................................................</w:t>
      </w:r>
    </w:p>
    <w:p w14:paraId="35FD4152" w14:textId="77777777" w:rsidR="00495F18" w:rsidRPr="004F724C" w:rsidRDefault="00000000">
      <w:pPr>
        <w:spacing w:before="180" w:after="0"/>
        <w:rPr>
          <w:lang w:val="pl-PL"/>
        </w:rPr>
      </w:pPr>
      <w:r w:rsidRPr="004F724C">
        <w:rPr>
          <w:lang w:val="pl-PL"/>
        </w:rPr>
        <w:t>Miejscowość i data: ............................................................</w:t>
      </w:r>
    </w:p>
    <w:p w14:paraId="0895E5F3" w14:textId="572816AC" w:rsidR="00495F18" w:rsidRPr="00666779" w:rsidRDefault="00000000" w:rsidP="00666779">
      <w:pPr>
        <w:spacing w:before="140" w:after="0"/>
        <w:rPr>
          <w:lang w:val="pl-PL"/>
        </w:rPr>
      </w:pPr>
      <w:r w:rsidRPr="004F724C">
        <w:rPr>
          <w:lang w:val="pl-PL"/>
        </w:rPr>
        <w:t>Imię i nazwisko oraz podpis osoby uprawnionej do reprezentowania Wykonawcy:</w:t>
      </w:r>
      <w:r w:rsidR="00666779">
        <w:rPr>
          <w:lang w:val="pl-PL"/>
        </w:rPr>
        <w:t xml:space="preserve"> </w:t>
      </w:r>
      <w:r w:rsidR="00666779" w:rsidRPr="004F724C">
        <w:rPr>
          <w:lang w:val="pl-PL"/>
        </w:rPr>
        <w:t>...........................................................</w:t>
      </w:r>
    </w:p>
    <w:sectPr w:rsidR="00495F18" w:rsidRPr="00666779" w:rsidSect="00034616">
      <w:headerReference w:type="default" r:id="rId8"/>
      <w:pgSz w:w="12240" w:h="15840"/>
      <w:pgMar w:top="964" w:right="907" w:bottom="96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28659" w14:textId="77777777" w:rsidR="00593328" w:rsidRDefault="00593328" w:rsidP="004F724C">
      <w:pPr>
        <w:spacing w:after="0" w:line="240" w:lineRule="auto"/>
      </w:pPr>
      <w:r>
        <w:separator/>
      </w:r>
    </w:p>
  </w:endnote>
  <w:endnote w:type="continuationSeparator" w:id="0">
    <w:p w14:paraId="350A6078" w14:textId="77777777" w:rsidR="00593328" w:rsidRDefault="00593328" w:rsidP="004F7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18656" w14:textId="77777777" w:rsidR="00593328" w:rsidRDefault="00593328" w:rsidP="004F724C">
      <w:pPr>
        <w:spacing w:after="0" w:line="240" w:lineRule="auto"/>
      </w:pPr>
      <w:r>
        <w:separator/>
      </w:r>
    </w:p>
  </w:footnote>
  <w:footnote w:type="continuationSeparator" w:id="0">
    <w:p w14:paraId="3135B947" w14:textId="77777777" w:rsidR="00593328" w:rsidRDefault="00593328" w:rsidP="004F72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3AFCD" w14:textId="213BA1B2" w:rsidR="004F724C" w:rsidRDefault="004F724C" w:rsidP="004F724C">
    <w:pPr>
      <w:pStyle w:val="Nagwek"/>
      <w:jc w:val="center"/>
    </w:pPr>
    <w:r>
      <w:rPr>
        <w:noProof/>
      </w:rPr>
      <w:drawing>
        <wp:inline distT="0" distB="0" distL="0" distR="0" wp14:anchorId="07B6E9CE" wp14:editId="0F3449E6">
          <wp:extent cx="5760720" cy="774700"/>
          <wp:effectExtent l="0" t="0" r="0" b="6350"/>
          <wp:docPr id="129199814" name="Obraz 1" descr="Obraz zawierający wykres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199814" name="Obraz 1" descr="Obraz zawierający wykres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4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3955349">
    <w:abstractNumId w:val="8"/>
  </w:num>
  <w:num w:numId="2" w16cid:durableId="1949046368">
    <w:abstractNumId w:val="6"/>
  </w:num>
  <w:num w:numId="3" w16cid:durableId="678120634">
    <w:abstractNumId w:val="5"/>
  </w:num>
  <w:num w:numId="4" w16cid:durableId="1065225947">
    <w:abstractNumId w:val="4"/>
  </w:num>
  <w:num w:numId="5" w16cid:durableId="344407725">
    <w:abstractNumId w:val="7"/>
  </w:num>
  <w:num w:numId="6" w16cid:durableId="796068962">
    <w:abstractNumId w:val="3"/>
  </w:num>
  <w:num w:numId="7" w16cid:durableId="898593673">
    <w:abstractNumId w:val="2"/>
  </w:num>
  <w:num w:numId="8" w16cid:durableId="60368785">
    <w:abstractNumId w:val="1"/>
  </w:num>
  <w:num w:numId="9" w16cid:durableId="20523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49E9"/>
    <w:rsid w:val="0029639D"/>
    <w:rsid w:val="00326F90"/>
    <w:rsid w:val="00495F18"/>
    <w:rsid w:val="004F724C"/>
    <w:rsid w:val="0052017E"/>
    <w:rsid w:val="00593328"/>
    <w:rsid w:val="00651A6F"/>
    <w:rsid w:val="00652605"/>
    <w:rsid w:val="00666779"/>
    <w:rsid w:val="00AA1D8D"/>
    <w:rsid w:val="00B47730"/>
    <w:rsid w:val="00CB028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CAA693E"/>
  <w14:defaultImageDpi w14:val="300"/>
  <w15:docId w15:val="{8EBCCF7D-4F46-4CA6-BADB-129C83442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eastAsia="Arial" w:hAnsi="Arial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289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wykazu doświadczenia producenta oferowanego systemu BESS</dc:title>
  <dc:subject>Wykaz instalacji BESS potwierdzających doświadczenie producenta oferowanego systemu BESS</dc:subject>
  <dc:creator/>
  <cp:keywords/>
  <dc:description>generated by python-docx</dc:description>
  <cp:lastModifiedBy>Union Consulting</cp:lastModifiedBy>
  <cp:revision>5</cp:revision>
  <dcterms:created xsi:type="dcterms:W3CDTF">2013-12-23T23:15:00Z</dcterms:created>
  <dcterms:modified xsi:type="dcterms:W3CDTF">2026-10-06T08:49:00Z</dcterms:modified>
  <cp:category/>
</cp:coreProperties>
</file>