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D037" w14:textId="48E02410" w:rsidR="002B4D7A" w:rsidRPr="002B4D7A" w:rsidRDefault="002B4D7A" w:rsidP="002B4D7A">
      <w:pPr>
        <w:spacing w:after="20"/>
        <w:rPr>
          <w:b/>
          <w:bCs/>
          <w:i/>
          <w:iCs/>
          <w:lang w:val="pl-PL"/>
        </w:rPr>
      </w:pPr>
      <w:r w:rsidRPr="002B4D7A">
        <w:rPr>
          <w:b/>
          <w:bCs/>
          <w:i/>
          <w:iCs/>
          <w:lang w:val="pl-PL"/>
        </w:rPr>
        <w:t xml:space="preserve">załącznik nr </w:t>
      </w:r>
      <w:r>
        <w:rPr>
          <w:b/>
          <w:bCs/>
          <w:i/>
          <w:iCs/>
          <w:lang w:val="pl-PL"/>
        </w:rPr>
        <w:t>5</w:t>
      </w:r>
    </w:p>
    <w:p w14:paraId="0C942F13" w14:textId="77777777" w:rsidR="00435DAE" w:rsidRPr="00244133" w:rsidRDefault="00000000">
      <w:pPr>
        <w:spacing w:after="20"/>
        <w:jc w:val="center"/>
        <w:rPr>
          <w:lang w:val="pl-PL"/>
        </w:rPr>
      </w:pPr>
      <w:r w:rsidRPr="00244133">
        <w:rPr>
          <w:b/>
          <w:sz w:val="26"/>
          <w:lang w:val="pl-PL"/>
        </w:rPr>
        <w:t>WYKAZ DOŚWIADCZENIA WYKONAWCY</w:t>
      </w:r>
    </w:p>
    <w:p w14:paraId="2BDEA9DF" w14:textId="6F87D969" w:rsidR="00435DAE" w:rsidRPr="00244133" w:rsidRDefault="00F678CF">
      <w:pPr>
        <w:spacing w:after="100"/>
        <w:jc w:val="center"/>
        <w:rPr>
          <w:lang w:val="pl-PL"/>
        </w:rPr>
      </w:pPr>
      <w:r w:rsidRPr="00F678CF">
        <w:rPr>
          <w:b/>
          <w:sz w:val="20"/>
          <w:lang w:val="pl-PL"/>
        </w:rPr>
        <w:t>Warunek</w:t>
      </w:r>
      <w:r w:rsidR="001A3D28">
        <w:rPr>
          <w:b/>
          <w:sz w:val="20"/>
          <w:lang w:val="pl-PL"/>
        </w:rPr>
        <w:t xml:space="preserve">: </w:t>
      </w:r>
      <w:r w:rsidRPr="00F678CF">
        <w:rPr>
          <w:b/>
          <w:sz w:val="20"/>
          <w:lang w:val="pl-PL"/>
        </w:rPr>
        <w:t>doświadczenie w integracji EMS / automatyki</w:t>
      </w:r>
    </w:p>
    <w:p w14:paraId="32EC85A0" w14:textId="10F6FCDF" w:rsidR="002B4D7A" w:rsidRPr="003B6CAB" w:rsidRDefault="002B4D7A" w:rsidP="002B4D7A">
      <w:pPr>
        <w:spacing w:after="120" w:line="252" w:lineRule="auto"/>
        <w:rPr>
          <w:lang w:val="pl-PL"/>
        </w:rPr>
      </w:pPr>
      <w:r w:rsidRPr="003B6CAB">
        <w:rPr>
          <w:b/>
          <w:lang w:val="pl-PL"/>
        </w:rPr>
        <w:t xml:space="preserve">Warunek udziału: </w:t>
      </w:r>
      <w:r w:rsidR="00F24FE7" w:rsidRPr="0036290F">
        <w:rPr>
          <w:lang w:val="pl-PL"/>
        </w:rPr>
        <w:t>W</w:t>
      </w:r>
      <w:r w:rsidR="00F24FE7" w:rsidRPr="00F24FE7">
        <w:rPr>
          <w:lang w:val="pl-PL"/>
        </w:rPr>
        <w:t xml:space="preserve"> okresie ostatnich 5 lat przed upływem terminu składania ofert, a jeżeli okres prowadzenia działalności jest krótszy – w tym okresie, Wykonawca należycie wykonał</w:t>
      </w:r>
      <w:r w:rsidR="00F24FE7">
        <w:rPr>
          <w:lang w:val="pl-PL"/>
        </w:rPr>
        <w:t xml:space="preserve"> </w:t>
      </w:r>
      <w:r w:rsidRPr="003B6CAB">
        <w:rPr>
          <w:lang w:val="pl-PL"/>
        </w:rPr>
        <w:t>co najmniej jedno wdrożenie systemu EMS, SCADA lub równoważnego systemu automatyki energetycznej w obiekcie przemysłowym lub energetycznym, obejmujące integrację co najmniej dwóch rodzajów urządzeń/źródeł (np. BESS, PV, rozdzielnice, układy pomiarowe) oraz komunikację z systemem nadrzędnym, telemechaniką lub SCADA.</w:t>
      </w:r>
    </w:p>
    <w:p w14:paraId="402B35BA" w14:textId="36CF075E" w:rsidR="00435DAE" w:rsidRDefault="002B4D7A" w:rsidP="002B4D7A">
      <w:pPr>
        <w:spacing w:after="100" w:line="240" w:lineRule="auto"/>
        <w:rPr>
          <w:i/>
          <w:iCs/>
          <w:lang w:val="pl-PL"/>
        </w:rPr>
      </w:pPr>
      <w:r w:rsidRPr="002B4D7A">
        <w:rPr>
          <w:b/>
          <w:i/>
          <w:iCs/>
          <w:lang w:val="pl-PL"/>
        </w:rPr>
        <w:t xml:space="preserve">Dokumenty potwierdzające: </w:t>
      </w:r>
      <w:r w:rsidRPr="002B4D7A">
        <w:rPr>
          <w:i/>
          <w:iCs/>
          <w:lang w:val="pl-PL"/>
        </w:rPr>
        <w:t>wykaz wdrożeń wraz z referencjami, protokołami odbioru lub innymi równoważnymi dokumentami potwierdzającymi zakres integracji i należyte wykonanie</w:t>
      </w:r>
    </w:p>
    <w:p w14:paraId="2F8B217C" w14:textId="77777777" w:rsidR="002B4D7A" w:rsidRPr="002B4D7A" w:rsidRDefault="002B4D7A" w:rsidP="002B4D7A">
      <w:pPr>
        <w:spacing w:after="100" w:line="240" w:lineRule="auto"/>
        <w:rPr>
          <w:i/>
          <w:iCs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812"/>
        <w:gridCol w:w="3812"/>
        <w:gridCol w:w="3812"/>
      </w:tblGrid>
      <w:tr w:rsidR="00435DAE" w14:paraId="6C74C098" w14:textId="77777777">
        <w:trPr>
          <w:jc w:val="center"/>
        </w:trPr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B8FCE2" w14:textId="77777777" w:rsidR="00435DAE" w:rsidRDefault="00000000">
            <w:r>
              <w:rPr>
                <w:b/>
              </w:rPr>
              <w:t xml:space="preserve">Nazwa </w:t>
            </w:r>
            <w:proofErr w:type="spellStart"/>
            <w:r>
              <w:rPr>
                <w:b/>
              </w:rPr>
              <w:t>Wykonawcy</w:t>
            </w:r>
            <w:proofErr w:type="spellEnd"/>
          </w:p>
        </w:tc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CA3B8C" w14:textId="77777777" w:rsidR="00435DAE" w:rsidRDefault="00435DAE"/>
        </w:tc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5B54B6" w14:textId="77777777" w:rsidR="00435DAE" w:rsidRDefault="00000000">
            <w:r>
              <w:rPr>
                <w:b/>
              </w:rPr>
              <w:t>Adres</w:t>
            </w:r>
          </w:p>
        </w:tc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CD7E58" w14:textId="77777777" w:rsidR="00435DAE" w:rsidRDefault="00435DAE"/>
        </w:tc>
      </w:tr>
      <w:tr w:rsidR="00435DAE" w:rsidRPr="00F24FE7" w14:paraId="14EB495B" w14:textId="77777777">
        <w:trPr>
          <w:jc w:val="center"/>
        </w:trPr>
        <w:tc>
          <w:tcPr>
            <w:tcW w:w="3812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0D8420" w14:textId="77777777" w:rsidR="00435DAE" w:rsidRPr="00244133" w:rsidRDefault="00000000">
            <w:pPr>
              <w:rPr>
                <w:lang w:val="pl-PL"/>
              </w:rPr>
            </w:pPr>
            <w:r w:rsidRPr="00244133">
              <w:rPr>
                <w:b/>
                <w:lang w:val="pl-PL"/>
              </w:rPr>
              <w:t>NIP / inny właściwy numer identyfikacyjny</w:t>
            </w:r>
          </w:p>
        </w:tc>
        <w:tc>
          <w:tcPr>
            <w:tcW w:w="11436" w:type="dxa"/>
            <w:gridSpan w:val="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9291AB" w14:textId="77777777" w:rsidR="00435DAE" w:rsidRPr="00244133" w:rsidRDefault="00435DAE">
            <w:pPr>
              <w:rPr>
                <w:lang w:val="pl-PL"/>
              </w:rPr>
            </w:pPr>
          </w:p>
        </w:tc>
      </w:tr>
    </w:tbl>
    <w:p w14:paraId="2169E1AE" w14:textId="77777777" w:rsidR="00435DAE" w:rsidRDefault="00000000">
      <w:pPr>
        <w:spacing w:before="100" w:after="60"/>
      </w:pPr>
      <w:proofErr w:type="spellStart"/>
      <w:r>
        <w:rPr>
          <w:b/>
        </w:rPr>
        <w:t>Wykaz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wykonanych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zamówień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7"/>
        <w:gridCol w:w="3955"/>
        <w:gridCol w:w="2590"/>
        <w:gridCol w:w="1559"/>
        <w:gridCol w:w="2693"/>
        <w:gridCol w:w="1560"/>
        <w:gridCol w:w="2204"/>
      </w:tblGrid>
      <w:tr w:rsidR="002B4D7A" w14:paraId="67471DB5" w14:textId="77777777" w:rsidTr="002B4D7A">
        <w:trPr>
          <w:jc w:val="center"/>
        </w:trPr>
        <w:tc>
          <w:tcPr>
            <w:tcW w:w="39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039DD5" w14:textId="77777777" w:rsidR="002B4D7A" w:rsidRDefault="002B4D7A">
            <w:pPr>
              <w:spacing w:line="216" w:lineRule="auto"/>
              <w:jc w:val="center"/>
            </w:pPr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3955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AFB7B" w14:textId="77777777" w:rsidR="002B4D7A" w:rsidRDefault="002B4D7A">
            <w:pPr>
              <w:spacing w:line="216" w:lineRule="auto"/>
              <w:jc w:val="center"/>
            </w:pPr>
            <w:r>
              <w:rPr>
                <w:b/>
                <w:sz w:val="16"/>
              </w:rPr>
              <w:t>Nazwa / przedmiot zamówienia</w:t>
            </w:r>
          </w:p>
        </w:tc>
        <w:tc>
          <w:tcPr>
            <w:tcW w:w="259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E3DFB" w14:textId="77777777" w:rsidR="002B4D7A" w:rsidRDefault="002B4D7A">
            <w:pPr>
              <w:spacing w:line="216" w:lineRule="auto"/>
              <w:jc w:val="center"/>
            </w:pPr>
            <w:r>
              <w:rPr>
                <w:b/>
                <w:sz w:val="16"/>
              </w:rPr>
              <w:t>Zamawiający / odbiorca</w:t>
            </w:r>
          </w:p>
        </w:tc>
        <w:tc>
          <w:tcPr>
            <w:tcW w:w="1559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C84AD" w14:textId="1B8F59BD" w:rsidR="002B4D7A" w:rsidRDefault="002B4D7A">
            <w:pPr>
              <w:spacing w:line="216" w:lineRule="auto"/>
              <w:jc w:val="center"/>
            </w:pPr>
            <w:proofErr w:type="spellStart"/>
            <w:r>
              <w:rPr>
                <w:b/>
                <w:sz w:val="16"/>
              </w:rPr>
              <w:t>Rodzaj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obiektu</w:t>
            </w:r>
            <w:proofErr w:type="spellEnd"/>
          </w:p>
        </w:tc>
        <w:tc>
          <w:tcPr>
            <w:tcW w:w="2693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AA70F" w14:textId="14E0EFE0" w:rsidR="002B4D7A" w:rsidRDefault="002B4D7A">
            <w:pPr>
              <w:spacing w:line="216" w:lineRule="auto"/>
              <w:jc w:val="center"/>
            </w:pPr>
            <w:proofErr w:type="spellStart"/>
            <w:r w:rsidRPr="002B4D7A">
              <w:rPr>
                <w:b/>
                <w:sz w:val="16"/>
              </w:rPr>
              <w:t>Zintegrowane</w:t>
            </w:r>
            <w:proofErr w:type="spellEnd"/>
            <w:r w:rsidRPr="002B4D7A">
              <w:rPr>
                <w:b/>
                <w:sz w:val="16"/>
              </w:rPr>
              <w:t xml:space="preserve"> </w:t>
            </w:r>
            <w:proofErr w:type="spellStart"/>
            <w:r w:rsidRPr="002B4D7A">
              <w:rPr>
                <w:b/>
                <w:sz w:val="16"/>
              </w:rPr>
              <w:t>urządzenia</w:t>
            </w:r>
            <w:proofErr w:type="spellEnd"/>
            <w:r w:rsidRPr="002B4D7A">
              <w:rPr>
                <w:b/>
                <w:sz w:val="16"/>
              </w:rPr>
              <w:t xml:space="preserve"> / </w:t>
            </w:r>
            <w:proofErr w:type="spellStart"/>
            <w:r w:rsidRPr="002B4D7A">
              <w:rPr>
                <w:b/>
                <w:sz w:val="16"/>
              </w:rPr>
              <w:t>źródła</w:t>
            </w:r>
            <w:proofErr w:type="spellEnd"/>
          </w:p>
        </w:tc>
        <w:tc>
          <w:tcPr>
            <w:tcW w:w="156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84B1B6" w14:textId="77777777" w:rsidR="002B4D7A" w:rsidRDefault="002B4D7A">
            <w:pPr>
              <w:spacing w:line="216" w:lineRule="auto"/>
              <w:jc w:val="center"/>
            </w:pPr>
            <w:r>
              <w:rPr>
                <w:b/>
                <w:sz w:val="16"/>
              </w:rPr>
              <w:t xml:space="preserve">Data </w:t>
            </w:r>
            <w:proofErr w:type="spellStart"/>
            <w:r>
              <w:rPr>
                <w:b/>
                <w:sz w:val="16"/>
              </w:rPr>
              <w:t>realizacji</w:t>
            </w:r>
            <w:proofErr w:type="spellEnd"/>
          </w:p>
        </w:tc>
        <w:tc>
          <w:tcPr>
            <w:tcW w:w="220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24BEA" w14:textId="77777777" w:rsidR="002B4D7A" w:rsidRDefault="002B4D7A">
            <w:pPr>
              <w:spacing w:line="216" w:lineRule="auto"/>
              <w:jc w:val="center"/>
            </w:pPr>
            <w:r>
              <w:rPr>
                <w:b/>
                <w:sz w:val="16"/>
              </w:rPr>
              <w:t>Dokument potwierdzający należyte wykonanie</w:t>
            </w:r>
          </w:p>
        </w:tc>
      </w:tr>
      <w:tr w:rsidR="002B4D7A" w14:paraId="19F8A0A9" w14:textId="77777777" w:rsidTr="002B4D7A">
        <w:trPr>
          <w:jc w:val="center"/>
        </w:trPr>
        <w:tc>
          <w:tcPr>
            <w:tcW w:w="397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E4B9075" w14:textId="77777777" w:rsidR="002B4D7A" w:rsidRDefault="002B4D7A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955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3F19AF8" w14:textId="77777777" w:rsidR="002B4D7A" w:rsidRDefault="002B4D7A"/>
        </w:tc>
        <w:tc>
          <w:tcPr>
            <w:tcW w:w="2590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06D2D3FE" w14:textId="77777777" w:rsidR="002B4D7A" w:rsidRDefault="002B4D7A"/>
        </w:tc>
        <w:tc>
          <w:tcPr>
            <w:tcW w:w="1559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611B7E14" w14:textId="77777777" w:rsidR="002B4D7A" w:rsidRDefault="002B4D7A">
            <w:pPr>
              <w:jc w:val="center"/>
            </w:pPr>
          </w:p>
        </w:tc>
        <w:tc>
          <w:tcPr>
            <w:tcW w:w="2693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6C0B80E" w14:textId="77777777" w:rsidR="002B4D7A" w:rsidRDefault="002B4D7A">
            <w:pPr>
              <w:jc w:val="center"/>
            </w:pPr>
          </w:p>
        </w:tc>
        <w:tc>
          <w:tcPr>
            <w:tcW w:w="1560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64525BC" w14:textId="77777777" w:rsidR="002B4D7A" w:rsidRDefault="002B4D7A">
            <w:pPr>
              <w:jc w:val="center"/>
            </w:pPr>
          </w:p>
        </w:tc>
        <w:tc>
          <w:tcPr>
            <w:tcW w:w="2204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5C5A285" w14:textId="77777777" w:rsidR="002B4D7A" w:rsidRDefault="002B4D7A"/>
        </w:tc>
      </w:tr>
      <w:tr w:rsidR="002B4D7A" w14:paraId="70D44BC2" w14:textId="77777777" w:rsidTr="002B4D7A">
        <w:trPr>
          <w:jc w:val="center"/>
        </w:trPr>
        <w:tc>
          <w:tcPr>
            <w:tcW w:w="397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2382CC9" w14:textId="77777777" w:rsidR="002B4D7A" w:rsidRDefault="002B4D7A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955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01B2077" w14:textId="77777777" w:rsidR="002B4D7A" w:rsidRDefault="002B4D7A"/>
        </w:tc>
        <w:tc>
          <w:tcPr>
            <w:tcW w:w="2590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BB96266" w14:textId="77777777" w:rsidR="002B4D7A" w:rsidRDefault="002B4D7A"/>
        </w:tc>
        <w:tc>
          <w:tcPr>
            <w:tcW w:w="1559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7200D5EB" w14:textId="77777777" w:rsidR="002B4D7A" w:rsidRDefault="002B4D7A">
            <w:pPr>
              <w:jc w:val="center"/>
            </w:pPr>
          </w:p>
        </w:tc>
        <w:tc>
          <w:tcPr>
            <w:tcW w:w="2693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51B83AC" w14:textId="77777777" w:rsidR="002B4D7A" w:rsidRDefault="002B4D7A">
            <w:pPr>
              <w:jc w:val="center"/>
            </w:pPr>
          </w:p>
        </w:tc>
        <w:tc>
          <w:tcPr>
            <w:tcW w:w="1560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5E1377CC" w14:textId="77777777" w:rsidR="002B4D7A" w:rsidRDefault="002B4D7A">
            <w:pPr>
              <w:jc w:val="center"/>
            </w:pPr>
          </w:p>
        </w:tc>
        <w:tc>
          <w:tcPr>
            <w:tcW w:w="2204" w:type="dxa"/>
            <w:tcMar>
              <w:top w:w="115" w:type="dxa"/>
              <w:left w:w="70" w:type="dxa"/>
              <w:bottom w:w="115" w:type="dxa"/>
              <w:right w:w="70" w:type="dxa"/>
            </w:tcMar>
            <w:vAlign w:val="center"/>
          </w:tcPr>
          <w:p w14:paraId="2BE7A5E7" w14:textId="77777777" w:rsidR="002B4D7A" w:rsidRDefault="002B4D7A"/>
        </w:tc>
      </w:tr>
    </w:tbl>
    <w:p w14:paraId="1B6B3E33" w14:textId="77777777" w:rsidR="00435DAE" w:rsidRPr="00244133" w:rsidRDefault="00000000">
      <w:pPr>
        <w:spacing w:before="80" w:after="20"/>
        <w:rPr>
          <w:lang w:val="pl-PL"/>
        </w:rPr>
      </w:pPr>
      <w:r w:rsidRPr="00244133">
        <w:rPr>
          <w:b/>
          <w:lang w:val="pl-PL"/>
        </w:rPr>
        <w:t xml:space="preserve">Oświadczenie Wykonawcy: </w:t>
      </w:r>
      <w:r w:rsidRPr="00244133">
        <w:rPr>
          <w:lang w:val="pl-PL"/>
        </w:rPr>
        <w:t>Oświadczam, że informacje podane w powyższym wykazie są zgodne ze stanem faktycznym, a wskazane zamówienia zostały wykonane należycie.</w:t>
      </w:r>
    </w:p>
    <w:p w14:paraId="7C3DF394" w14:textId="5F88B605" w:rsidR="00435DAE" w:rsidRPr="00244133" w:rsidRDefault="00EE1EE8">
      <w:pPr>
        <w:spacing w:after="60"/>
        <w:rPr>
          <w:lang w:val="pl-PL"/>
        </w:rPr>
      </w:pPr>
      <w:r w:rsidRPr="00EE1EE8">
        <w:rPr>
          <w:i/>
          <w:sz w:val="18"/>
          <w:lang w:val="pl-PL"/>
        </w:rPr>
        <w:t>Do wykazu należy dołączyć referencje, protokoły odbioru lub inne równoważne dokumenty potwierdzające zakres integracji i należyte wykonanie dla wskazanej realizacji.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812"/>
        <w:gridCol w:w="3812"/>
        <w:gridCol w:w="3812"/>
      </w:tblGrid>
      <w:tr w:rsidR="00435DAE" w:rsidRPr="00F24FE7" w14:paraId="5F438748" w14:textId="77777777">
        <w:trPr>
          <w:jc w:val="center"/>
        </w:trPr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678C9" w14:textId="77777777" w:rsidR="00435DAE" w:rsidRDefault="00000000">
            <w:proofErr w:type="spellStart"/>
            <w:r>
              <w:rPr>
                <w:b/>
              </w:rPr>
              <w:t>Miejscowość</w:t>
            </w:r>
            <w:proofErr w:type="spellEnd"/>
            <w:r>
              <w:rPr>
                <w:b/>
              </w:rPr>
              <w:t xml:space="preserve"> i data</w:t>
            </w:r>
          </w:p>
        </w:tc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44B952" w14:textId="77777777" w:rsidR="00435DAE" w:rsidRDefault="00435DAE"/>
        </w:tc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653D5" w14:textId="77777777" w:rsidR="00435DAE" w:rsidRPr="00244133" w:rsidRDefault="00000000">
            <w:pPr>
              <w:rPr>
                <w:lang w:val="pl-PL"/>
              </w:rPr>
            </w:pPr>
            <w:r w:rsidRPr="00244133">
              <w:rPr>
                <w:b/>
                <w:lang w:val="pl-PL"/>
              </w:rPr>
              <w:t>Imię i nazwisko osoby uprawnionej</w:t>
            </w:r>
          </w:p>
        </w:tc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AF270" w14:textId="77777777" w:rsidR="00435DAE" w:rsidRPr="00244133" w:rsidRDefault="00435DAE">
            <w:pPr>
              <w:rPr>
                <w:lang w:val="pl-PL"/>
              </w:rPr>
            </w:pPr>
          </w:p>
        </w:tc>
      </w:tr>
      <w:tr w:rsidR="00435DAE" w14:paraId="38AF840B" w14:textId="77777777">
        <w:trPr>
          <w:jc w:val="center"/>
        </w:trPr>
        <w:tc>
          <w:tcPr>
            <w:tcW w:w="38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9B1C5" w14:textId="77777777" w:rsidR="00435DAE" w:rsidRDefault="00000000">
            <w:proofErr w:type="spellStart"/>
            <w:r>
              <w:rPr>
                <w:b/>
              </w:rPr>
              <w:t>Podpis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podpis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elektroniczny</w:t>
            </w:r>
            <w:proofErr w:type="spellEnd"/>
          </w:p>
        </w:tc>
        <w:tc>
          <w:tcPr>
            <w:tcW w:w="11436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59986" w14:textId="77777777" w:rsidR="00435DAE" w:rsidRDefault="00435DAE"/>
        </w:tc>
      </w:tr>
    </w:tbl>
    <w:p w14:paraId="40697615" w14:textId="77777777" w:rsidR="00E37A5B" w:rsidRDefault="00E37A5B"/>
    <w:sectPr w:rsidR="00E37A5B" w:rsidSect="00034616">
      <w:headerReference w:type="default" r:id="rId8"/>
      <w:pgSz w:w="16838" w:h="11906" w:orient="landscape"/>
      <w:pgMar w:top="68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A9CF6" w14:textId="77777777" w:rsidR="00723A59" w:rsidRDefault="00723A59" w:rsidP="00244133">
      <w:pPr>
        <w:spacing w:after="0" w:line="240" w:lineRule="auto"/>
      </w:pPr>
      <w:r>
        <w:separator/>
      </w:r>
    </w:p>
  </w:endnote>
  <w:endnote w:type="continuationSeparator" w:id="0">
    <w:p w14:paraId="223F7EAD" w14:textId="77777777" w:rsidR="00723A59" w:rsidRDefault="00723A59" w:rsidP="0024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633BF" w14:textId="77777777" w:rsidR="00723A59" w:rsidRDefault="00723A59" w:rsidP="00244133">
      <w:pPr>
        <w:spacing w:after="0" w:line="240" w:lineRule="auto"/>
      </w:pPr>
      <w:r>
        <w:separator/>
      </w:r>
    </w:p>
  </w:footnote>
  <w:footnote w:type="continuationSeparator" w:id="0">
    <w:p w14:paraId="75FB2143" w14:textId="77777777" w:rsidR="00723A59" w:rsidRDefault="00723A59" w:rsidP="00244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0FFE" w14:textId="6981C260" w:rsidR="00244133" w:rsidRDefault="00244133" w:rsidP="00244133">
    <w:pPr>
      <w:pStyle w:val="Nagwek"/>
      <w:jc w:val="center"/>
    </w:pPr>
    <w:r>
      <w:rPr>
        <w:noProof/>
      </w:rPr>
      <w:drawing>
        <wp:inline distT="0" distB="0" distL="0" distR="0" wp14:anchorId="320AD4B0" wp14:editId="648E286C">
          <wp:extent cx="5760720" cy="774700"/>
          <wp:effectExtent l="0" t="0" r="0" b="6350"/>
          <wp:docPr id="129199814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9814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813688">
    <w:abstractNumId w:val="8"/>
  </w:num>
  <w:num w:numId="2" w16cid:durableId="1632246886">
    <w:abstractNumId w:val="6"/>
  </w:num>
  <w:num w:numId="3" w16cid:durableId="1305624477">
    <w:abstractNumId w:val="5"/>
  </w:num>
  <w:num w:numId="4" w16cid:durableId="68893378">
    <w:abstractNumId w:val="4"/>
  </w:num>
  <w:num w:numId="5" w16cid:durableId="126705620">
    <w:abstractNumId w:val="7"/>
  </w:num>
  <w:num w:numId="6" w16cid:durableId="1117868003">
    <w:abstractNumId w:val="3"/>
  </w:num>
  <w:num w:numId="7" w16cid:durableId="291178992">
    <w:abstractNumId w:val="2"/>
  </w:num>
  <w:num w:numId="8" w16cid:durableId="2105344441">
    <w:abstractNumId w:val="1"/>
  </w:num>
  <w:num w:numId="9" w16cid:durableId="1714496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723"/>
    <w:rsid w:val="0015074B"/>
    <w:rsid w:val="001A3D28"/>
    <w:rsid w:val="00244133"/>
    <w:rsid w:val="0029639D"/>
    <w:rsid w:val="002B4D7A"/>
    <w:rsid w:val="00326F90"/>
    <w:rsid w:val="0036290F"/>
    <w:rsid w:val="00435DAE"/>
    <w:rsid w:val="00723A59"/>
    <w:rsid w:val="0088174C"/>
    <w:rsid w:val="009F3342"/>
    <w:rsid w:val="00AA1D8D"/>
    <w:rsid w:val="00B22738"/>
    <w:rsid w:val="00B47730"/>
    <w:rsid w:val="00C25A8B"/>
    <w:rsid w:val="00CB0664"/>
    <w:rsid w:val="00D8090F"/>
    <w:rsid w:val="00E37A5B"/>
    <w:rsid w:val="00EE1EE8"/>
    <w:rsid w:val="00F24FE7"/>
    <w:rsid w:val="00F678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0377A"/>
  <w14:defaultImageDpi w14:val="300"/>
  <w15:docId w15:val="{A04E5585-2FCE-4CB9-A2F2-B2160238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Union Consulting</cp:lastModifiedBy>
  <cp:revision>9</cp:revision>
  <dcterms:created xsi:type="dcterms:W3CDTF">2026-08-21T11:12:00Z</dcterms:created>
  <dcterms:modified xsi:type="dcterms:W3CDTF">2026-10-02T14:23:00Z</dcterms:modified>
  <cp:category/>
</cp:coreProperties>
</file>