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A34CE" w14:textId="6B9E9321" w:rsidR="0076257A" w:rsidRPr="002B4D7A" w:rsidRDefault="0076257A" w:rsidP="0076257A">
      <w:pPr>
        <w:spacing w:after="20"/>
        <w:rPr>
          <w:b/>
          <w:bCs/>
          <w:i/>
          <w:iCs/>
          <w:lang w:val="pl-PL"/>
        </w:rPr>
      </w:pPr>
      <w:r w:rsidRPr="002B4D7A">
        <w:rPr>
          <w:b/>
          <w:bCs/>
          <w:i/>
          <w:iCs/>
          <w:lang w:val="pl-PL"/>
        </w:rPr>
        <w:t xml:space="preserve">załącznik nr </w:t>
      </w:r>
      <w:r>
        <w:rPr>
          <w:b/>
          <w:bCs/>
          <w:i/>
          <w:iCs/>
          <w:lang w:val="pl-PL"/>
        </w:rPr>
        <w:t>4</w:t>
      </w:r>
    </w:p>
    <w:p w14:paraId="0171B680" w14:textId="0272EAC6" w:rsidR="00074669" w:rsidRPr="00074669" w:rsidRDefault="00074669" w:rsidP="00074669">
      <w:pPr>
        <w:spacing w:after="20"/>
        <w:jc w:val="center"/>
        <w:rPr>
          <w:b/>
          <w:sz w:val="26"/>
          <w:szCs w:val="26"/>
          <w:lang w:val="pl-PL"/>
        </w:rPr>
      </w:pPr>
      <w:r w:rsidRPr="00074669">
        <w:rPr>
          <w:b/>
          <w:sz w:val="26"/>
          <w:szCs w:val="26"/>
          <w:lang w:val="pl-PL"/>
        </w:rPr>
        <w:t>Wykaz doświadczenia wykonawcy</w:t>
      </w:r>
      <w:r w:rsidR="00000000" w:rsidRPr="00074669">
        <w:rPr>
          <w:b/>
          <w:sz w:val="26"/>
          <w:szCs w:val="26"/>
          <w:lang w:val="pl-PL"/>
        </w:rPr>
        <w:t xml:space="preserve"> w realizacji systemu BESS</w:t>
      </w:r>
    </w:p>
    <w:p w14:paraId="18278BCF" w14:textId="7DDC9419" w:rsidR="00435DAE" w:rsidRPr="00244133" w:rsidRDefault="00000000">
      <w:pPr>
        <w:spacing w:after="60" w:line="240" w:lineRule="auto"/>
        <w:rPr>
          <w:lang w:val="pl-PL"/>
        </w:rPr>
      </w:pPr>
      <w:r w:rsidRPr="00244133">
        <w:rPr>
          <w:b/>
          <w:lang w:val="pl-PL"/>
        </w:rPr>
        <w:t>Warunek udziału</w:t>
      </w:r>
      <w:r w:rsidR="00074669">
        <w:rPr>
          <w:b/>
          <w:lang w:val="pl-PL"/>
        </w:rPr>
        <w:t xml:space="preserve"> w postępowaniu</w:t>
      </w:r>
      <w:r w:rsidRPr="00244133">
        <w:rPr>
          <w:b/>
          <w:lang w:val="pl-PL"/>
        </w:rPr>
        <w:t xml:space="preserve">: </w:t>
      </w:r>
      <w:r w:rsidRPr="00244133">
        <w:rPr>
          <w:lang w:val="pl-PL"/>
        </w:rPr>
        <w:t>W okresie ostatnich 5 lat przed upływem terminu składania ofert, a jeżeli okres prowadzenia działalności jest krótszy – w tym okresie, Wykonawca należycie wykonał co najmniej jedną dostawę wraz z montażem i uruchomieniem bateryjnego magazynu energii o mocy co najmniej 500 kW i pojemności co najmniej 1 000 kWh, zintegrowanego z instalacją elektroenergetyczną obiektu.</w:t>
      </w:r>
    </w:p>
    <w:p w14:paraId="402B35BA" w14:textId="6FA80215" w:rsidR="00435DAE" w:rsidRDefault="00000000">
      <w:pPr>
        <w:spacing w:after="100" w:line="240" w:lineRule="auto"/>
        <w:rPr>
          <w:i/>
          <w:lang w:val="pl-PL"/>
        </w:rPr>
      </w:pPr>
      <w:r w:rsidRPr="00244133">
        <w:rPr>
          <w:b/>
          <w:lang w:val="pl-PL"/>
        </w:rPr>
        <w:t>Dokumenty potwierdzające</w:t>
      </w:r>
      <w:r w:rsidR="003859CF">
        <w:rPr>
          <w:b/>
          <w:lang w:val="pl-PL"/>
        </w:rPr>
        <w:t xml:space="preserve"> do załączenia</w:t>
      </w:r>
      <w:r w:rsidRPr="00244133">
        <w:rPr>
          <w:b/>
          <w:lang w:val="pl-PL"/>
        </w:rPr>
        <w:t xml:space="preserve">: </w:t>
      </w:r>
      <w:r w:rsidRPr="00244133">
        <w:rPr>
          <w:i/>
          <w:lang w:val="pl-PL"/>
        </w:rPr>
        <w:t>referencj</w:t>
      </w:r>
      <w:r w:rsidR="003859CF">
        <w:rPr>
          <w:i/>
          <w:lang w:val="pl-PL"/>
        </w:rPr>
        <w:t>e</w:t>
      </w:r>
      <w:r w:rsidRPr="00244133">
        <w:rPr>
          <w:i/>
          <w:lang w:val="pl-PL"/>
        </w:rPr>
        <w:t>, protokoł</w:t>
      </w:r>
      <w:r w:rsidR="003859CF">
        <w:rPr>
          <w:i/>
          <w:lang w:val="pl-PL"/>
        </w:rPr>
        <w:t>y</w:t>
      </w:r>
      <w:r w:rsidRPr="00244133">
        <w:rPr>
          <w:i/>
          <w:lang w:val="pl-PL"/>
        </w:rPr>
        <w:t xml:space="preserve"> odbioru lub inn</w:t>
      </w:r>
      <w:r w:rsidR="003859CF">
        <w:rPr>
          <w:i/>
          <w:lang w:val="pl-PL"/>
        </w:rPr>
        <w:t>e</w:t>
      </w:r>
      <w:r w:rsidRPr="00244133">
        <w:rPr>
          <w:i/>
          <w:lang w:val="pl-PL"/>
        </w:rPr>
        <w:t xml:space="preserve"> równoważn</w:t>
      </w:r>
      <w:r w:rsidR="003859CF">
        <w:rPr>
          <w:i/>
          <w:lang w:val="pl-PL"/>
        </w:rPr>
        <w:t>e</w:t>
      </w:r>
      <w:r w:rsidRPr="00244133">
        <w:rPr>
          <w:i/>
          <w:lang w:val="pl-PL"/>
        </w:rPr>
        <w:t xml:space="preserve"> dowod</w:t>
      </w:r>
      <w:r w:rsidR="003859CF">
        <w:rPr>
          <w:i/>
          <w:lang w:val="pl-PL"/>
        </w:rPr>
        <w:t>y</w:t>
      </w:r>
      <w:r w:rsidRPr="00244133">
        <w:rPr>
          <w:i/>
          <w:lang w:val="pl-PL"/>
        </w:rPr>
        <w:t xml:space="preserve"> należytego wykonania, zawierają</w:t>
      </w:r>
      <w:r w:rsidR="003859CF">
        <w:rPr>
          <w:i/>
          <w:lang w:val="pl-PL"/>
        </w:rPr>
        <w:t>ce</w:t>
      </w:r>
      <w:r w:rsidRPr="00244133">
        <w:rPr>
          <w:i/>
          <w:lang w:val="pl-PL"/>
        </w:rPr>
        <w:t xml:space="preserve"> co najmniej zakres, parametry instalacji i datę realizacji.</w:t>
      </w:r>
    </w:p>
    <w:p w14:paraId="1ECA169B" w14:textId="77777777" w:rsidR="00074669" w:rsidRPr="00244133" w:rsidRDefault="00074669">
      <w:pPr>
        <w:spacing w:after="100" w:line="240" w:lineRule="auto"/>
        <w:rPr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812"/>
        <w:gridCol w:w="3812"/>
        <w:gridCol w:w="3812"/>
        <w:gridCol w:w="3812"/>
      </w:tblGrid>
      <w:tr w:rsidR="00435DAE" w14:paraId="6C74C098" w14:textId="77777777">
        <w:trPr>
          <w:jc w:val="center"/>
        </w:trPr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B8FCE2" w14:textId="77777777" w:rsidR="00435DAE" w:rsidRDefault="00000000">
            <w:r>
              <w:rPr>
                <w:b/>
              </w:rPr>
              <w:t xml:space="preserve">Nazwa </w:t>
            </w:r>
            <w:proofErr w:type="spellStart"/>
            <w:r>
              <w:rPr>
                <w:b/>
              </w:rPr>
              <w:t>Wykonawcy</w:t>
            </w:r>
            <w:proofErr w:type="spellEnd"/>
          </w:p>
        </w:tc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CA3B8C" w14:textId="77777777" w:rsidR="00435DAE" w:rsidRDefault="00435DAE"/>
        </w:tc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5B54B6" w14:textId="77777777" w:rsidR="00435DAE" w:rsidRDefault="00000000">
            <w:r>
              <w:rPr>
                <w:b/>
              </w:rPr>
              <w:t>Adres</w:t>
            </w:r>
          </w:p>
        </w:tc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CD7E58" w14:textId="77777777" w:rsidR="00435DAE" w:rsidRDefault="00435DAE"/>
        </w:tc>
      </w:tr>
      <w:tr w:rsidR="00435DAE" w:rsidRPr="00074669" w14:paraId="14EB495B" w14:textId="77777777">
        <w:trPr>
          <w:jc w:val="center"/>
        </w:trPr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0D8420" w14:textId="77777777" w:rsidR="00435DAE" w:rsidRPr="00244133" w:rsidRDefault="00000000">
            <w:pPr>
              <w:rPr>
                <w:lang w:val="pl-PL"/>
              </w:rPr>
            </w:pPr>
            <w:r w:rsidRPr="00244133">
              <w:rPr>
                <w:b/>
                <w:lang w:val="pl-PL"/>
              </w:rPr>
              <w:t>NIP / inny właściwy numer identyfikacyjny</w:t>
            </w:r>
          </w:p>
        </w:tc>
        <w:tc>
          <w:tcPr>
            <w:tcW w:w="11436" w:type="dxa"/>
            <w:gridSpan w:val="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9291AB" w14:textId="77777777" w:rsidR="00435DAE" w:rsidRPr="00244133" w:rsidRDefault="00435DAE">
            <w:pPr>
              <w:rPr>
                <w:lang w:val="pl-PL"/>
              </w:rPr>
            </w:pPr>
          </w:p>
        </w:tc>
      </w:tr>
    </w:tbl>
    <w:p w14:paraId="2169E1AE" w14:textId="77777777" w:rsidR="00435DAE" w:rsidRDefault="00000000">
      <w:pPr>
        <w:spacing w:before="100" w:after="60"/>
      </w:pPr>
      <w:proofErr w:type="spellStart"/>
      <w:r>
        <w:rPr>
          <w:b/>
        </w:rPr>
        <w:t>Wykaz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wykonanych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zamówień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7"/>
        <w:gridCol w:w="2268"/>
        <w:gridCol w:w="1984"/>
        <w:gridCol w:w="1020"/>
        <w:gridCol w:w="1191"/>
        <w:gridCol w:w="3402"/>
        <w:gridCol w:w="1191"/>
        <w:gridCol w:w="2608"/>
      </w:tblGrid>
      <w:tr w:rsidR="00435DAE" w14:paraId="67471DB5" w14:textId="77777777">
        <w:trPr>
          <w:jc w:val="center"/>
        </w:trPr>
        <w:tc>
          <w:tcPr>
            <w:tcW w:w="39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039DD5" w14:textId="77777777" w:rsidR="00435DAE" w:rsidRDefault="00000000">
            <w:pPr>
              <w:spacing w:line="216" w:lineRule="auto"/>
              <w:jc w:val="center"/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268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CAFB7B" w14:textId="77777777" w:rsidR="00435DAE" w:rsidRDefault="00000000">
            <w:pPr>
              <w:spacing w:line="216" w:lineRule="auto"/>
              <w:jc w:val="center"/>
            </w:pPr>
            <w:r>
              <w:rPr>
                <w:b/>
                <w:sz w:val="16"/>
              </w:rPr>
              <w:t>Nazwa / przedmiot zamówienia</w:t>
            </w:r>
          </w:p>
        </w:tc>
        <w:tc>
          <w:tcPr>
            <w:tcW w:w="1984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E3DFB" w14:textId="77777777" w:rsidR="00435DAE" w:rsidRDefault="00000000">
            <w:pPr>
              <w:spacing w:line="216" w:lineRule="auto"/>
              <w:jc w:val="center"/>
            </w:pPr>
            <w:r>
              <w:rPr>
                <w:b/>
                <w:sz w:val="16"/>
              </w:rPr>
              <w:t>Zamawiający / odbiorca</w:t>
            </w:r>
          </w:p>
        </w:tc>
        <w:tc>
          <w:tcPr>
            <w:tcW w:w="102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C84AD" w14:textId="77777777" w:rsidR="00435DAE" w:rsidRDefault="00000000">
            <w:pPr>
              <w:spacing w:line="216" w:lineRule="auto"/>
              <w:jc w:val="center"/>
            </w:pPr>
            <w:r>
              <w:rPr>
                <w:b/>
                <w:sz w:val="16"/>
              </w:rPr>
              <w:t>Moc BESS [kW]</w:t>
            </w:r>
          </w:p>
        </w:tc>
        <w:tc>
          <w:tcPr>
            <w:tcW w:w="1191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BAA70F" w14:textId="77777777" w:rsidR="00435DAE" w:rsidRDefault="00000000">
            <w:pPr>
              <w:spacing w:line="216" w:lineRule="auto"/>
              <w:jc w:val="center"/>
            </w:pPr>
            <w:r>
              <w:rPr>
                <w:b/>
                <w:sz w:val="16"/>
              </w:rPr>
              <w:t>Pojemność BESS [kWh]</w:t>
            </w:r>
          </w:p>
        </w:tc>
        <w:tc>
          <w:tcPr>
            <w:tcW w:w="3402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A7A57F" w14:textId="77777777" w:rsidR="00435DAE" w:rsidRPr="00244133" w:rsidRDefault="00000000">
            <w:pPr>
              <w:spacing w:line="216" w:lineRule="auto"/>
              <w:jc w:val="center"/>
              <w:rPr>
                <w:lang w:val="pl-PL"/>
              </w:rPr>
            </w:pPr>
            <w:r w:rsidRPr="00244133">
              <w:rPr>
                <w:b/>
                <w:sz w:val="16"/>
                <w:lang w:val="pl-PL"/>
              </w:rPr>
              <w:t>Zakres realizacji i integracji z instalacją elektroenergetyczną obiektu</w:t>
            </w:r>
          </w:p>
        </w:tc>
        <w:tc>
          <w:tcPr>
            <w:tcW w:w="1191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84B1B6" w14:textId="77777777" w:rsidR="00435DAE" w:rsidRDefault="00000000">
            <w:pPr>
              <w:spacing w:line="216" w:lineRule="auto"/>
              <w:jc w:val="center"/>
            </w:pPr>
            <w:r>
              <w:rPr>
                <w:b/>
                <w:sz w:val="16"/>
              </w:rPr>
              <w:t xml:space="preserve">Data </w:t>
            </w:r>
            <w:proofErr w:type="spellStart"/>
            <w:r>
              <w:rPr>
                <w:b/>
                <w:sz w:val="16"/>
              </w:rPr>
              <w:t>realizacji</w:t>
            </w:r>
            <w:proofErr w:type="spellEnd"/>
          </w:p>
        </w:tc>
        <w:tc>
          <w:tcPr>
            <w:tcW w:w="2608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A24BEA" w14:textId="77777777" w:rsidR="00435DAE" w:rsidRDefault="00000000">
            <w:pPr>
              <w:spacing w:line="216" w:lineRule="auto"/>
              <w:jc w:val="center"/>
            </w:pPr>
            <w:r>
              <w:rPr>
                <w:b/>
                <w:sz w:val="16"/>
              </w:rPr>
              <w:t>Dokument potwierdzający należyte wykonanie</w:t>
            </w:r>
          </w:p>
        </w:tc>
      </w:tr>
      <w:tr w:rsidR="00435DAE" w14:paraId="19F8A0A9" w14:textId="77777777">
        <w:trPr>
          <w:jc w:val="center"/>
        </w:trPr>
        <w:tc>
          <w:tcPr>
            <w:tcW w:w="397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2E4B9075" w14:textId="77777777" w:rsidR="00435DAE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268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23F19AF8" w14:textId="77777777" w:rsidR="00435DAE" w:rsidRDefault="00435DAE"/>
        </w:tc>
        <w:tc>
          <w:tcPr>
            <w:tcW w:w="1984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06D2D3FE" w14:textId="77777777" w:rsidR="00435DAE" w:rsidRDefault="00435DAE"/>
        </w:tc>
        <w:tc>
          <w:tcPr>
            <w:tcW w:w="1020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611B7E14" w14:textId="77777777" w:rsidR="00435DAE" w:rsidRDefault="00435DAE">
            <w:pPr>
              <w:jc w:val="center"/>
            </w:pPr>
          </w:p>
        </w:tc>
        <w:tc>
          <w:tcPr>
            <w:tcW w:w="1191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6C0B80E" w14:textId="77777777" w:rsidR="00435DAE" w:rsidRDefault="00435DAE">
            <w:pPr>
              <w:jc w:val="center"/>
            </w:pPr>
          </w:p>
        </w:tc>
        <w:tc>
          <w:tcPr>
            <w:tcW w:w="3402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5A61D56A" w14:textId="77777777" w:rsidR="00435DAE" w:rsidRDefault="00435DAE"/>
        </w:tc>
        <w:tc>
          <w:tcPr>
            <w:tcW w:w="1191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64525BC" w14:textId="77777777" w:rsidR="00435DAE" w:rsidRDefault="00435DAE">
            <w:pPr>
              <w:jc w:val="center"/>
            </w:pPr>
          </w:p>
        </w:tc>
        <w:tc>
          <w:tcPr>
            <w:tcW w:w="2608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55C5A285" w14:textId="77777777" w:rsidR="00435DAE" w:rsidRDefault="00435DAE"/>
        </w:tc>
      </w:tr>
      <w:tr w:rsidR="00435DAE" w14:paraId="70D44BC2" w14:textId="77777777">
        <w:trPr>
          <w:jc w:val="center"/>
        </w:trPr>
        <w:tc>
          <w:tcPr>
            <w:tcW w:w="397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2382CC9" w14:textId="77777777" w:rsidR="00435DAE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268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01B2077" w14:textId="77777777" w:rsidR="00435DAE" w:rsidRDefault="00435DAE"/>
        </w:tc>
        <w:tc>
          <w:tcPr>
            <w:tcW w:w="1984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5BB96266" w14:textId="77777777" w:rsidR="00435DAE" w:rsidRDefault="00435DAE"/>
        </w:tc>
        <w:tc>
          <w:tcPr>
            <w:tcW w:w="1020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200D5EB" w14:textId="77777777" w:rsidR="00435DAE" w:rsidRDefault="00435DAE">
            <w:pPr>
              <w:jc w:val="center"/>
            </w:pPr>
          </w:p>
        </w:tc>
        <w:tc>
          <w:tcPr>
            <w:tcW w:w="1191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251B83AC" w14:textId="77777777" w:rsidR="00435DAE" w:rsidRDefault="00435DAE">
            <w:pPr>
              <w:jc w:val="center"/>
            </w:pPr>
          </w:p>
        </w:tc>
        <w:tc>
          <w:tcPr>
            <w:tcW w:w="3402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2B971528" w14:textId="77777777" w:rsidR="00435DAE" w:rsidRDefault="00435DAE"/>
        </w:tc>
        <w:tc>
          <w:tcPr>
            <w:tcW w:w="1191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5E1377CC" w14:textId="77777777" w:rsidR="00435DAE" w:rsidRDefault="00435DAE">
            <w:pPr>
              <w:jc w:val="center"/>
            </w:pPr>
          </w:p>
        </w:tc>
        <w:tc>
          <w:tcPr>
            <w:tcW w:w="2608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2BE7A5E7" w14:textId="77777777" w:rsidR="00435DAE" w:rsidRDefault="00435DAE"/>
        </w:tc>
      </w:tr>
    </w:tbl>
    <w:p w14:paraId="1B6B3E33" w14:textId="77777777" w:rsidR="00435DAE" w:rsidRPr="00244133" w:rsidRDefault="00000000">
      <w:pPr>
        <w:spacing w:before="80" w:after="20"/>
        <w:rPr>
          <w:lang w:val="pl-PL"/>
        </w:rPr>
      </w:pPr>
      <w:r w:rsidRPr="00244133">
        <w:rPr>
          <w:b/>
          <w:lang w:val="pl-PL"/>
        </w:rPr>
        <w:t xml:space="preserve">Oświadczenie Wykonawcy: </w:t>
      </w:r>
      <w:r w:rsidRPr="00244133">
        <w:rPr>
          <w:lang w:val="pl-PL"/>
        </w:rPr>
        <w:t>Oświadczam, że informacje podane w powyższym wykazie są zgodne ze stanem faktycznym, a wskazane zamówienia zostały wykonane należycie.</w:t>
      </w:r>
    </w:p>
    <w:p w14:paraId="7C3DF394" w14:textId="77777777" w:rsidR="00435DAE" w:rsidRPr="00244133" w:rsidRDefault="00000000">
      <w:pPr>
        <w:spacing w:after="60"/>
        <w:rPr>
          <w:lang w:val="pl-PL"/>
        </w:rPr>
      </w:pPr>
      <w:r w:rsidRPr="00244133">
        <w:rPr>
          <w:i/>
          <w:sz w:val="18"/>
          <w:lang w:val="pl-PL"/>
        </w:rPr>
        <w:t>Do wykazu należy dołączyć referencje, protokoły odbioru lub inne równoważne dowody należytego wykonania dla wskazanej realizacji.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812"/>
        <w:gridCol w:w="3812"/>
        <w:gridCol w:w="3812"/>
        <w:gridCol w:w="3812"/>
      </w:tblGrid>
      <w:tr w:rsidR="00435DAE" w:rsidRPr="00074669" w14:paraId="5F438748" w14:textId="77777777">
        <w:trPr>
          <w:jc w:val="center"/>
        </w:trPr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B678C9" w14:textId="77777777" w:rsidR="00435DAE" w:rsidRDefault="00000000">
            <w:proofErr w:type="spellStart"/>
            <w:r>
              <w:rPr>
                <w:b/>
              </w:rPr>
              <w:t>Miejscowość</w:t>
            </w:r>
            <w:proofErr w:type="spellEnd"/>
            <w:r>
              <w:rPr>
                <w:b/>
              </w:rPr>
              <w:t xml:space="preserve"> i data</w:t>
            </w:r>
          </w:p>
        </w:tc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44B952" w14:textId="77777777" w:rsidR="00435DAE" w:rsidRDefault="00435DAE"/>
        </w:tc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8653D5" w14:textId="77777777" w:rsidR="00435DAE" w:rsidRPr="00244133" w:rsidRDefault="00000000">
            <w:pPr>
              <w:rPr>
                <w:lang w:val="pl-PL"/>
              </w:rPr>
            </w:pPr>
            <w:r w:rsidRPr="00244133">
              <w:rPr>
                <w:b/>
                <w:lang w:val="pl-PL"/>
              </w:rPr>
              <w:t>Imię i nazwisko osoby uprawnionej</w:t>
            </w:r>
          </w:p>
        </w:tc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4AF270" w14:textId="77777777" w:rsidR="00435DAE" w:rsidRPr="00244133" w:rsidRDefault="00435DAE">
            <w:pPr>
              <w:rPr>
                <w:lang w:val="pl-PL"/>
              </w:rPr>
            </w:pPr>
          </w:p>
        </w:tc>
      </w:tr>
      <w:tr w:rsidR="00435DAE" w14:paraId="38AF840B" w14:textId="77777777">
        <w:trPr>
          <w:jc w:val="center"/>
        </w:trPr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9B1C5" w14:textId="77777777" w:rsidR="00435DAE" w:rsidRDefault="00000000">
            <w:proofErr w:type="spellStart"/>
            <w:r>
              <w:rPr>
                <w:b/>
              </w:rPr>
              <w:t>Podpis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podpis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elektroniczny</w:t>
            </w:r>
            <w:proofErr w:type="spellEnd"/>
          </w:p>
        </w:tc>
        <w:tc>
          <w:tcPr>
            <w:tcW w:w="1143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159986" w14:textId="77777777" w:rsidR="00435DAE" w:rsidRDefault="00435DAE"/>
        </w:tc>
      </w:tr>
    </w:tbl>
    <w:p w14:paraId="40697615" w14:textId="77777777" w:rsidR="00E37A5B" w:rsidRDefault="00E37A5B"/>
    <w:sectPr w:rsidR="00E37A5B" w:rsidSect="00034616">
      <w:headerReference w:type="default" r:id="rId8"/>
      <w:pgSz w:w="16838" w:h="11906" w:orient="landscape"/>
      <w:pgMar w:top="680" w:right="794" w:bottom="680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0BE9F" w14:textId="77777777" w:rsidR="00170F70" w:rsidRDefault="00170F70" w:rsidP="00244133">
      <w:pPr>
        <w:spacing w:after="0" w:line="240" w:lineRule="auto"/>
      </w:pPr>
      <w:r>
        <w:separator/>
      </w:r>
    </w:p>
  </w:endnote>
  <w:endnote w:type="continuationSeparator" w:id="0">
    <w:p w14:paraId="1260D6BA" w14:textId="77777777" w:rsidR="00170F70" w:rsidRDefault="00170F70" w:rsidP="00244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E52DF" w14:textId="77777777" w:rsidR="00170F70" w:rsidRDefault="00170F70" w:rsidP="00244133">
      <w:pPr>
        <w:spacing w:after="0" w:line="240" w:lineRule="auto"/>
      </w:pPr>
      <w:r>
        <w:separator/>
      </w:r>
    </w:p>
  </w:footnote>
  <w:footnote w:type="continuationSeparator" w:id="0">
    <w:p w14:paraId="7214BA59" w14:textId="77777777" w:rsidR="00170F70" w:rsidRDefault="00170F70" w:rsidP="00244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0FFE" w14:textId="6981C260" w:rsidR="00244133" w:rsidRDefault="00244133" w:rsidP="00244133">
    <w:pPr>
      <w:pStyle w:val="Nagwek"/>
      <w:jc w:val="center"/>
    </w:pPr>
    <w:r>
      <w:rPr>
        <w:noProof/>
      </w:rPr>
      <w:drawing>
        <wp:inline distT="0" distB="0" distL="0" distR="0" wp14:anchorId="320AD4B0" wp14:editId="648E286C">
          <wp:extent cx="5760720" cy="774700"/>
          <wp:effectExtent l="0" t="0" r="0" b="6350"/>
          <wp:docPr id="129199814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99814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813688">
    <w:abstractNumId w:val="8"/>
  </w:num>
  <w:num w:numId="2" w16cid:durableId="1632246886">
    <w:abstractNumId w:val="6"/>
  </w:num>
  <w:num w:numId="3" w16cid:durableId="1305624477">
    <w:abstractNumId w:val="5"/>
  </w:num>
  <w:num w:numId="4" w16cid:durableId="68893378">
    <w:abstractNumId w:val="4"/>
  </w:num>
  <w:num w:numId="5" w16cid:durableId="126705620">
    <w:abstractNumId w:val="7"/>
  </w:num>
  <w:num w:numId="6" w16cid:durableId="1117868003">
    <w:abstractNumId w:val="3"/>
  </w:num>
  <w:num w:numId="7" w16cid:durableId="291178992">
    <w:abstractNumId w:val="2"/>
  </w:num>
  <w:num w:numId="8" w16cid:durableId="2105344441">
    <w:abstractNumId w:val="1"/>
  </w:num>
  <w:num w:numId="9" w16cid:durableId="1714496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669"/>
    <w:rsid w:val="0015074B"/>
    <w:rsid w:val="00170F70"/>
    <w:rsid w:val="00244133"/>
    <w:rsid w:val="0029639D"/>
    <w:rsid w:val="00326F90"/>
    <w:rsid w:val="003859CF"/>
    <w:rsid w:val="00435DAE"/>
    <w:rsid w:val="00651A6F"/>
    <w:rsid w:val="0076257A"/>
    <w:rsid w:val="009F3DB7"/>
    <w:rsid w:val="00AA1D8D"/>
    <w:rsid w:val="00B47730"/>
    <w:rsid w:val="00C25A8B"/>
    <w:rsid w:val="00CB0664"/>
    <w:rsid w:val="00E37A5B"/>
    <w:rsid w:val="00F67A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0377A"/>
  <w14:defaultImageDpi w14:val="300"/>
  <w15:docId w15:val="{A04E5585-2FCE-4CB9-A2F2-B2160238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Union Consulting</cp:lastModifiedBy>
  <cp:revision>5</cp:revision>
  <dcterms:created xsi:type="dcterms:W3CDTF">2013-12-23T23:15:00Z</dcterms:created>
  <dcterms:modified xsi:type="dcterms:W3CDTF">2026-08-21T12:25:00Z</dcterms:modified>
  <cp:category/>
</cp:coreProperties>
</file>