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3E8EB" w14:textId="77777777" w:rsidR="00384BD3" w:rsidRPr="001F69A4" w:rsidRDefault="004A20A6">
      <w:pPr>
        <w:spacing w:after="480"/>
        <w:jc w:val="center"/>
        <w:rPr>
          <w:lang w:val="pl-PL"/>
        </w:rPr>
      </w:pPr>
      <w:r w:rsidRPr="001F69A4">
        <w:rPr>
          <w:b/>
          <w:color w:val="1B365D"/>
          <w:sz w:val="40"/>
          <w:lang w:val="pl-PL"/>
        </w:rPr>
        <w:t>OPIS PRZEDMIOTU ZAMÓWIENIA (OPZ)</w:t>
      </w:r>
    </w:p>
    <w:p w14:paraId="44DB4547" w14:textId="2463A573" w:rsidR="00384BD3" w:rsidRPr="007268C9" w:rsidRDefault="004A20A6">
      <w:pPr>
        <w:spacing w:after="720"/>
        <w:jc w:val="center"/>
        <w:rPr>
          <w:color w:val="1F497D" w:themeColor="text2"/>
          <w:lang w:val="pl-PL"/>
        </w:rPr>
      </w:pPr>
      <w:r w:rsidRPr="001F69A4">
        <w:rPr>
          <w:i/>
          <w:sz w:val="26"/>
          <w:lang w:val="pl-PL"/>
        </w:rPr>
        <w:t xml:space="preserve">Opracowanie kompletnej dokumentacji projektowej dla budowy hybrydowej instalacji fotowoltaicznej o mocy </w:t>
      </w:r>
      <w:r w:rsidR="00AD7C2D" w:rsidRPr="00404F02">
        <w:rPr>
          <w:iCs/>
          <w:color w:val="4F6228" w:themeColor="accent3" w:themeShade="80"/>
          <w:sz w:val="26"/>
          <w:lang w:val="pl-PL"/>
        </w:rPr>
        <w:t>min</w:t>
      </w:r>
      <w:r w:rsidR="00AD7C2D">
        <w:rPr>
          <w:iCs/>
          <w:color w:val="4F6228" w:themeColor="accent3" w:themeShade="80"/>
          <w:sz w:val="26"/>
          <w:lang w:val="pl-PL"/>
        </w:rPr>
        <w:t>.</w:t>
      </w:r>
      <w:r w:rsidR="00AD7C2D" w:rsidRPr="00404F02">
        <w:rPr>
          <w:iCs/>
          <w:color w:val="4F6228" w:themeColor="accent3" w:themeShade="80"/>
          <w:sz w:val="26"/>
          <w:lang w:val="pl-PL"/>
        </w:rPr>
        <w:t xml:space="preserve"> 340</w:t>
      </w:r>
      <w:r w:rsidR="00404F02">
        <w:rPr>
          <w:iCs/>
          <w:color w:val="4F6228" w:themeColor="accent3" w:themeShade="80"/>
          <w:sz w:val="26"/>
          <w:lang w:val="pl-PL"/>
        </w:rPr>
        <w:t xml:space="preserve"> </w:t>
      </w:r>
      <w:proofErr w:type="spellStart"/>
      <w:r w:rsidR="00AD7C2D" w:rsidRPr="00404F02">
        <w:rPr>
          <w:iCs/>
          <w:color w:val="4F6228" w:themeColor="accent3" w:themeShade="80"/>
          <w:sz w:val="26"/>
          <w:lang w:val="pl-PL"/>
        </w:rPr>
        <w:t>kWp</w:t>
      </w:r>
      <w:proofErr w:type="spellEnd"/>
      <w:r w:rsidR="00AD7C2D">
        <w:rPr>
          <w:iCs/>
          <w:color w:val="4F6228" w:themeColor="accent3" w:themeShade="80"/>
          <w:sz w:val="26"/>
          <w:lang w:val="pl-PL"/>
        </w:rPr>
        <w:t xml:space="preserve"> </w:t>
      </w:r>
      <w:r w:rsidRPr="00404F02">
        <w:rPr>
          <w:iCs/>
          <w:color w:val="4F6228" w:themeColor="accent3" w:themeShade="80"/>
          <w:sz w:val="26"/>
          <w:lang w:val="pl-PL"/>
        </w:rPr>
        <w:t>wraz</w:t>
      </w:r>
      <w:r w:rsidRPr="00404F02">
        <w:rPr>
          <w:i/>
          <w:color w:val="4F6228" w:themeColor="accent3" w:themeShade="80"/>
          <w:sz w:val="26"/>
          <w:lang w:val="pl-PL"/>
        </w:rPr>
        <w:t xml:space="preserve"> </w:t>
      </w:r>
      <w:r w:rsidRPr="001F69A4">
        <w:rPr>
          <w:i/>
          <w:sz w:val="26"/>
          <w:lang w:val="pl-PL"/>
        </w:rPr>
        <w:t xml:space="preserve">z magazynem energii o mocy </w:t>
      </w:r>
      <w:r w:rsidR="008A6F06" w:rsidRPr="001F69A4">
        <w:rPr>
          <w:i/>
          <w:sz w:val="26"/>
          <w:lang w:val="pl-PL"/>
        </w:rPr>
        <w:t>50</w:t>
      </w:r>
      <w:r w:rsidRPr="001F69A4">
        <w:rPr>
          <w:i/>
          <w:sz w:val="26"/>
          <w:lang w:val="pl-PL"/>
        </w:rPr>
        <w:t xml:space="preserve">0 </w:t>
      </w:r>
      <w:proofErr w:type="spellStart"/>
      <w:r w:rsidRPr="001F69A4">
        <w:rPr>
          <w:i/>
          <w:sz w:val="26"/>
          <w:lang w:val="pl-PL"/>
        </w:rPr>
        <w:t>kWi</w:t>
      </w:r>
      <w:proofErr w:type="spellEnd"/>
      <w:r w:rsidRPr="001F69A4">
        <w:rPr>
          <w:i/>
          <w:sz w:val="26"/>
          <w:lang w:val="pl-PL"/>
        </w:rPr>
        <w:t xml:space="preserve"> pojemności </w:t>
      </w:r>
      <w:r w:rsidR="008A6F06" w:rsidRPr="001F69A4">
        <w:rPr>
          <w:i/>
          <w:sz w:val="26"/>
          <w:lang w:val="pl-PL"/>
        </w:rPr>
        <w:t>2</w:t>
      </w:r>
      <w:r w:rsidRPr="001F69A4">
        <w:rPr>
          <w:i/>
          <w:sz w:val="26"/>
          <w:lang w:val="pl-PL"/>
        </w:rPr>
        <w:t xml:space="preserve"> MWh</w:t>
      </w:r>
      <w:r w:rsidR="00D02F53">
        <w:rPr>
          <w:i/>
          <w:sz w:val="26"/>
          <w:lang w:val="pl-PL"/>
        </w:rPr>
        <w:t xml:space="preserve">, </w:t>
      </w:r>
      <w:r w:rsidR="00D02F53" w:rsidRPr="00404F02">
        <w:rPr>
          <w:i/>
          <w:color w:val="000000" w:themeColor="text1"/>
          <w:sz w:val="26"/>
          <w:lang w:val="pl-PL"/>
        </w:rPr>
        <w:t>systemem zarządzania ME i PV</w:t>
      </w:r>
      <w:r w:rsidR="00D02F53" w:rsidRPr="00D02F53">
        <w:rPr>
          <w:i/>
          <w:color w:val="1F497D" w:themeColor="text2"/>
          <w:sz w:val="26"/>
          <w:lang w:val="pl-PL"/>
        </w:rPr>
        <w:t xml:space="preserve"> </w:t>
      </w:r>
      <w:r w:rsidRPr="001F69A4">
        <w:rPr>
          <w:i/>
          <w:sz w:val="26"/>
          <w:lang w:val="pl-PL"/>
        </w:rPr>
        <w:t>oraz integracją istniejącej infrastruktury PV</w:t>
      </w:r>
      <w:r w:rsidR="00D02F53">
        <w:rPr>
          <w:i/>
          <w:sz w:val="26"/>
          <w:lang w:val="pl-PL"/>
        </w:rPr>
        <w:t xml:space="preserve"> </w:t>
      </w:r>
    </w:p>
    <w:p w14:paraId="2AFDA0B1" w14:textId="77777777" w:rsidR="00384BD3" w:rsidRPr="001F69A4" w:rsidRDefault="004A20A6">
      <w:pPr>
        <w:pStyle w:val="Nagwek1"/>
        <w:rPr>
          <w:lang w:val="pl-PL"/>
        </w:rPr>
      </w:pPr>
      <w:r w:rsidRPr="001F69A4">
        <w:rPr>
          <w:lang w:val="pl-PL"/>
        </w:rPr>
        <w:t>1. Nazwa i Cel Projektu</w:t>
      </w:r>
    </w:p>
    <w:p w14:paraId="5A299F95" w14:textId="77777777" w:rsidR="00673852" w:rsidRDefault="004A20A6" w:rsidP="008A6F06">
      <w:pPr>
        <w:jc w:val="both"/>
        <w:rPr>
          <w:bCs/>
          <w:lang w:val="pl-PL"/>
        </w:rPr>
      </w:pPr>
      <w:r w:rsidRPr="001F69A4">
        <w:rPr>
          <w:lang w:val="pl-PL"/>
        </w:rPr>
        <w:t xml:space="preserve">Przedmiot zamówienia realizowany jest w ramach projektu pn.: </w:t>
      </w:r>
      <w:r w:rsidRPr="001F69A4">
        <w:rPr>
          <w:b/>
          <w:lang w:val="pl-PL"/>
        </w:rPr>
        <w:t>„</w:t>
      </w:r>
      <w:r w:rsidRPr="000B51FD">
        <w:rPr>
          <w:b/>
          <w:lang w:val="pl-PL"/>
        </w:rPr>
        <w:t>Projekt techniczny hybrydowej instalacji fotowoltaicznej z magazynem energii”</w:t>
      </w:r>
      <w:r w:rsidR="000B51FD" w:rsidRPr="00404F02">
        <w:rPr>
          <w:b/>
          <w:lang w:val="pl-PL"/>
        </w:rPr>
        <w:t xml:space="preserve"> </w:t>
      </w:r>
      <w:r w:rsidR="000B51FD" w:rsidRPr="00404F02">
        <w:rPr>
          <w:bCs/>
          <w:lang w:val="pl-PL"/>
        </w:rPr>
        <w:t>realizowanego</w:t>
      </w:r>
      <w:r w:rsidR="00502057" w:rsidRPr="00404F02">
        <w:rPr>
          <w:bCs/>
          <w:lang w:val="pl-PL"/>
        </w:rPr>
        <w:t xml:space="preserve"> w ramach </w:t>
      </w:r>
      <w:r w:rsidR="00673852" w:rsidRPr="00404F02">
        <w:rPr>
          <w:bCs/>
          <w:lang w:val="pl-PL"/>
        </w:rPr>
        <w:t>Przedsięwzięcia nr KPOD.03.12-IP.05-0128/23 pn. „Opracowanie Koncepcji Rozwoju dla Żorskiego Klastra energii” w ramach I</w:t>
      </w:r>
      <w:r w:rsidR="00502057" w:rsidRPr="00404F02">
        <w:rPr>
          <w:bCs/>
          <w:lang w:val="pl-PL"/>
        </w:rPr>
        <w:t>nwestycji B2.2.2/G1.1.2 pn. „Wspieranie rozwoju społeczności energetycznych” dofinansowanej ze środków Krajowego Planu Odbudowy i Zwiększenia Odporności (KPO )</w:t>
      </w:r>
      <w:r w:rsidR="00673852">
        <w:rPr>
          <w:bCs/>
          <w:lang w:val="pl-PL"/>
        </w:rPr>
        <w:t>.</w:t>
      </w:r>
    </w:p>
    <w:p w14:paraId="5F0A6F5B" w14:textId="3BC99479" w:rsidR="00384BD3" w:rsidRPr="00404F02" w:rsidRDefault="00502057" w:rsidP="008A6F06">
      <w:pPr>
        <w:jc w:val="both"/>
        <w:rPr>
          <w:color w:val="000000" w:themeColor="text1"/>
          <w:lang w:val="pl-PL"/>
        </w:rPr>
      </w:pPr>
      <w:r w:rsidRPr="00502057">
        <w:rPr>
          <w:b/>
          <w:lang w:val="pl-PL"/>
        </w:rPr>
        <w:t xml:space="preserve"> </w:t>
      </w:r>
      <w:r w:rsidR="00B200D2">
        <w:rPr>
          <w:b/>
          <w:lang w:val="pl-PL"/>
        </w:rPr>
        <w:t xml:space="preserve">Przedmiotem </w:t>
      </w:r>
      <w:r w:rsidR="004A20A6" w:rsidRPr="001F69A4">
        <w:rPr>
          <w:lang w:val="pl-PL"/>
        </w:rPr>
        <w:t xml:space="preserve">zamówienia jest wykonanie kompleksowej, wielobranżowej dokumentacji projektowej umożliwiającej budowę instalacji fotowoltaicznej </w:t>
      </w:r>
      <w:r w:rsidR="004A20A6" w:rsidRPr="00404F02">
        <w:rPr>
          <w:color w:val="000000" w:themeColor="text1"/>
          <w:lang w:val="pl-PL"/>
        </w:rPr>
        <w:t>oraz towarzyszącego magazynu energii, a także ich pełną integrację z istniejącymi oraz będącymi w trakcie realizacji źródłami OZE na terenie obiektu</w:t>
      </w:r>
      <w:r w:rsidR="001E512F" w:rsidRPr="00404F02">
        <w:rPr>
          <w:color w:val="000000" w:themeColor="text1"/>
          <w:lang w:val="pl-PL"/>
        </w:rPr>
        <w:t>, łącznie z niezbędną modernizacją wewnętrznej zakładowej sieci elektroenergetycznej niskiego i średniego napięcia, na potrzeby przyłączenia powyższych instalacji</w:t>
      </w:r>
      <w:r w:rsidR="00A66C02" w:rsidRPr="00404F02">
        <w:rPr>
          <w:color w:val="000000" w:themeColor="text1"/>
          <w:lang w:val="pl-PL"/>
        </w:rPr>
        <w:t>.</w:t>
      </w:r>
    </w:p>
    <w:p w14:paraId="2E5ED3B8" w14:textId="77777777" w:rsidR="00384BD3" w:rsidRPr="00404F02" w:rsidRDefault="004A20A6">
      <w:pPr>
        <w:pStyle w:val="Nagwek1"/>
        <w:rPr>
          <w:lang w:val="pl-PL"/>
        </w:rPr>
      </w:pPr>
      <w:r>
        <w:t xml:space="preserve">2. </w:t>
      </w:r>
      <w:r w:rsidRPr="00404F02">
        <w:rPr>
          <w:lang w:val="pl-PL"/>
        </w:rPr>
        <w:t>Parametry Techniczne Projektowanej Infrastruktury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384BD3" w:rsidRPr="00404F02" w14:paraId="1B38F570" w14:textId="77777777">
        <w:trPr>
          <w:jc w:val="center"/>
        </w:trPr>
        <w:tc>
          <w:tcPr>
            <w:tcW w:w="4608" w:type="dxa"/>
            <w:shd w:val="clear" w:color="auto" w:fill="1B365D"/>
          </w:tcPr>
          <w:p w14:paraId="06ED15A2" w14:textId="77777777" w:rsidR="00384BD3" w:rsidRPr="00404F02" w:rsidRDefault="004A20A6">
            <w:pPr>
              <w:rPr>
                <w:lang w:val="pl-PL"/>
              </w:rPr>
            </w:pPr>
            <w:r w:rsidRPr="00404F02">
              <w:rPr>
                <w:b/>
                <w:color w:val="FFFFFF"/>
                <w:lang w:val="pl-PL"/>
              </w:rPr>
              <w:t>Element infrastruktury</w:t>
            </w:r>
          </w:p>
        </w:tc>
        <w:tc>
          <w:tcPr>
            <w:tcW w:w="4608" w:type="dxa"/>
            <w:shd w:val="clear" w:color="auto" w:fill="1B365D"/>
          </w:tcPr>
          <w:p w14:paraId="5063AEE2" w14:textId="77777777" w:rsidR="00384BD3" w:rsidRPr="00404F02" w:rsidRDefault="004A20A6">
            <w:pPr>
              <w:rPr>
                <w:lang w:val="pl-PL"/>
              </w:rPr>
            </w:pPr>
            <w:r w:rsidRPr="00404F02">
              <w:rPr>
                <w:b/>
                <w:color w:val="FFFFFF"/>
                <w:lang w:val="pl-PL"/>
              </w:rPr>
              <w:t>Wymagane parametry techniczne</w:t>
            </w:r>
          </w:p>
        </w:tc>
      </w:tr>
      <w:tr w:rsidR="00384BD3" w:rsidRPr="00EC18D0" w14:paraId="0BA07DAA" w14:textId="77777777" w:rsidTr="00523022">
        <w:trPr>
          <w:jc w:val="center"/>
        </w:trPr>
        <w:tc>
          <w:tcPr>
            <w:tcW w:w="4608" w:type="dxa"/>
          </w:tcPr>
          <w:p w14:paraId="732C7B4A" w14:textId="77777777" w:rsidR="00384BD3" w:rsidRPr="00404F02" w:rsidRDefault="004A20A6">
            <w:pPr>
              <w:rPr>
                <w:lang w:val="pl-PL"/>
              </w:rPr>
            </w:pPr>
            <w:r w:rsidRPr="00404F02">
              <w:rPr>
                <w:lang w:val="pl-PL"/>
              </w:rPr>
              <w:t>Projektowana instalacja fotowoltaiczna (PV)</w:t>
            </w:r>
          </w:p>
        </w:tc>
        <w:tc>
          <w:tcPr>
            <w:tcW w:w="4608" w:type="dxa"/>
          </w:tcPr>
          <w:p w14:paraId="0C82A92B" w14:textId="035C4485" w:rsidR="00384BD3" w:rsidRPr="00404F02" w:rsidRDefault="004A20A6">
            <w:pPr>
              <w:rPr>
                <w:lang w:val="pl-PL"/>
              </w:rPr>
            </w:pPr>
            <w:r w:rsidRPr="00404F02">
              <w:rPr>
                <w:lang w:val="pl-PL"/>
              </w:rPr>
              <w:t xml:space="preserve">Moc: minimum </w:t>
            </w:r>
            <w:r w:rsidR="008A6F06" w:rsidRPr="00404F02">
              <w:rPr>
                <w:lang w:val="pl-PL"/>
              </w:rPr>
              <w:t>340</w:t>
            </w:r>
            <w:r w:rsidRPr="00404F02">
              <w:rPr>
                <w:lang w:val="pl-PL"/>
              </w:rPr>
              <w:t xml:space="preserve"> </w:t>
            </w:r>
            <w:proofErr w:type="spellStart"/>
            <w:r w:rsidRPr="00404F02">
              <w:rPr>
                <w:lang w:val="pl-PL"/>
              </w:rPr>
              <w:t>kWp</w:t>
            </w:r>
            <w:proofErr w:type="spellEnd"/>
            <w:r w:rsidRPr="00404F02">
              <w:rPr>
                <w:lang w:val="pl-PL"/>
              </w:rPr>
              <w:br/>
              <w:t xml:space="preserve">Lokalizacja: </w:t>
            </w:r>
            <w:proofErr w:type="spellStart"/>
            <w:r w:rsidR="008A6F06" w:rsidRPr="00404F02">
              <w:rPr>
                <w:lang w:val="pl-PL"/>
              </w:rPr>
              <w:t>Carport</w:t>
            </w:r>
            <w:proofErr w:type="spellEnd"/>
            <w:r w:rsidRPr="00404F02">
              <w:rPr>
                <w:lang w:val="pl-PL"/>
              </w:rPr>
              <w:t xml:space="preserve"> (zgodnie z ustaleniami z wizji)</w:t>
            </w:r>
          </w:p>
        </w:tc>
      </w:tr>
      <w:tr w:rsidR="00384BD3" w:rsidRPr="00EC18D0" w14:paraId="5752746E" w14:textId="77777777" w:rsidTr="00523022">
        <w:trPr>
          <w:jc w:val="center"/>
        </w:trPr>
        <w:tc>
          <w:tcPr>
            <w:tcW w:w="4608" w:type="dxa"/>
            <w:shd w:val="clear" w:color="auto" w:fill="F2F2F2" w:themeFill="background1" w:themeFillShade="F2"/>
          </w:tcPr>
          <w:p w14:paraId="27018839" w14:textId="77777777" w:rsidR="00384BD3" w:rsidRPr="00404F02" w:rsidRDefault="004A20A6">
            <w:pPr>
              <w:rPr>
                <w:lang w:val="pl-PL"/>
              </w:rPr>
            </w:pPr>
            <w:r w:rsidRPr="00404F02">
              <w:rPr>
                <w:lang w:val="pl-PL"/>
              </w:rPr>
              <w:t>Projektowany magazyn energii elektrycznej (BESS)</w:t>
            </w:r>
          </w:p>
        </w:tc>
        <w:tc>
          <w:tcPr>
            <w:tcW w:w="4608" w:type="dxa"/>
            <w:shd w:val="clear" w:color="auto" w:fill="F2F2F2" w:themeFill="background1" w:themeFillShade="F2"/>
          </w:tcPr>
          <w:p w14:paraId="31BB8BAE" w14:textId="6F6A2458" w:rsidR="00B044AD" w:rsidRPr="00404F02" w:rsidRDefault="004A20A6" w:rsidP="00B044AD">
            <w:pPr>
              <w:rPr>
                <w:color w:val="1F497D" w:themeColor="text2"/>
                <w:lang w:val="pl-PL"/>
              </w:rPr>
            </w:pPr>
            <w:r w:rsidRPr="00404F02">
              <w:rPr>
                <w:lang w:val="pl-PL"/>
              </w:rPr>
              <w:t xml:space="preserve">Moc: </w:t>
            </w:r>
            <w:r w:rsidR="00C03ECB" w:rsidRPr="00404F02">
              <w:rPr>
                <w:lang w:val="pl-PL"/>
              </w:rPr>
              <w:t>5</w:t>
            </w:r>
            <w:r w:rsidRPr="00404F02">
              <w:rPr>
                <w:lang w:val="pl-PL"/>
              </w:rPr>
              <w:t>00 kW</w:t>
            </w:r>
            <w:r w:rsidRPr="00404F02">
              <w:rPr>
                <w:lang w:val="pl-PL"/>
              </w:rPr>
              <w:br/>
              <w:t xml:space="preserve">Pojemność: </w:t>
            </w:r>
            <w:r w:rsidR="00C03ECB" w:rsidRPr="00404F02">
              <w:rPr>
                <w:lang w:val="pl-PL"/>
              </w:rPr>
              <w:t>2</w:t>
            </w:r>
            <w:r w:rsidRPr="00404F02">
              <w:rPr>
                <w:lang w:val="pl-PL"/>
              </w:rPr>
              <w:t xml:space="preserve"> MWh</w:t>
            </w:r>
            <w:r w:rsidRPr="00404F02">
              <w:rPr>
                <w:lang w:val="pl-PL"/>
              </w:rPr>
              <w:br/>
            </w:r>
            <w:r w:rsidR="00B044AD" w:rsidRPr="00404F02">
              <w:rPr>
                <w:color w:val="1F497D" w:themeColor="text2"/>
                <w:lang w:val="pl-PL"/>
              </w:rPr>
              <w:t>Zasobnik bateryjny wykonany w technologii LFP wraz z systemem nadzoru pracy baterii (BMS),</w:t>
            </w:r>
          </w:p>
          <w:p w14:paraId="00D3C5A8" w14:textId="1C58B72D" w:rsidR="00384BD3" w:rsidRPr="00404F02" w:rsidRDefault="00B044AD" w:rsidP="00B044AD">
            <w:pPr>
              <w:rPr>
                <w:lang w:val="pl-PL"/>
              </w:rPr>
            </w:pPr>
            <w:r w:rsidRPr="00404F02">
              <w:rPr>
                <w:color w:val="1F497D" w:themeColor="text2"/>
                <w:lang w:val="pl-PL"/>
              </w:rPr>
              <w:t xml:space="preserve">Układ przetwarzania energii (PCS) składający się z dwukierunkowego przekształtnika AC/DC (zgodność z </w:t>
            </w:r>
            <w:r w:rsidR="00AE397C" w:rsidRPr="00404F02">
              <w:rPr>
                <w:color w:val="1F497D" w:themeColor="text2"/>
                <w:lang w:val="pl-PL"/>
              </w:rPr>
              <w:t>rozporządzeniem</w:t>
            </w:r>
            <w:r w:rsidR="00C47817" w:rsidRPr="00404F02">
              <w:rPr>
                <w:color w:val="1F497D" w:themeColor="text2"/>
                <w:lang w:val="pl-PL"/>
              </w:rPr>
              <w:t xml:space="preserve"> Komisji (UE) 2016/631- </w:t>
            </w:r>
            <w:r w:rsidRPr="00404F02">
              <w:rPr>
                <w:color w:val="1F497D" w:themeColor="text2"/>
                <w:lang w:val="pl-PL"/>
              </w:rPr>
              <w:t xml:space="preserve">dyrektywą NC </w:t>
            </w:r>
            <w:proofErr w:type="spellStart"/>
            <w:r w:rsidRPr="00404F02">
              <w:rPr>
                <w:color w:val="1F497D" w:themeColor="text2"/>
                <w:lang w:val="pl-PL"/>
              </w:rPr>
              <w:t>RfG</w:t>
            </w:r>
            <w:proofErr w:type="spellEnd"/>
            <w:r w:rsidRPr="00404F02">
              <w:rPr>
                <w:color w:val="1F497D" w:themeColor="text2"/>
                <w:lang w:val="pl-PL"/>
              </w:rPr>
              <w:t>),</w:t>
            </w:r>
          </w:p>
        </w:tc>
      </w:tr>
      <w:tr w:rsidR="00384BD3" w:rsidRPr="00EC18D0" w14:paraId="1BF50743" w14:textId="77777777" w:rsidTr="00523022">
        <w:trPr>
          <w:jc w:val="center"/>
        </w:trPr>
        <w:tc>
          <w:tcPr>
            <w:tcW w:w="4608" w:type="dxa"/>
          </w:tcPr>
          <w:p w14:paraId="114974DC" w14:textId="77777777" w:rsidR="00384BD3" w:rsidRPr="00404F02" w:rsidRDefault="004A20A6">
            <w:pPr>
              <w:rPr>
                <w:lang w:val="pl-PL"/>
              </w:rPr>
            </w:pPr>
            <w:r w:rsidRPr="00404F02">
              <w:rPr>
                <w:lang w:val="pl-PL"/>
              </w:rPr>
              <w:t xml:space="preserve">Istniejąca </w:t>
            </w:r>
            <w:proofErr w:type="spellStart"/>
            <w:r w:rsidRPr="00404F02">
              <w:rPr>
                <w:lang w:val="pl-PL"/>
              </w:rPr>
              <w:t>mikroinstalacja</w:t>
            </w:r>
            <w:proofErr w:type="spellEnd"/>
            <w:r w:rsidRPr="00404F02">
              <w:rPr>
                <w:lang w:val="pl-PL"/>
              </w:rPr>
              <w:t xml:space="preserve"> PV</w:t>
            </w:r>
          </w:p>
        </w:tc>
        <w:tc>
          <w:tcPr>
            <w:tcW w:w="4608" w:type="dxa"/>
          </w:tcPr>
          <w:p w14:paraId="4A14D325" w14:textId="0AD43B29" w:rsidR="00384BD3" w:rsidRPr="00404F02" w:rsidRDefault="004A20A6">
            <w:pPr>
              <w:rPr>
                <w:lang w:val="pl-PL"/>
              </w:rPr>
            </w:pPr>
            <w:r w:rsidRPr="00404F02">
              <w:rPr>
                <w:lang w:val="pl-PL"/>
              </w:rPr>
              <w:t>Moc: 49,</w:t>
            </w:r>
            <w:r w:rsidR="008A6F06" w:rsidRPr="00404F02">
              <w:rPr>
                <w:lang w:val="pl-PL"/>
              </w:rPr>
              <w:t>9</w:t>
            </w:r>
            <w:r w:rsidRPr="00404F02">
              <w:rPr>
                <w:lang w:val="pl-PL"/>
              </w:rPr>
              <w:t xml:space="preserve">5 </w:t>
            </w:r>
            <w:proofErr w:type="spellStart"/>
            <w:r w:rsidRPr="00404F02">
              <w:rPr>
                <w:lang w:val="pl-PL"/>
              </w:rPr>
              <w:t>kWp</w:t>
            </w:r>
            <w:proofErr w:type="spellEnd"/>
            <w:r w:rsidRPr="00404F02">
              <w:rPr>
                <w:lang w:val="pl-PL"/>
              </w:rPr>
              <w:t xml:space="preserve"> (do pełnej integracji systemowej)</w:t>
            </w:r>
          </w:p>
        </w:tc>
      </w:tr>
      <w:tr w:rsidR="00384BD3" w:rsidRPr="00EC18D0" w14:paraId="75EDBB6B" w14:textId="77777777" w:rsidTr="00523022">
        <w:trPr>
          <w:jc w:val="center"/>
        </w:trPr>
        <w:tc>
          <w:tcPr>
            <w:tcW w:w="4608" w:type="dxa"/>
            <w:shd w:val="clear" w:color="auto" w:fill="F2F2F2" w:themeFill="background1" w:themeFillShade="F2"/>
          </w:tcPr>
          <w:p w14:paraId="2224607F" w14:textId="77777777" w:rsidR="00384BD3" w:rsidRPr="00404F02" w:rsidRDefault="004A20A6">
            <w:pPr>
              <w:rPr>
                <w:lang w:val="pl-PL"/>
              </w:rPr>
            </w:pPr>
            <w:r w:rsidRPr="00404F02">
              <w:rPr>
                <w:lang w:val="pl-PL"/>
              </w:rPr>
              <w:t>Rozpoczęta instalacja dachowa PV</w:t>
            </w:r>
          </w:p>
        </w:tc>
        <w:tc>
          <w:tcPr>
            <w:tcW w:w="4608" w:type="dxa"/>
            <w:shd w:val="clear" w:color="auto" w:fill="F2F2F2" w:themeFill="background1" w:themeFillShade="F2"/>
          </w:tcPr>
          <w:p w14:paraId="6896A2BA" w14:textId="5CA62ACE" w:rsidR="00384BD3" w:rsidRPr="00404F02" w:rsidRDefault="004A20A6">
            <w:pPr>
              <w:rPr>
                <w:lang w:val="pl-PL"/>
              </w:rPr>
            </w:pPr>
            <w:r w:rsidRPr="00404F02">
              <w:rPr>
                <w:lang w:val="pl-PL"/>
              </w:rPr>
              <w:t xml:space="preserve">Moc: </w:t>
            </w:r>
            <w:r w:rsidR="008A6F06" w:rsidRPr="00404F02">
              <w:rPr>
                <w:lang w:val="pl-PL"/>
              </w:rPr>
              <w:t>99,68</w:t>
            </w:r>
            <w:r w:rsidRPr="00404F02">
              <w:rPr>
                <w:lang w:val="pl-PL"/>
              </w:rPr>
              <w:t xml:space="preserve"> </w:t>
            </w:r>
            <w:proofErr w:type="spellStart"/>
            <w:r w:rsidRPr="00404F02">
              <w:rPr>
                <w:lang w:val="pl-PL"/>
              </w:rPr>
              <w:t>kW</w:t>
            </w:r>
            <w:r w:rsidR="008A6F06" w:rsidRPr="00404F02">
              <w:rPr>
                <w:lang w:val="pl-PL"/>
              </w:rPr>
              <w:t>p</w:t>
            </w:r>
            <w:proofErr w:type="spellEnd"/>
            <w:r w:rsidRPr="00404F02">
              <w:rPr>
                <w:lang w:val="pl-PL"/>
              </w:rPr>
              <w:t xml:space="preserve"> (w budowie, do inwentaryzacji i integracji)</w:t>
            </w:r>
          </w:p>
        </w:tc>
      </w:tr>
      <w:tr w:rsidR="00384BD3" w:rsidRPr="00EC18D0" w14:paraId="0BB570EF" w14:textId="77777777" w:rsidTr="00523022">
        <w:trPr>
          <w:jc w:val="center"/>
        </w:trPr>
        <w:tc>
          <w:tcPr>
            <w:tcW w:w="4608" w:type="dxa"/>
          </w:tcPr>
          <w:p w14:paraId="3C3BEFC2" w14:textId="734733E9" w:rsidR="00384BD3" w:rsidRPr="00AA48C0" w:rsidRDefault="004A20A6">
            <w:pPr>
              <w:rPr>
                <w:lang w:val="pl-PL"/>
              </w:rPr>
            </w:pPr>
            <w:r w:rsidRPr="00AA48C0">
              <w:rPr>
                <w:lang w:val="pl-PL"/>
              </w:rPr>
              <w:lastRenderedPageBreak/>
              <w:t>Układ</w:t>
            </w:r>
            <w:r w:rsidR="00AA48C0" w:rsidRPr="00AA48C0">
              <w:rPr>
                <w:lang w:val="pl-PL"/>
              </w:rPr>
              <w:t xml:space="preserve"> automatyki,</w:t>
            </w:r>
            <w:r w:rsidRPr="00AA48C0">
              <w:rPr>
                <w:lang w:val="pl-PL"/>
              </w:rPr>
              <w:t xml:space="preserve"> </w:t>
            </w:r>
            <w:r w:rsidR="003D3896" w:rsidRPr="00AA48C0">
              <w:rPr>
                <w:lang w:val="pl-PL"/>
              </w:rPr>
              <w:t>pomiarów</w:t>
            </w:r>
            <w:r w:rsidRPr="00AA48C0">
              <w:rPr>
                <w:lang w:val="pl-PL"/>
              </w:rPr>
              <w:t xml:space="preserve"> i telemechaniki</w:t>
            </w:r>
          </w:p>
        </w:tc>
        <w:tc>
          <w:tcPr>
            <w:tcW w:w="4608" w:type="dxa"/>
          </w:tcPr>
          <w:p w14:paraId="34A3B469" w14:textId="462EDD44" w:rsidR="00AA48C0" w:rsidRPr="00404F02" w:rsidRDefault="004A20A6">
            <w:pPr>
              <w:rPr>
                <w:color w:val="000000" w:themeColor="text1"/>
                <w:lang w:val="pl-PL"/>
              </w:rPr>
            </w:pPr>
            <w:r w:rsidRPr="00404F02">
              <w:rPr>
                <w:color w:val="000000" w:themeColor="text1"/>
                <w:lang w:val="pl-PL"/>
              </w:rPr>
              <w:t>Pełna integracja w zakresie wymiany sygnałów z właściwym Operatorem Systemu Dystrybucyjnego (OSD)</w:t>
            </w:r>
            <w:r w:rsidR="003D3896" w:rsidRPr="00404F02">
              <w:rPr>
                <w:color w:val="000000" w:themeColor="text1"/>
                <w:lang w:val="pl-PL"/>
              </w:rPr>
              <w:t>,</w:t>
            </w:r>
            <w:r w:rsidR="009D23E3" w:rsidRPr="00404F02">
              <w:rPr>
                <w:color w:val="000000" w:themeColor="text1"/>
                <w:lang w:val="pl-PL"/>
              </w:rPr>
              <w:t xml:space="preserve"> zgodnie z wytycznymi z Warunków przyłączenia.</w:t>
            </w:r>
          </w:p>
          <w:p w14:paraId="2BE411B9" w14:textId="77777777" w:rsidR="00384BD3" w:rsidRPr="00404F02" w:rsidRDefault="00AA48C0">
            <w:pPr>
              <w:rPr>
                <w:color w:val="000000" w:themeColor="text1"/>
                <w:lang w:val="pl-PL"/>
              </w:rPr>
            </w:pPr>
            <w:r w:rsidRPr="00404F02">
              <w:rPr>
                <w:color w:val="000000" w:themeColor="text1"/>
                <w:lang w:val="pl-PL"/>
              </w:rPr>
              <w:t>Lokalny system zarządzania energią EMS zapewniający bezpieczeństwo pracy magazynu oraz realizację wymaganych trybów pracy i funkcjonalności z panelem HMI i funkcjami telemechaniki</w:t>
            </w:r>
            <w:r w:rsidR="009D23E3" w:rsidRPr="00404F02">
              <w:rPr>
                <w:color w:val="000000" w:themeColor="text1"/>
                <w:lang w:val="pl-PL"/>
              </w:rPr>
              <w:t>.</w:t>
            </w:r>
          </w:p>
          <w:p w14:paraId="6269B0ED" w14:textId="4974C5A8" w:rsidR="009D23E3" w:rsidRPr="00404F02" w:rsidRDefault="009D23E3">
            <w:pPr>
              <w:rPr>
                <w:color w:val="000000" w:themeColor="text1"/>
                <w:lang w:val="pl-PL"/>
              </w:rPr>
            </w:pPr>
            <w:r w:rsidRPr="00404F02">
              <w:rPr>
                <w:color w:val="000000" w:themeColor="text1"/>
                <w:lang w:val="pl-PL"/>
              </w:rPr>
              <w:t>Układy pomiarowo-rozliczeniowe energii elektrycznej, pomiary jakościowe energii elektrycznej.</w:t>
            </w:r>
          </w:p>
        </w:tc>
      </w:tr>
      <w:tr w:rsidR="00523022" w:rsidRPr="00EC18D0" w14:paraId="46349FEF" w14:textId="77777777" w:rsidTr="00523022">
        <w:trPr>
          <w:jc w:val="center"/>
        </w:trPr>
        <w:tc>
          <w:tcPr>
            <w:tcW w:w="4608" w:type="dxa"/>
            <w:shd w:val="clear" w:color="auto" w:fill="F2F2F2" w:themeFill="background1" w:themeFillShade="F2"/>
          </w:tcPr>
          <w:p w14:paraId="4EE3E85F" w14:textId="3ED34640" w:rsidR="00523022" w:rsidRPr="00404F02" w:rsidRDefault="009D23E3" w:rsidP="00523022">
            <w:pPr>
              <w:rPr>
                <w:color w:val="000000" w:themeColor="text1"/>
                <w:lang w:val="pl-PL"/>
              </w:rPr>
            </w:pPr>
            <w:r w:rsidRPr="00404F02">
              <w:rPr>
                <w:color w:val="000000" w:themeColor="text1"/>
                <w:lang w:val="pl-PL"/>
              </w:rPr>
              <w:t>Instalacje pomocnicze niezbędne do właściwego i bezpiecznego funkcjonowania ME i źródeł OZE</w:t>
            </w:r>
          </w:p>
        </w:tc>
        <w:tc>
          <w:tcPr>
            <w:tcW w:w="4608" w:type="dxa"/>
            <w:shd w:val="clear" w:color="auto" w:fill="F2F2F2" w:themeFill="background1" w:themeFillShade="F2"/>
          </w:tcPr>
          <w:p w14:paraId="0ABA13EB" w14:textId="77777777" w:rsidR="009D23E3" w:rsidRPr="00404F02" w:rsidRDefault="00523022" w:rsidP="00523022">
            <w:pPr>
              <w:rPr>
                <w:color w:val="000000" w:themeColor="text1"/>
                <w:lang w:val="pl-PL"/>
              </w:rPr>
            </w:pPr>
            <w:r w:rsidRPr="00404F02">
              <w:rPr>
                <w:color w:val="000000" w:themeColor="text1"/>
                <w:lang w:val="pl-PL"/>
              </w:rPr>
              <w:t xml:space="preserve">Oświetlenie rejonu zabudowy magazynu energii I </w:t>
            </w:r>
            <w:proofErr w:type="spellStart"/>
            <w:r w:rsidRPr="00404F02">
              <w:rPr>
                <w:color w:val="000000" w:themeColor="text1"/>
                <w:lang w:val="pl-PL"/>
              </w:rPr>
              <w:t>carportu</w:t>
            </w:r>
            <w:proofErr w:type="spellEnd"/>
            <w:r w:rsidR="009D23E3" w:rsidRPr="00404F02">
              <w:rPr>
                <w:color w:val="000000" w:themeColor="text1"/>
                <w:lang w:val="pl-PL"/>
              </w:rPr>
              <w:t>.</w:t>
            </w:r>
            <w:r w:rsidRPr="00404F02">
              <w:rPr>
                <w:color w:val="000000" w:themeColor="text1"/>
                <w:lang w:val="pl-PL"/>
              </w:rPr>
              <w:t xml:space="preserve"> </w:t>
            </w:r>
          </w:p>
          <w:p w14:paraId="6F171C5E" w14:textId="77777777" w:rsidR="00523022" w:rsidRPr="00404F02" w:rsidRDefault="009D23E3" w:rsidP="00523022">
            <w:pPr>
              <w:rPr>
                <w:color w:val="000000" w:themeColor="text1"/>
                <w:lang w:val="pl-PL"/>
              </w:rPr>
            </w:pPr>
            <w:r w:rsidRPr="00404F02">
              <w:rPr>
                <w:color w:val="000000" w:themeColor="text1"/>
                <w:lang w:val="pl-PL"/>
              </w:rPr>
              <w:t>Zaprojektowanie</w:t>
            </w:r>
            <w:r w:rsidR="00523022" w:rsidRPr="00404F02">
              <w:rPr>
                <w:color w:val="000000" w:themeColor="text1"/>
                <w:lang w:val="pl-PL"/>
              </w:rPr>
              <w:t xml:space="preserve"> układu komunikacji I transmisji danych</w:t>
            </w:r>
            <w:r w:rsidRPr="00404F02">
              <w:rPr>
                <w:color w:val="000000" w:themeColor="text1"/>
                <w:lang w:val="pl-PL"/>
              </w:rPr>
              <w:t xml:space="preserve"> do OSD i</w:t>
            </w:r>
            <w:r w:rsidR="00523022" w:rsidRPr="00404F02">
              <w:rPr>
                <w:color w:val="000000" w:themeColor="text1"/>
                <w:lang w:val="pl-PL"/>
              </w:rPr>
              <w:t xml:space="preserve"> SCADA Użytkownika</w:t>
            </w:r>
          </w:p>
          <w:p w14:paraId="19F9248A" w14:textId="1A2E8CC4" w:rsidR="009D23E3" w:rsidRPr="00404F02" w:rsidRDefault="009D23E3" w:rsidP="009D23E3">
            <w:pPr>
              <w:rPr>
                <w:color w:val="000000" w:themeColor="text1"/>
                <w:lang w:val="pl-PL"/>
              </w:rPr>
            </w:pPr>
            <w:r w:rsidRPr="00404F02">
              <w:rPr>
                <w:color w:val="000000" w:themeColor="text1"/>
                <w:lang w:val="pl-PL"/>
              </w:rPr>
              <w:t xml:space="preserve">System wykrywania i gaszenia pożaru dedykowany dla baterii </w:t>
            </w:r>
            <w:proofErr w:type="spellStart"/>
            <w:r w:rsidRPr="00404F02">
              <w:rPr>
                <w:color w:val="000000" w:themeColor="text1"/>
                <w:lang w:val="pl-PL"/>
              </w:rPr>
              <w:t>litowo</w:t>
            </w:r>
            <w:proofErr w:type="spellEnd"/>
            <w:r w:rsidRPr="00404F02">
              <w:rPr>
                <w:color w:val="000000" w:themeColor="text1"/>
                <w:lang w:val="pl-PL"/>
              </w:rPr>
              <w:t>-jonowych,</w:t>
            </w:r>
          </w:p>
          <w:p w14:paraId="18566A31" w14:textId="1C6FE7EE" w:rsidR="009D23E3" w:rsidRPr="00404F02" w:rsidRDefault="009D23E3" w:rsidP="009D23E3">
            <w:pPr>
              <w:rPr>
                <w:color w:val="000000" w:themeColor="text1"/>
                <w:lang w:val="pl-PL"/>
              </w:rPr>
            </w:pPr>
            <w:r w:rsidRPr="00404F02">
              <w:rPr>
                <w:color w:val="000000" w:themeColor="text1"/>
                <w:lang w:val="pl-PL"/>
              </w:rPr>
              <w:t>System HVAC gwarantujący optymalną temperaturę pracy baterii,</w:t>
            </w:r>
          </w:p>
        </w:tc>
      </w:tr>
      <w:tr w:rsidR="00523022" w:rsidRPr="00EC18D0" w14:paraId="3E5278A0" w14:textId="77777777">
        <w:trPr>
          <w:jc w:val="center"/>
        </w:trPr>
        <w:tc>
          <w:tcPr>
            <w:tcW w:w="4608" w:type="dxa"/>
          </w:tcPr>
          <w:p w14:paraId="6BE86E43" w14:textId="77777777" w:rsidR="00523022" w:rsidRPr="001F69A4" w:rsidRDefault="00523022">
            <w:pPr>
              <w:rPr>
                <w:lang w:val="pl-PL"/>
              </w:rPr>
            </w:pPr>
          </w:p>
        </w:tc>
        <w:tc>
          <w:tcPr>
            <w:tcW w:w="4608" w:type="dxa"/>
          </w:tcPr>
          <w:p w14:paraId="4EDAE365" w14:textId="77777777" w:rsidR="00523022" w:rsidRPr="001F69A4" w:rsidRDefault="00523022">
            <w:pPr>
              <w:rPr>
                <w:lang w:val="pl-PL"/>
              </w:rPr>
            </w:pPr>
          </w:p>
        </w:tc>
      </w:tr>
    </w:tbl>
    <w:p w14:paraId="4ABA2577" w14:textId="77777777" w:rsidR="00384BD3" w:rsidRPr="001F69A4" w:rsidRDefault="00384BD3">
      <w:pPr>
        <w:spacing w:after="240"/>
        <w:rPr>
          <w:lang w:val="pl-PL"/>
        </w:rPr>
      </w:pPr>
    </w:p>
    <w:p w14:paraId="623C1940" w14:textId="77777777" w:rsidR="00384BD3" w:rsidRPr="001F69A4" w:rsidRDefault="004A20A6">
      <w:pPr>
        <w:pStyle w:val="Nagwek1"/>
        <w:rPr>
          <w:lang w:val="pl-PL"/>
        </w:rPr>
      </w:pPr>
      <w:r w:rsidRPr="001F69A4">
        <w:rPr>
          <w:lang w:val="pl-PL"/>
        </w:rPr>
        <w:t>3. Szczegółowy Zakres Prac Projektowych</w:t>
      </w:r>
    </w:p>
    <w:p w14:paraId="36A18FFB" w14:textId="77777777" w:rsidR="00384BD3" w:rsidRPr="001F69A4" w:rsidRDefault="004A20A6">
      <w:pPr>
        <w:pStyle w:val="Nagwek2"/>
        <w:rPr>
          <w:lang w:val="pl-PL"/>
        </w:rPr>
      </w:pPr>
      <w:r w:rsidRPr="001F69A4">
        <w:rPr>
          <w:lang w:val="pl-PL"/>
        </w:rPr>
        <w:t>3.1. Obowiązkowa Wizja Lokalna i Inwentaryzacja</w:t>
      </w:r>
    </w:p>
    <w:p w14:paraId="6F1D60F4" w14:textId="49CDD2B9" w:rsidR="00384BD3" w:rsidRPr="001F69A4" w:rsidRDefault="004A20A6" w:rsidP="00523022">
      <w:pPr>
        <w:pStyle w:val="Listapunktowana"/>
        <w:jc w:val="both"/>
        <w:rPr>
          <w:lang w:val="pl-PL"/>
        </w:rPr>
      </w:pPr>
      <w:r w:rsidRPr="001F69A4">
        <w:rPr>
          <w:b/>
          <w:lang w:val="pl-PL"/>
        </w:rPr>
        <w:t xml:space="preserve">Przeprowadzenie wizji lokalnej: </w:t>
      </w:r>
      <w:r w:rsidR="00E548A2">
        <w:rPr>
          <w:lang w:val="pl-PL"/>
        </w:rPr>
        <w:t xml:space="preserve">Oferent </w:t>
      </w:r>
      <w:r w:rsidRPr="001F69A4">
        <w:rPr>
          <w:lang w:val="pl-PL"/>
        </w:rPr>
        <w:t>ma obowiązek odbycia wizji lokalnej w miejscu planowanej inwestycji przed przystąpieniem do prac projektowych w celu weryfikacji warunków terenowych, konstrukcyjnych oraz elektrycznych</w:t>
      </w:r>
      <w:r w:rsidR="00523022" w:rsidRPr="001F69A4">
        <w:rPr>
          <w:lang w:val="pl-PL"/>
        </w:rPr>
        <w:t xml:space="preserve"> w dniu </w:t>
      </w:r>
      <w:r w:rsidR="004C58E4" w:rsidRPr="00EC18D0">
        <w:rPr>
          <w:b/>
          <w:bCs/>
          <w:lang w:val="pl-PL"/>
        </w:rPr>
        <w:t>1</w:t>
      </w:r>
      <w:r w:rsidR="00EC18D0" w:rsidRPr="00EC18D0">
        <w:rPr>
          <w:b/>
          <w:bCs/>
          <w:lang w:val="pl-PL"/>
        </w:rPr>
        <w:t>3</w:t>
      </w:r>
      <w:r w:rsidR="004C58E4" w:rsidRPr="00EC18D0">
        <w:rPr>
          <w:b/>
          <w:bCs/>
          <w:lang w:val="pl-PL"/>
        </w:rPr>
        <w:t>.10.2026r. o godz. 9:00</w:t>
      </w:r>
      <w:r w:rsidR="00404F02">
        <w:rPr>
          <w:lang w:val="pl-PL"/>
        </w:rPr>
        <w:t xml:space="preserve">. </w:t>
      </w:r>
      <w:r w:rsidR="009F3A90" w:rsidRPr="001F69A4">
        <w:rPr>
          <w:lang w:val="pl-PL"/>
        </w:rPr>
        <w:t>Potwierdzony protokół z odbycia wizji lokalnej jest niezbędnym warunkiem złożenia oferty.</w:t>
      </w:r>
    </w:p>
    <w:p w14:paraId="551D6980" w14:textId="46C611BA" w:rsidR="00384BD3" w:rsidRDefault="004A20A6" w:rsidP="00523022">
      <w:pPr>
        <w:pStyle w:val="Listapunktowana"/>
        <w:jc w:val="both"/>
        <w:rPr>
          <w:lang w:val="pl-PL"/>
        </w:rPr>
      </w:pPr>
      <w:r w:rsidRPr="001F69A4">
        <w:rPr>
          <w:b/>
          <w:lang w:val="pl-PL"/>
        </w:rPr>
        <w:t xml:space="preserve">Inwentaryzacja istniejącej infrastruktury: </w:t>
      </w:r>
      <w:r w:rsidRPr="001F69A4">
        <w:rPr>
          <w:lang w:val="pl-PL"/>
        </w:rPr>
        <w:t xml:space="preserve">Szczegółowa inwentaryzacja istniejącej </w:t>
      </w:r>
      <w:proofErr w:type="spellStart"/>
      <w:r w:rsidRPr="001F69A4">
        <w:rPr>
          <w:lang w:val="pl-PL"/>
        </w:rPr>
        <w:t>mikroinstalacji</w:t>
      </w:r>
      <w:proofErr w:type="spellEnd"/>
      <w:r w:rsidRPr="001F69A4">
        <w:rPr>
          <w:lang w:val="pl-PL"/>
        </w:rPr>
        <w:t xml:space="preserve"> PV o moc 49,</w:t>
      </w:r>
      <w:r w:rsidR="00523022" w:rsidRPr="001F69A4">
        <w:rPr>
          <w:lang w:val="pl-PL"/>
        </w:rPr>
        <w:t>9</w:t>
      </w:r>
      <w:r w:rsidRPr="001F69A4">
        <w:rPr>
          <w:lang w:val="pl-PL"/>
        </w:rPr>
        <w:t xml:space="preserve">5 </w:t>
      </w:r>
      <w:proofErr w:type="spellStart"/>
      <w:r w:rsidRPr="001F69A4">
        <w:rPr>
          <w:lang w:val="pl-PL"/>
        </w:rPr>
        <w:t>kWp</w:t>
      </w:r>
      <w:proofErr w:type="spellEnd"/>
      <w:r w:rsidRPr="001F69A4">
        <w:rPr>
          <w:lang w:val="pl-PL"/>
        </w:rPr>
        <w:t xml:space="preserve"> oraz rozpoczętej budowy instalacji dachowej o mocy </w:t>
      </w:r>
      <w:r w:rsidR="008A6F06" w:rsidRPr="001F69A4">
        <w:rPr>
          <w:lang w:val="pl-PL"/>
        </w:rPr>
        <w:t>99,68</w:t>
      </w:r>
      <w:r w:rsidRPr="001F69A4">
        <w:rPr>
          <w:lang w:val="pl-PL"/>
        </w:rPr>
        <w:t xml:space="preserve"> </w:t>
      </w:r>
      <w:proofErr w:type="spellStart"/>
      <w:r w:rsidRPr="001F69A4">
        <w:rPr>
          <w:lang w:val="pl-PL"/>
        </w:rPr>
        <w:t>kW</w:t>
      </w:r>
      <w:r w:rsidR="008A6F06" w:rsidRPr="001F69A4">
        <w:rPr>
          <w:lang w:val="pl-PL"/>
        </w:rPr>
        <w:t>p</w:t>
      </w:r>
      <w:proofErr w:type="spellEnd"/>
      <w:r w:rsidRPr="001F69A4">
        <w:rPr>
          <w:lang w:val="pl-PL"/>
        </w:rPr>
        <w:t>, w tym ocena stanu technicznego, parametrów urządzeń oraz tras kablowych.</w:t>
      </w:r>
    </w:p>
    <w:p w14:paraId="3C4C146C" w14:textId="7ADD0175" w:rsidR="00C217AA" w:rsidRPr="00404F02" w:rsidRDefault="00C217AA" w:rsidP="00C217AA">
      <w:pPr>
        <w:pStyle w:val="Listapunktowana"/>
        <w:numPr>
          <w:ilvl w:val="0"/>
          <w:numId w:val="0"/>
        </w:numPr>
        <w:ind w:left="360"/>
        <w:jc w:val="both"/>
        <w:rPr>
          <w:bCs/>
          <w:color w:val="000000" w:themeColor="text1"/>
          <w:lang w:val="pl-PL"/>
        </w:rPr>
      </w:pPr>
      <w:r w:rsidRPr="00404F02">
        <w:rPr>
          <w:bCs/>
          <w:color w:val="000000" w:themeColor="text1"/>
          <w:lang w:val="pl-PL"/>
        </w:rPr>
        <w:t>Inwentaryzacja istniejącego przyłącza energetycznego do OSD, istniejących rozdzielnic obiektowych</w:t>
      </w:r>
      <w:r w:rsidR="000F5CD2" w:rsidRPr="00404F02">
        <w:rPr>
          <w:bCs/>
          <w:color w:val="000000" w:themeColor="text1"/>
          <w:lang w:val="pl-PL"/>
        </w:rPr>
        <w:t xml:space="preserve"> 20kV i</w:t>
      </w:r>
      <w:r w:rsidRPr="00404F02">
        <w:rPr>
          <w:bCs/>
          <w:color w:val="000000" w:themeColor="text1"/>
          <w:lang w:val="pl-PL"/>
        </w:rPr>
        <w:t xml:space="preserve"> 0,4kV oraz okablowania. </w:t>
      </w:r>
    </w:p>
    <w:p w14:paraId="3C4C3664" w14:textId="17884941" w:rsidR="00C217AA" w:rsidRPr="00404F02" w:rsidRDefault="00C217AA" w:rsidP="00C217AA">
      <w:pPr>
        <w:pStyle w:val="Listapunktowana"/>
        <w:numPr>
          <w:ilvl w:val="0"/>
          <w:numId w:val="0"/>
        </w:numPr>
        <w:ind w:left="360"/>
        <w:jc w:val="both"/>
        <w:rPr>
          <w:bCs/>
          <w:color w:val="000000" w:themeColor="text1"/>
          <w:lang w:val="pl-PL"/>
        </w:rPr>
      </w:pPr>
      <w:r w:rsidRPr="00404F02">
        <w:rPr>
          <w:bCs/>
          <w:color w:val="000000" w:themeColor="text1"/>
          <w:lang w:val="pl-PL"/>
        </w:rPr>
        <w:t>Przegląd terenu pod względem lokalizacji zabudowy magazynu energii, z analizą uwarunkowań ochrony p.poż. na obiekcie.</w:t>
      </w:r>
    </w:p>
    <w:p w14:paraId="64652CE3" w14:textId="7E1F237A" w:rsidR="00384BD3" w:rsidRPr="001F69A4" w:rsidRDefault="004A20A6">
      <w:pPr>
        <w:pStyle w:val="Nagwek2"/>
        <w:rPr>
          <w:lang w:val="pl-PL"/>
        </w:rPr>
      </w:pPr>
      <w:r w:rsidRPr="001F69A4">
        <w:rPr>
          <w:lang w:val="pl-PL"/>
        </w:rPr>
        <w:lastRenderedPageBreak/>
        <w:t xml:space="preserve">3.2. </w:t>
      </w:r>
      <w:r w:rsidR="00A011CE">
        <w:rPr>
          <w:lang w:val="pl-PL"/>
        </w:rPr>
        <w:t>Zakres opracowania dokumentacji projektowej, w</w:t>
      </w:r>
      <w:r w:rsidRPr="001F69A4">
        <w:rPr>
          <w:lang w:val="pl-PL"/>
        </w:rPr>
        <w:t>ymagania</w:t>
      </w:r>
      <w:r w:rsidR="00A011CE">
        <w:rPr>
          <w:lang w:val="pl-PL"/>
        </w:rPr>
        <w:t xml:space="preserve"> dla o</w:t>
      </w:r>
      <w:r w:rsidRPr="001F69A4">
        <w:rPr>
          <w:lang w:val="pl-PL"/>
        </w:rPr>
        <w:t>ptymalizacji i Integracji</w:t>
      </w:r>
      <w:r w:rsidR="00A011CE">
        <w:rPr>
          <w:lang w:val="pl-PL"/>
        </w:rPr>
        <w:t xml:space="preserve"> ME oraz źródeł OZE</w:t>
      </w:r>
    </w:p>
    <w:p w14:paraId="7978B273" w14:textId="4D960815" w:rsidR="00F209C1" w:rsidRPr="00404F02" w:rsidRDefault="00B803B8" w:rsidP="00523022">
      <w:pPr>
        <w:pStyle w:val="Listapunktowana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>Opracowanie</w:t>
      </w:r>
      <w:r w:rsidR="00173759" w:rsidRPr="00404F02">
        <w:rPr>
          <w:color w:val="000000" w:themeColor="text1"/>
          <w:lang w:val="pl-PL"/>
        </w:rPr>
        <w:t xml:space="preserve"> kompleksowej</w:t>
      </w:r>
      <w:r w:rsidR="00C217AA" w:rsidRPr="00404F02">
        <w:rPr>
          <w:color w:val="000000" w:themeColor="text1"/>
          <w:lang w:val="pl-PL"/>
        </w:rPr>
        <w:t>,</w:t>
      </w:r>
      <w:r w:rsidR="00173759" w:rsidRPr="00404F02">
        <w:rPr>
          <w:color w:val="000000" w:themeColor="text1"/>
          <w:lang w:val="pl-PL"/>
        </w:rPr>
        <w:t xml:space="preserve"> wielobranżowej</w:t>
      </w:r>
      <w:r w:rsidR="00A011CE" w:rsidRPr="00404F02">
        <w:rPr>
          <w:color w:val="000000" w:themeColor="text1"/>
          <w:lang w:val="pl-PL"/>
        </w:rPr>
        <w:t xml:space="preserve"> dokumentacji formalno-prawnej i technicznej pn. „Projekt techniczny hybrydowej instalacji fotowoltaicznej z magazynem energii”.  Przedmiot zamówienia obejmuje wykonanie wszystkich prac</w:t>
      </w:r>
      <w:r w:rsidR="00173759" w:rsidRPr="00404F02">
        <w:rPr>
          <w:color w:val="000000" w:themeColor="text1"/>
          <w:lang w:val="pl-PL"/>
        </w:rPr>
        <w:t xml:space="preserve"> projektowych</w:t>
      </w:r>
      <w:r w:rsidR="00A011CE" w:rsidRPr="00404F02">
        <w:rPr>
          <w:color w:val="000000" w:themeColor="text1"/>
          <w:lang w:val="pl-PL"/>
        </w:rPr>
        <w:t xml:space="preserve">, uzgodnień, czynności formalno-prawnych niezbędnych do osiągnięcia celu inwestycji, tj. </w:t>
      </w:r>
      <w:r w:rsidR="00C217AA" w:rsidRPr="00404F02">
        <w:rPr>
          <w:color w:val="000000" w:themeColor="text1"/>
          <w:lang w:val="pl-PL"/>
        </w:rPr>
        <w:t xml:space="preserve">uzyskanie w imieniu Zamawiającego wszelkich, niezbędnych decyzji umożliwiających realizację inwestycji. </w:t>
      </w:r>
    </w:p>
    <w:p w14:paraId="6BD89194" w14:textId="64A06CBE" w:rsidR="00A011CE" w:rsidRPr="00404F02" w:rsidRDefault="00C217AA" w:rsidP="00F209C1">
      <w:pPr>
        <w:pStyle w:val="Listapunktowana"/>
        <w:numPr>
          <w:ilvl w:val="0"/>
          <w:numId w:val="0"/>
        </w:numPr>
        <w:ind w:left="360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>W ramach zadania należy zaprojektować m.in.:</w:t>
      </w:r>
    </w:p>
    <w:p w14:paraId="0529FA08" w14:textId="316ACE20" w:rsidR="00173759" w:rsidRPr="00404F02" w:rsidRDefault="00624F5C" w:rsidP="00173759">
      <w:pPr>
        <w:pStyle w:val="Listapunktowana"/>
        <w:tabs>
          <w:tab w:val="clear" w:pos="360"/>
          <w:tab w:val="num" w:pos="1080"/>
        </w:tabs>
        <w:ind w:left="1080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 xml:space="preserve">Projekt instalacji fotowoltaicznej (PV) o mocy minimum 340 </w:t>
      </w:r>
      <w:proofErr w:type="spellStart"/>
      <w:r w:rsidRPr="00404F02">
        <w:rPr>
          <w:color w:val="000000" w:themeColor="text1"/>
          <w:lang w:val="pl-PL"/>
        </w:rPr>
        <w:t>kWp</w:t>
      </w:r>
      <w:proofErr w:type="spellEnd"/>
      <w:r w:rsidRPr="00404F02">
        <w:rPr>
          <w:color w:val="000000" w:themeColor="text1"/>
          <w:lang w:val="pl-PL"/>
        </w:rPr>
        <w:t>.</w:t>
      </w:r>
    </w:p>
    <w:p w14:paraId="643D00D6" w14:textId="4DBCCE82" w:rsidR="00624F5C" w:rsidRPr="00404F02" w:rsidRDefault="00624F5C" w:rsidP="00173759">
      <w:pPr>
        <w:pStyle w:val="Listapunktowana"/>
        <w:tabs>
          <w:tab w:val="clear" w:pos="360"/>
          <w:tab w:val="num" w:pos="1080"/>
        </w:tabs>
        <w:ind w:left="1080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>Projekt instalacji magazynu energii (ME) o mocy 500 kW i energii znamionowej 2000kWh.</w:t>
      </w:r>
    </w:p>
    <w:p w14:paraId="61B47D5D" w14:textId="46B9F2C4" w:rsidR="00624F5C" w:rsidRPr="00404F02" w:rsidRDefault="00624F5C" w:rsidP="00173759">
      <w:pPr>
        <w:pStyle w:val="Listapunktowana"/>
        <w:tabs>
          <w:tab w:val="clear" w:pos="360"/>
          <w:tab w:val="num" w:pos="1080"/>
        </w:tabs>
        <w:ind w:left="1080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>Projekt modernizacji, doposażenia lub wymiany istniejących instalacji elektrycznych, jeżeli wymagać będzie tego przyłączenie</w:t>
      </w:r>
      <w:r w:rsidR="00211644" w:rsidRPr="00404F02">
        <w:rPr>
          <w:color w:val="000000" w:themeColor="text1"/>
          <w:lang w:val="pl-PL"/>
        </w:rPr>
        <w:t xml:space="preserve"> do sieci</w:t>
      </w:r>
      <w:r w:rsidRPr="00404F02">
        <w:rPr>
          <w:color w:val="000000" w:themeColor="text1"/>
          <w:lang w:val="pl-PL"/>
        </w:rPr>
        <w:t xml:space="preserve"> projektowanych obiektów lub będzie to wymóg wynikający z pozyskanych Warunków Przyłączenia </w:t>
      </w:r>
      <w:r w:rsidR="002B0E55" w:rsidRPr="00404F02">
        <w:rPr>
          <w:color w:val="000000" w:themeColor="text1"/>
          <w:lang w:val="pl-PL"/>
        </w:rPr>
        <w:t>do</w:t>
      </w:r>
      <w:r w:rsidRPr="00404F02">
        <w:rPr>
          <w:color w:val="000000" w:themeColor="text1"/>
          <w:lang w:val="pl-PL"/>
        </w:rPr>
        <w:t xml:space="preserve"> OSD</w:t>
      </w:r>
      <w:r w:rsidR="00211644" w:rsidRPr="00404F02">
        <w:rPr>
          <w:color w:val="000000" w:themeColor="text1"/>
          <w:lang w:val="pl-PL"/>
        </w:rPr>
        <w:t>, m.in. rozdzielnicy głównej 20kV i rozdzielnicy główniej 0,4kV w obiekcie.</w:t>
      </w:r>
    </w:p>
    <w:p w14:paraId="31D57B69" w14:textId="72B02668" w:rsidR="00211644" w:rsidRPr="00404F02" w:rsidRDefault="00211644" w:rsidP="00173759">
      <w:pPr>
        <w:pStyle w:val="Listapunktowana"/>
        <w:tabs>
          <w:tab w:val="clear" w:pos="360"/>
          <w:tab w:val="num" w:pos="1080"/>
        </w:tabs>
        <w:ind w:left="1080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 xml:space="preserve">Projekt niezbędnych instalacji uzupełniających zapewniających prawidłowe funkcjonowanie zabudowanych urządzeń </w:t>
      </w:r>
      <w:proofErr w:type="spellStart"/>
      <w:r w:rsidRPr="00404F02">
        <w:rPr>
          <w:color w:val="000000" w:themeColor="text1"/>
          <w:lang w:val="pl-PL"/>
        </w:rPr>
        <w:t>tj</w:t>
      </w:r>
      <w:proofErr w:type="spellEnd"/>
      <w:r w:rsidRPr="00404F02">
        <w:rPr>
          <w:color w:val="000000" w:themeColor="text1"/>
          <w:lang w:val="pl-PL"/>
        </w:rPr>
        <w:t>:</w:t>
      </w:r>
    </w:p>
    <w:p w14:paraId="20DE5C9C" w14:textId="462182AD" w:rsidR="00211644" w:rsidRPr="00404F02" w:rsidRDefault="00211644" w:rsidP="00211644">
      <w:pPr>
        <w:pStyle w:val="Listapunktowana"/>
        <w:tabs>
          <w:tab w:val="clear" w:pos="360"/>
          <w:tab w:val="num" w:pos="1440"/>
        </w:tabs>
        <w:ind w:left="1440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>modernizacja układu pomiarowo-rozliczeniowego energii elektrycznej w punkcie przyłączenia o napięciu pracy 20kV,</w:t>
      </w:r>
    </w:p>
    <w:p w14:paraId="539BF87D" w14:textId="77777777" w:rsidR="00467C92" w:rsidRPr="00404F02" w:rsidRDefault="00211644" w:rsidP="00211644">
      <w:pPr>
        <w:pStyle w:val="Listapunktowana"/>
        <w:tabs>
          <w:tab w:val="clear" w:pos="360"/>
          <w:tab w:val="num" w:pos="1440"/>
        </w:tabs>
        <w:ind w:left="1440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>instalacje uziemiające i ochrony odgromowej,</w:t>
      </w:r>
    </w:p>
    <w:p w14:paraId="18369791" w14:textId="6434D5F1" w:rsidR="00211644" w:rsidRPr="00404F02" w:rsidRDefault="00467C92" w:rsidP="00211644">
      <w:pPr>
        <w:pStyle w:val="Listapunktowana"/>
        <w:tabs>
          <w:tab w:val="clear" w:pos="360"/>
          <w:tab w:val="num" w:pos="1440"/>
        </w:tabs>
        <w:ind w:left="1440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>instalacje pomocnicze, np. oświetlenia, klimatyzacji, itp.</w:t>
      </w:r>
      <w:r w:rsidR="00211644" w:rsidRPr="00404F02">
        <w:rPr>
          <w:color w:val="000000" w:themeColor="text1"/>
          <w:lang w:val="pl-PL"/>
        </w:rPr>
        <w:t xml:space="preserve"> </w:t>
      </w:r>
    </w:p>
    <w:p w14:paraId="01616135" w14:textId="77777777" w:rsidR="00211644" w:rsidRPr="00404F02" w:rsidRDefault="00211644" w:rsidP="00211644">
      <w:pPr>
        <w:pStyle w:val="Listapunktowana"/>
        <w:tabs>
          <w:tab w:val="clear" w:pos="360"/>
          <w:tab w:val="num" w:pos="1440"/>
        </w:tabs>
        <w:ind w:left="1440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 xml:space="preserve">ochronę przeciwprzepięciową, </w:t>
      </w:r>
    </w:p>
    <w:p w14:paraId="0FDAE554" w14:textId="77777777" w:rsidR="00211644" w:rsidRPr="00404F02" w:rsidRDefault="00211644" w:rsidP="00211644">
      <w:pPr>
        <w:pStyle w:val="Listapunktowana"/>
        <w:tabs>
          <w:tab w:val="clear" w:pos="360"/>
          <w:tab w:val="num" w:pos="1440"/>
        </w:tabs>
        <w:ind w:left="1440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 xml:space="preserve">systemy ochrony przeciwpożarowej, </w:t>
      </w:r>
    </w:p>
    <w:p w14:paraId="5B9C8E66" w14:textId="77777777" w:rsidR="00211644" w:rsidRPr="00404F02" w:rsidRDefault="00211644" w:rsidP="00211644">
      <w:pPr>
        <w:pStyle w:val="Listapunktowana"/>
        <w:tabs>
          <w:tab w:val="clear" w:pos="360"/>
          <w:tab w:val="num" w:pos="1440"/>
        </w:tabs>
        <w:ind w:left="1440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 xml:space="preserve">system monitoringu, sterowania i komunikacji, </w:t>
      </w:r>
    </w:p>
    <w:p w14:paraId="200FBDF4" w14:textId="7E5DC26D" w:rsidR="00211644" w:rsidRPr="00404F02" w:rsidRDefault="00211644" w:rsidP="00211644">
      <w:pPr>
        <w:pStyle w:val="Listapunktowana"/>
        <w:tabs>
          <w:tab w:val="clear" w:pos="360"/>
          <w:tab w:val="num" w:pos="1440"/>
        </w:tabs>
        <w:ind w:left="1440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 xml:space="preserve">niezbędną infrastrukturę teletechniczną i monitoring, </w:t>
      </w:r>
    </w:p>
    <w:p w14:paraId="16F7022D" w14:textId="77777777" w:rsidR="00211644" w:rsidRPr="00404F02" w:rsidRDefault="00211644" w:rsidP="00211644">
      <w:pPr>
        <w:pStyle w:val="Listapunktowana"/>
        <w:tabs>
          <w:tab w:val="clear" w:pos="360"/>
          <w:tab w:val="num" w:pos="1440"/>
        </w:tabs>
        <w:ind w:left="1440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 xml:space="preserve">drogi, place manewrowe i dojścia, </w:t>
      </w:r>
    </w:p>
    <w:p w14:paraId="1D1B253B" w14:textId="77777777" w:rsidR="00211644" w:rsidRPr="00404F02" w:rsidRDefault="00211644" w:rsidP="00211644">
      <w:pPr>
        <w:pStyle w:val="Listapunktowana"/>
        <w:tabs>
          <w:tab w:val="clear" w:pos="360"/>
          <w:tab w:val="num" w:pos="1440"/>
        </w:tabs>
        <w:ind w:left="1440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 xml:space="preserve">fundamenty/konstrukcje pod urządzenia, </w:t>
      </w:r>
    </w:p>
    <w:p w14:paraId="35701AB5" w14:textId="77777777" w:rsidR="00211644" w:rsidRPr="00404F02" w:rsidRDefault="00211644" w:rsidP="00211644">
      <w:pPr>
        <w:pStyle w:val="Listapunktowana"/>
        <w:tabs>
          <w:tab w:val="clear" w:pos="360"/>
          <w:tab w:val="num" w:pos="1440"/>
        </w:tabs>
        <w:ind w:left="1440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 xml:space="preserve">ogrodzenie i zabezpieczenie terenu, </w:t>
      </w:r>
    </w:p>
    <w:p w14:paraId="28BD562A" w14:textId="77777777" w:rsidR="00211644" w:rsidRPr="00404F02" w:rsidRDefault="00211644" w:rsidP="00211644">
      <w:pPr>
        <w:pStyle w:val="Listapunktowana"/>
        <w:tabs>
          <w:tab w:val="clear" w:pos="360"/>
          <w:tab w:val="num" w:pos="1440"/>
        </w:tabs>
        <w:ind w:left="1440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 xml:space="preserve">niezbędne przyłącza i instalacje pomocnicze, </w:t>
      </w:r>
    </w:p>
    <w:p w14:paraId="48B7988B" w14:textId="79294157" w:rsidR="00211644" w:rsidRPr="00404F02" w:rsidRDefault="00211644" w:rsidP="00211644">
      <w:pPr>
        <w:pStyle w:val="Listapunktowana"/>
        <w:tabs>
          <w:tab w:val="clear" w:pos="360"/>
          <w:tab w:val="num" w:pos="1440"/>
        </w:tabs>
        <w:ind w:left="1440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>infrastrukturę odwodnienia, itp.,</w:t>
      </w:r>
    </w:p>
    <w:p w14:paraId="1877F50E" w14:textId="0E1C818C" w:rsidR="00384BD3" w:rsidRPr="001F69A4" w:rsidRDefault="004A20A6" w:rsidP="00523022">
      <w:pPr>
        <w:pStyle w:val="Listapunktowana"/>
        <w:jc w:val="both"/>
        <w:rPr>
          <w:lang w:val="pl-PL"/>
        </w:rPr>
      </w:pPr>
      <w:r w:rsidRPr="001F69A4">
        <w:rPr>
          <w:b/>
          <w:lang w:val="pl-PL"/>
        </w:rPr>
        <w:t xml:space="preserve">Optymalizacja stringów PV: </w:t>
      </w:r>
      <w:r w:rsidRPr="001F69A4">
        <w:rPr>
          <w:lang w:val="pl-PL"/>
        </w:rPr>
        <w:t xml:space="preserve">Wykonanie analizy zacienienia oraz optymalizacji konfiguracji łańcuchów (stringów) modułów fotowoltaicznych dla nowo projektowanej instalacji </w:t>
      </w:r>
      <w:r w:rsidR="00AD7C2D">
        <w:rPr>
          <w:lang w:val="pl-PL"/>
        </w:rPr>
        <w:t>min. 340</w:t>
      </w:r>
      <w:r w:rsidR="00404F02">
        <w:rPr>
          <w:lang w:val="pl-PL"/>
        </w:rPr>
        <w:t xml:space="preserve"> </w:t>
      </w:r>
      <w:proofErr w:type="spellStart"/>
      <w:r w:rsidRPr="001F69A4">
        <w:rPr>
          <w:lang w:val="pl-PL"/>
        </w:rPr>
        <w:t>kWp</w:t>
      </w:r>
      <w:proofErr w:type="spellEnd"/>
      <w:r w:rsidRPr="001F69A4">
        <w:rPr>
          <w:lang w:val="pl-PL"/>
        </w:rPr>
        <w:t xml:space="preserve"> oraz weryfikacja/korekta układu dla instalacji </w:t>
      </w:r>
      <w:r w:rsidR="008A6F06" w:rsidRPr="001F69A4">
        <w:rPr>
          <w:lang w:val="pl-PL"/>
        </w:rPr>
        <w:t>49,95</w:t>
      </w:r>
      <w:r w:rsidRPr="001F69A4">
        <w:rPr>
          <w:lang w:val="pl-PL"/>
        </w:rPr>
        <w:t xml:space="preserve"> kW w celu maksymalizacji uzysków energetycznych.</w:t>
      </w:r>
    </w:p>
    <w:p w14:paraId="4D00E5D7" w14:textId="0F0B35EA" w:rsidR="00384BD3" w:rsidRPr="001F69A4" w:rsidRDefault="004A20A6" w:rsidP="00523022">
      <w:pPr>
        <w:pStyle w:val="Listapunktowana"/>
        <w:jc w:val="both"/>
        <w:rPr>
          <w:lang w:val="pl-PL"/>
        </w:rPr>
      </w:pPr>
      <w:r w:rsidRPr="001F69A4">
        <w:rPr>
          <w:b/>
          <w:lang w:val="pl-PL"/>
        </w:rPr>
        <w:t xml:space="preserve">Integracja systemowa: </w:t>
      </w:r>
      <w:r w:rsidRPr="001F69A4">
        <w:rPr>
          <w:lang w:val="pl-PL"/>
        </w:rPr>
        <w:t xml:space="preserve">Zaprojektowanie jednolitego układu pracy hybrydowej (PV </w:t>
      </w:r>
      <w:r w:rsidR="00AD7C2D">
        <w:rPr>
          <w:lang w:val="pl-PL"/>
        </w:rPr>
        <w:t xml:space="preserve">340 </w:t>
      </w:r>
      <w:proofErr w:type="spellStart"/>
      <w:r w:rsidRPr="001F69A4">
        <w:rPr>
          <w:lang w:val="pl-PL"/>
        </w:rPr>
        <w:t>kWp</w:t>
      </w:r>
      <w:proofErr w:type="spellEnd"/>
      <w:r w:rsidRPr="001F69A4">
        <w:rPr>
          <w:lang w:val="pl-PL"/>
        </w:rPr>
        <w:t xml:space="preserve"> + Magazyn </w:t>
      </w:r>
      <w:r w:rsidR="008A6F06" w:rsidRPr="001F69A4">
        <w:rPr>
          <w:lang w:val="pl-PL"/>
        </w:rPr>
        <w:t>500 kW</w:t>
      </w:r>
      <w:r w:rsidRPr="001F69A4">
        <w:rPr>
          <w:lang w:val="pl-PL"/>
        </w:rPr>
        <w:t xml:space="preserve"> + PV 49,5 </w:t>
      </w:r>
      <w:proofErr w:type="spellStart"/>
      <w:r w:rsidRPr="001F69A4">
        <w:rPr>
          <w:lang w:val="pl-PL"/>
        </w:rPr>
        <w:t>kWp</w:t>
      </w:r>
      <w:proofErr w:type="spellEnd"/>
      <w:r w:rsidRPr="001F69A4">
        <w:rPr>
          <w:lang w:val="pl-PL"/>
        </w:rPr>
        <w:t xml:space="preserve"> + PV </w:t>
      </w:r>
      <w:r w:rsidR="008A6F06" w:rsidRPr="001F69A4">
        <w:rPr>
          <w:lang w:val="pl-PL"/>
        </w:rPr>
        <w:t>99,68</w:t>
      </w:r>
      <w:r w:rsidRPr="001F69A4">
        <w:rPr>
          <w:lang w:val="pl-PL"/>
        </w:rPr>
        <w:t xml:space="preserve"> kW) współpracującego z siecią elektroenergetyczną.</w:t>
      </w:r>
    </w:p>
    <w:p w14:paraId="367E3515" w14:textId="0765B6D5" w:rsidR="00384BD3" w:rsidRPr="001F69A4" w:rsidRDefault="004A20A6" w:rsidP="00523022">
      <w:pPr>
        <w:pStyle w:val="Listapunktowana"/>
        <w:jc w:val="both"/>
        <w:rPr>
          <w:lang w:val="pl-PL"/>
        </w:rPr>
      </w:pPr>
      <w:r w:rsidRPr="001F69A4">
        <w:rPr>
          <w:b/>
          <w:lang w:val="pl-PL"/>
        </w:rPr>
        <w:t xml:space="preserve">Telemechanika i OSD: </w:t>
      </w:r>
      <w:r w:rsidRPr="001F69A4">
        <w:rPr>
          <w:lang w:val="pl-PL"/>
        </w:rPr>
        <w:t xml:space="preserve">Zaprojektowanie kompletnego układu telemechaniki, automatyki zabezpieczeniowej oraz protokołów transmisji danych umożliwiających pełną wymianę sygnałów monitoringu i sterowania z systemami dyspozytorskimi właściwego Operatora Systemu Dystrybucyjnego (OSD), zgodnie z </w:t>
      </w:r>
      <w:r w:rsidR="000F5CD2">
        <w:rPr>
          <w:lang w:val="pl-PL"/>
        </w:rPr>
        <w:t>pozyskanymi</w:t>
      </w:r>
      <w:r w:rsidRPr="001F69A4">
        <w:rPr>
          <w:lang w:val="pl-PL"/>
        </w:rPr>
        <w:t xml:space="preserve"> Warunkami Przyłączenia i Wytycznymi OSD.</w:t>
      </w:r>
    </w:p>
    <w:p w14:paraId="22C74783" w14:textId="77777777" w:rsidR="00384BD3" w:rsidRPr="001F69A4" w:rsidRDefault="004A20A6">
      <w:pPr>
        <w:pStyle w:val="Nagwek2"/>
        <w:rPr>
          <w:lang w:val="pl-PL"/>
        </w:rPr>
      </w:pPr>
      <w:r w:rsidRPr="001F69A4">
        <w:rPr>
          <w:lang w:val="pl-PL"/>
        </w:rPr>
        <w:t>3.3. Skład Kompletnej Dokumentacji Projektowej</w:t>
      </w:r>
    </w:p>
    <w:p w14:paraId="520F411C" w14:textId="77777777" w:rsidR="00384BD3" w:rsidRPr="001F69A4" w:rsidRDefault="004A20A6">
      <w:pPr>
        <w:rPr>
          <w:lang w:val="pl-PL"/>
        </w:rPr>
      </w:pPr>
      <w:r w:rsidRPr="001F69A4">
        <w:rPr>
          <w:lang w:val="pl-PL"/>
        </w:rPr>
        <w:t>Dokumentacja projektowa musi być kompletna z punktu widzenia Prawa Budowlanego i obejmować:</w:t>
      </w:r>
    </w:p>
    <w:p w14:paraId="2E41A4D1" w14:textId="63C13861" w:rsidR="00384BD3" w:rsidRPr="00404F02" w:rsidRDefault="004A20A6" w:rsidP="00404F02">
      <w:pPr>
        <w:pStyle w:val="Listapunktowana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lastRenderedPageBreak/>
        <w:t>Projekt Zagospodarowania Terenu (PZT) oraz Projekt Architektoniczno-Budowlany</w:t>
      </w:r>
      <w:r w:rsidR="003B6736" w:rsidRPr="00404F02">
        <w:rPr>
          <w:color w:val="000000" w:themeColor="text1"/>
          <w:lang w:val="pl-PL"/>
        </w:rPr>
        <w:t xml:space="preserve"> i Projekt Techniczny</w:t>
      </w:r>
      <w:r w:rsidRPr="00404F02">
        <w:rPr>
          <w:color w:val="000000" w:themeColor="text1"/>
          <w:lang w:val="pl-PL"/>
        </w:rPr>
        <w:t xml:space="preserve"> (jeśli wymagane przepisami</w:t>
      </w:r>
      <w:r w:rsidR="003B6736" w:rsidRPr="00404F02">
        <w:rPr>
          <w:color w:val="000000" w:themeColor="text1"/>
          <w:lang w:val="pl-PL"/>
        </w:rPr>
        <w:t>, w rozumieniu Prawa Budowlanego)</w:t>
      </w:r>
    </w:p>
    <w:p w14:paraId="275CB101" w14:textId="75A8C90C" w:rsidR="00384BD3" w:rsidRPr="00404F02" w:rsidRDefault="004A20A6" w:rsidP="00404F02">
      <w:pPr>
        <w:pStyle w:val="Listapunktowana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>Wielobranżowy Projekt Techniczny (branża budowlana/konstrukcyjna, elektryczna, teletechniczna/automatyka)</w:t>
      </w:r>
      <w:r w:rsidR="003B6736" w:rsidRPr="00404F02">
        <w:rPr>
          <w:color w:val="000000" w:themeColor="text1"/>
          <w:lang w:val="pl-PL"/>
        </w:rPr>
        <w:t>, wykonany przez osoby posiadające stosowne dla specjalności uprawnienia budowlane.</w:t>
      </w:r>
    </w:p>
    <w:p w14:paraId="53696064" w14:textId="47756722" w:rsidR="004B043C" w:rsidRPr="00404F02" w:rsidRDefault="004B043C" w:rsidP="00404F02">
      <w:pPr>
        <w:pStyle w:val="Listapunktowana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>Uzyskanie w imieniu Zamawiającego wszelkich, niezbędnych</w:t>
      </w:r>
      <w:r w:rsidR="000F5CD2" w:rsidRPr="00404F02">
        <w:rPr>
          <w:color w:val="000000" w:themeColor="text1"/>
          <w:lang w:val="pl-PL"/>
        </w:rPr>
        <w:t xml:space="preserve"> uzgodnień i</w:t>
      </w:r>
      <w:r w:rsidRPr="00404F02">
        <w:rPr>
          <w:color w:val="000000" w:themeColor="text1"/>
          <w:lang w:val="pl-PL"/>
        </w:rPr>
        <w:t xml:space="preserve"> decyzji umożliwiających </w:t>
      </w:r>
      <w:r w:rsidR="001E4CB1">
        <w:rPr>
          <w:color w:val="000000" w:themeColor="text1"/>
          <w:lang w:val="pl-PL"/>
        </w:rPr>
        <w:t xml:space="preserve">uzyskanie przez Zamawiającego pozwolenia na </w:t>
      </w:r>
      <w:r w:rsidRPr="00404F02">
        <w:rPr>
          <w:color w:val="000000" w:themeColor="text1"/>
          <w:lang w:val="pl-PL"/>
        </w:rPr>
        <w:t>realizację inwestycji.</w:t>
      </w:r>
    </w:p>
    <w:p w14:paraId="4247554E" w14:textId="77777777" w:rsidR="00384BD3" w:rsidRPr="00404F02" w:rsidRDefault="004A20A6" w:rsidP="00404F02">
      <w:pPr>
        <w:pStyle w:val="Listapunktowana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>Projekty wykonawcze poszczególnych branż ze szczegółowymi rysunkami montażowymi.</w:t>
      </w:r>
    </w:p>
    <w:p w14:paraId="0C21192B" w14:textId="78B1F182" w:rsidR="00BD3B6D" w:rsidRPr="00404F02" w:rsidRDefault="00BD3B6D" w:rsidP="00404F02">
      <w:pPr>
        <w:pStyle w:val="Listapunktowana"/>
        <w:numPr>
          <w:ilvl w:val="0"/>
          <w:numId w:val="0"/>
        </w:numPr>
        <w:ind w:left="360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>W zakresie branży elektrycznej i automatyki projekt wykonawczy musi zawierać:</w:t>
      </w:r>
      <w:r w:rsidR="00404A7B" w:rsidRPr="00404F02">
        <w:rPr>
          <w:color w:val="000000" w:themeColor="text1"/>
          <w:lang w:val="pl-PL"/>
        </w:rPr>
        <w:t xml:space="preserve"> </w:t>
      </w:r>
      <w:r w:rsidRPr="00404F02">
        <w:rPr>
          <w:color w:val="000000" w:themeColor="text1"/>
          <w:lang w:val="pl-PL"/>
        </w:rPr>
        <w:t>schemat jednokreskowy całego układu</w:t>
      </w:r>
      <w:r w:rsidR="00404A7B" w:rsidRPr="00404F02">
        <w:rPr>
          <w:color w:val="000000" w:themeColor="text1"/>
          <w:lang w:val="pl-PL"/>
        </w:rPr>
        <w:t xml:space="preserve"> zasilania i integracji źródeł OZE</w:t>
      </w:r>
      <w:r w:rsidRPr="00404F02">
        <w:rPr>
          <w:color w:val="000000" w:themeColor="text1"/>
          <w:lang w:val="pl-PL"/>
        </w:rPr>
        <w:t>,</w:t>
      </w:r>
      <w:r w:rsidR="00404A7B" w:rsidRPr="00404F02">
        <w:rPr>
          <w:color w:val="000000" w:themeColor="text1"/>
          <w:lang w:val="pl-PL"/>
        </w:rPr>
        <w:t xml:space="preserve"> </w:t>
      </w:r>
      <w:r w:rsidRPr="00404F02">
        <w:rPr>
          <w:color w:val="000000" w:themeColor="text1"/>
          <w:lang w:val="pl-PL"/>
        </w:rPr>
        <w:t>schematy</w:t>
      </w:r>
      <w:r w:rsidR="00404A7B" w:rsidRPr="00404F02">
        <w:rPr>
          <w:color w:val="000000" w:themeColor="text1"/>
          <w:lang w:val="pl-PL"/>
        </w:rPr>
        <w:t xml:space="preserve"> zasadnicze</w:t>
      </w:r>
      <w:r w:rsidRPr="00404F02">
        <w:rPr>
          <w:color w:val="000000" w:themeColor="text1"/>
          <w:lang w:val="pl-PL"/>
        </w:rPr>
        <w:t xml:space="preserve"> AC</w:t>
      </w:r>
      <w:r w:rsidR="00404A7B" w:rsidRPr="00404F02">
        <w:rPr>
          <w:color w:val="000000" w:themeColor="text1"/>
          <w:lang w:val="pl-PL"/>
        </w:rPr>
        <w:t xml:space="preserve"> i </w:t>
      </w:r>
      <w:r w:rsidRPr="00404F02">
        <w:rPr>
          <w:color w:val="000000" w:themeColor="text1"/>
          <w:lang w:val="pl-PL"/>
        </w:rPr>
        <w:t>DC,</w:t>
      </w:r>
      <w:r w:rsidR="00E862F9" w:rsidRPr="00404F02">
        <w:rPr>
          <w:color w:val="000000" w:themeColor="text1"/>
          <w:lang w:val="pl-PL"/>
        </w:rPr>
        <w:t xml:space="preserve"> schematy układów pomiarowo-rozliczeniowych,</w:t>
      </w:r>
      <w:r w:rsidRPr="00404F02">
        <w:rPr>
          <w:color w:val="000000" w:themeColor="text1"/>
          <w:lang w:val="pl-PL"/>
        </w:rPr>
        <w:t xml:space="preserve"> dobór </w:t>
      </w:r>
      <w:r w:rsidR="00404A7B" w:rsidRPr="00404F02">
        <w:rPr>
          <w:color w:val="000000" w:themeColor="text1"/>
          <w:lang w:val="pl-PL"/>
        </w:rPr>
        <w:t xml:space="preserve">okablowania i prowadzenia tras kablowych obiektowych, </w:t>
      </w:r>
      <w:r w:rsidRPr="00404F02">
        <w:rPr>
          <w:color w:val="000000" w:themeColor="text1"/>
          <w:lang w:val="pl-PL"/>
        </w:rPr>
        <w:t>dobór zabezpieczeń</w:t>
      </w:r>
      <w:r w:rsidR="00404A7B" w:rsidRPr="00404F02">
        <w:rPr>
          <w:color w:val="000000" w:themeColor="text1"/>
          <w:lang w:val="pl-PL"/>
        </w:rPr>
        <w:t xml:space="preserve"> szczególnie dla źródeł OZE i ME, obliczenia techniczne</w:t>
      </w:r>
      <w:r w:rsidR="002B0E55" w:rsidRPr="00404F02">
        <w:rPr>
          <w:color w:val="000000" w:themeColor="text1"/>
          <w:lang w:val="pl-PL"/>
        </w:rPr>
        <w:t>:</w:t>
      </w:r>
      <w:r w:rsidR="00404A7B" w:rsidRPr="00404F02">
        <w:rPr>
          <w:color w:val="000000" w:themeColor="text1"/>
          <w:lang w:val="pl-PL"/>
        </w:rPr>
        <w:t xml:space="preserve"> zwarciowe, ochrony p.</w:t>
      </w:r>
      <w:r w:rsidR="00FE747B">
        <w:rPr>
          <w:color w:val="000000" w:themeColor="text1"/>
          <w:lang w:val="pl-PL"/>
        </w:rPr>
        <w:t xml:space="preserve"> </w:t>
      </w:r>
      <w:r w:rsidR="00404A7B" w:rsidRPr="00404F02">
        <w:rPr>
          <w:color w:val="000000" w:themeColor="text1"/>
          <w:lang w:val="pl-PL"/>
        </w:rPr>
        <w:t>po</w:t>
      </w:r>
      <w:r w:rsidR="00FE747B">
        <w:rPr>
          <w:color w:val="000000" w:themeColor="text1"/>
          <w:lang w:val="pl-PL"/>
        </w:rPr>
        <w:t>żarowej</w:t>
      </w:r>
      <w:r w:rsidR="00404A7B" w:rsidRPr="00404F02">
        <w:rPr>
          <w:color w:val="000000" w:themeColor="text1"/>
          <w:lang w:val="pl-PL"/>
        </w:rPr>
        <w:t>, itp.</w:t>
      </w:r>
    </w:p>
    <w:p w14:paraId="3899AD49" w14:textId="6C3AC408" w:rsidR="00E862F9" w:rsidRPr="00404F02" w:rsidRDefault="00E862F9" w:rsidP="00404F02">
      <w:pPr>
        <w:pStyle w:val="Listapunktowana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 xml:space="preserve">Dla ME wykonać projekt systemu sygnalizacji pożaru oraz systemu gaszenia gazem </w:t>
      </w:r>
      <w:proofErr w:type="spellStart"/>
      <w:r w:rsidRPr="00404F02">
        <w:rPr>
          <w:color w:val="000000" w:themeColor="text1"/>
          <w:lang w:val="pl-PL"/>
        </w:rPr>
        <w:t>inertnym</w:t>
      </w:r>
      <w:proofErr w:type="spellEnd"/>
      <w:r w:rsidRPr="00404F02">
        <w:rPr>
          <w:color w:val="000000" w:themeColor="text1"/>
          <w:lang w:val="pl-PL"/>
        </w:rPr>
        <w:t>.</w:t>
      </w:r>
    </w:p>
    <w:p w14:paraId="1FE23179" w14:textId="0D0AB2D8" w:rsidR="00206709" w:rsidRPr="00404F02" w:rsidRDefault="006113C4" w:rsidP="00404F02">
      <w:pPr>
        <w:pStyle w:val="Listapunktowana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 xml:space="preserve">Opracowanie projektowe musi zostać uzgodnione z Rzeczoznawcę ds. zabezpieczeń przeciwpożarowych, w zakresie wymaganym przepisami. Uzgodnienia projektów budowlanych </w:t>
      </w:r>
      <w:r w:rsidR="00404F02">
        <w:rPr>
          <w:color w:val="000000" w:themeColor="text1"/>
          <w:lang w:val="pl-PL"/>
        </w:rPr>
        <w:t xml:space="preserve">                </w:t>
      </w:r>
      <w:r w:rsidRPr="00404F02">
        <w:rPr>
          <w:color w:val="000000" w:themeColor="text1"/>
          <w:lang w:val="pl-PL"/>
        </w:rPr>
        <w:t>i technicznych pod względem ochrony przeciwpożarowej regulują aktualne przepisy MSWiA.</w:t>
      </w:r>
    </w:p>
    <w:p w14:paraId="617B6046" w14:textId="77777777" w:rsidR="00687858" w:rsidRPr="00404F02" w:rsidRDefault="00687858" w:rsidP="00404F02">
      <w:pPr>
        <w:pStyle w:val="Listapunktowana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>Instrukcję Współpracy Ruchowej z OSD oraz procedury testowe i programy uruchomień - opcja.</w:t>
      </w:r>
    </w:p>
    <w:p w14:paraId="47A8F7EE" w14:textId="1AE9F73B" w:rsidR="00ED6D49" w:rsidRPr="00404F02" w:rsidRDefault="00687858" w:rsidP="00404F02">
      <w:pPr>
        <w:pStyle w:val="Listapunktowana"/>
        <w:jc w:val="both"/>
        <w:rPr>
          <w:color w:val="000000" w:themeColor="text1"/>
          <w:lang w:val="pl-PL"/>
        </w:rPr>
      </w:pPr>
      <w:r w:rsidRPr="00404F02">
        <w:rPr>
          <w:color w:val="000000" w:themeColor="text1"/>
          <w:lang w:val="pl-PL"/>
        </w:rPr>
        <w:t>Przedmiary prac, kosztorysy inwestorskie oraz Specyfikacje Techniczne Wykonania i Odbioru Robót Budowlanych (</w:t>
      </w:r>
      <w:proofErr w:type="spellStart"/>
      <w:r w:rsidRPr="00404F02">
        <w:rPr>
          <w:color w:val="000000" w:themeColor="text1"/>
          <w:lang w:val="pl-PL"/>
        </w:rPr>
        <w:t>STWiORB</w:t>
      </w:r>
      <w:proofErr w:type="spellEnd"/>
      <w:r w:rsidRPr="00404F02">
        <w:rPr>
          <w:color w:val="000000" w:themeColor="text1"/>
          <w:lang w:val="pl-PL"/>
        </w:rPr>
        <w:t>).</w:t>
      </w:r>
    </w:p>
    <w:p w14:paraId="4F93F0E3" w14:textId="77777777" w:rsidR="00384BD3" w:rsidRPr="001F69A4" w:rsidRDefault="004A20A6">
      <w:pPr>
        <w:pStyle w:val="Nagwek1"/>
        <w:rPr>
          <w:lang w:val="pl-PL"/>
        </w:rPr>
      </w:pPr>
      <w:r w:rsidRPr="001F69A4">
        <w:rPr>
          <w:lang w:val="pl-PL"/>
        </w:rPr>
        <w:t>4. Wymagania Formalno-Prawne i Prawa Autorskie</w:t>
      </w:r>
    </w:p>
    <w:p w14:paraId="798D23F4" w14:textId="1EEEC503" w:rsidR="00384BD3" w:rsidRPr="001F69A4" w:rsidRDefault="004A20A6" w:rsidP="00523022">
      <w:pPr>
        <w:pStyle w:val="Listapunktowana"/>
        <w:jc w:val="both"/>
        <w:rPr>
          <w:lang w:val="pl-PL"/>
        </w:rPr>
      </w:pPr>
      <w:r w:rsidRPr="001F69A4">
        <w:rPr>
          <w:b/>
          <w:lang w:val="pl-PL"/>
        </w:rPr>
        <w:t xml:space="preserve">Projekt Autorski: </w:t>
      </w:r>
      <w:r w:rsidRPr="001F69A4">
        <w:rPr>
          <w:lang w:val="pl-PL"/>
        </w:rPr>
        <w:t xml:space="preserve">Przedmiot zamówienia będzie stanowił projekt autorski w rozumieniu Ustawy o prawie autorskim i prawach pokrewnych. </w:t>
      </w:r>
      <w:r w:rsidR="00E548A2">
        <w:rPr>
          <w:lang w:val="pl-PL"/>
        </w:rPr>
        <w:t>Oferent</w:t>
      </w:r>
      <w:r w:rsidRPr="001F69A4">
        <w:rPr>
          <w:lang w:val="pl-PL"/>
        </w:rPr>
        <w:t xml:space="preserve"> w ramach wynagrodzenia umownego przeniesie na Zamawiającego autorskie prawa majątkowe do dokumentacji na wszystkich polach eksploatacji umożliwiających realizację inwestycji, jej rozbudowę oraz modernizację.</w:t>
      </w:r>
    </w:p>
    <w:p w14:paraId="0B0D5C1D" w14:textId="6A6122BF" w:rsidR="006863D6" w:rsidRPr="001F69A4" w:rsidRDefault="006863D6" w:rsidP="00523022">
      <w:pPr>
        <w:pStyle w:val="Listapunktowana"/>
        <w:jc w:val="both"/>
        <w:rPr>
          <w:lang w:val="pl-PL"/>
        </w:rPr>
      </w:pPr>
      <w:r w:rsidRPr="001F69A4">
        <w:rPr>
          <w:b/>
          <w:lang w:val="pl-PL"/>
        </w:rPr>
        <w:t>Doświadczenie w pro</w:t>
      </w:r>
      <w:r w:rsidR="00523022" w:rsidRPr="001F69A4">
        <w:rPr>
          <w:b/>
          <w:lang w:val="pl-PL"/>
        </w:rPr>
        <w:t>je</w:t>
      </w:r>
      <w:r w:rsidRPr="001F69A4">
        <w:rPr>
          <w:b/>
          <w:lang w:val="pl-PL"/>
        </w:rPr>
        <w:t xml:space="preserve">ktowaniu </w:t>
      </w:r>
      <w:r w:rsidR="002862E4" w:rsidRPr="001F69A4">
        <w:rPr>
          <w:b/>
          <w:lang w:val="pl-PL"/>
        </w:rPr>
        <w:t>–</w:t>
      </w:r>
      <w:r w:rsidR="002862E4" w:rsidRPr="001F69A4">
        <w:rPr>
          <w:lang w:val="pl-PL"/>
        </w:rPr>
        <w:t xml:space="preserve"> </w:t>
      </w:r>
      <w:r w:rsidR="002862E4" w:rsidRPr="00517091">
        <w:rPr>
          <w:lang w:val="pl-PL"/>
        </w:rPr>
        <w:t xml:space="preserve">w ciągu ostatnich </w:t>
      </w:r>
      <w:r w:rsidR="003026F5" w:rsidRPr="00517091">
        <w:rPr>
          <w:lang w:val="pl-PL"/>
        </w:rPr>
        <w:t xml:space="preserve">3 </w:t>
      </w:r>
      <w:r w:rsidR="002862E4" w:rsidRPr="00517091">
        <w:rPr>
          <w:lang w:val="pl-PL"/>
        </w:rPr>
        <w:t xml:space="preserve">lat </w:t>
      </w:r>
      <w:r w:rsidR="00E548A2" w:rsidRPr="00517091">
        <w:rPr>
          <w:lang w:val="pl-PL"/>
        </w:rPr>
        <w:t xml:space="preserve">Oferent </w:t>
      </w:r>
      <w:r w:rsidR="00523022" w:rsidRPr="00517091">
        <w:rPr>
          <w:lang w:val="pl-PL"/>
        </w:rPr>
        <w:t>wykonał dokumentacj</w:t>
      </w:r>
      <w:r w:rsidR="00517091" w:rsidRPr="00517091">
        <w:rPr>
          <w:lang w:val="pl-PL"/>
        </w:rPr>
        <w:t>ę projektową dla</w:t>
      </w:r>
      <w:r w:rsidR="00523022" w:rsidRPr="00517091">
        <w:rPr>
          <w:lang w:val="pl-PL"/>
        </w:rPr>
        <w:t xml:space="preserve"> </w:t>
      </w:r>
      <w:r w:rsidR="002862E4" w:rsidRPr="00517091">
        <w:rPr>
          <w:lang w:val="pl-PL"/>
        </w:rPr>
        <w:t>instalacj</w:t>
      </w:r>
      <w:r w:rsidR="00517091" w:rsidRPr="00517091">
        <w:rPr>
          <w:lang w:val="pl-PL"/>
        </w:rPr>
        <w:t>i</w:t>
      </w:r>
      <w:r w:rsidR="002862E4" w:rsidRPr="00517091">
        <w:rPr>
          <w:lang w:val="pl-PL"/>
        </w:rPr>
        <w:t xml:space="preserve"> PV </w:t>
      </w:r>
      <w:r w:rsidR="00523022" w:rsidRPr="00517091">
        <w:rPr>
          <w:lang w:val="pl-PL"/>
        </w:rPr>
        <w:t xml:space="preserve">o mocy min. </w:t>
      </w:r>
      <w:r w:rsidR="00AD7C2D" w:rsidRPr="00517091">
        <w:rPr>
          <w:lang w:val="pl-PL"/>
        </w:rPr>
        <w:t xml:space="preserve">400kWp </w:t>
      </w:r>
      <w:r w:rsidR="00517091" w:rsidRPr="00517091">
        <w:rPr>
          <w:lang w:val="pl-PL"/>
        </w:rPr>
        <w:t>wraz z</w:t>
      </w:r>
      <w:r w:rsidR="002862E4" w:rsidRPr="00517091">
        <w:rPr>
          <w:lang w:val="pl-PL"/>
        </w:rPr>
        <w:t xml:space="preserve"> magazyn</w:t>
      </w:r>
      <w:r w:rsidR="00517091" w:rsidRPr="00517091">
        <w:rPr>
          <w:lang w:val="pl-PL"/>
        </w:rPr>
        <w:t>em</w:t>
      </w:r>
      <w:r w:rsidR="002862E4" w:rsidRPr="00517091">
        <w:rPr>
          <w:lang w:val="pl-PL"/>
        </w:rPr>
        <w:t xml:space="preserve"> </w:t>
      </w:r>
      <w:r w:rsidR="00523022" w:rsidRPr="00517091">
        <w:rPr>
          <w:color w:val="000000" w:themeColor="text1"/>
          <w:lang w:val="pl-PL"/>
        </w:rPr>
        <w:t xml:space="preserve">energii </w:t>
      </w:r>
      <w:r w:rsidR="002862E4" w:rsidRPr="00517091">
        <w:rPr>
          <w:color w:val="000000" w:themeColor="text1"/>
          <w:lang w:val="pl-PL"/>
        </w:rPr>
        <w:t xml:space="preserve">o </w:t>
      </w:r>
      <w:r w:rsidR="00523022" w:rsidRPr="00517091">
        <w:rPr>
          <w:color w:val="000000" w:themeColor="text1"/>
          <w:lang w:val="pl-PL"/>
        </w:rPr>
        <w:t xml:space="preserve">pojemności </w:t>
      </w:r>
      <w:r w:rsidR="003026F5" w:rsidRPr="00517091">
        <w:rPr>
          <w:color w:val="000000" w:themeColor="text1"/>
          <w:lang w:val="pl-PL"/>
        </w:rPr>
        <w:t xml:space="preserve">minimum </w:t>
      </w:r>
      <w:r w:rsidR="00EC6A8E" w:rsidRPr="00517091">
        <w:rPr>
          <w:color w:val="000000" w:themeColor="text1"/>
          <w:lang w:val="pl-PL"/>
        </w:rPr>
        <w:t>1,6</w:t>
      </w:r>
      <w:r w:rsidR="00523022" w:rsidRPr="00517091">
        <w:rPr>
          <w:color w:val="000000" w:themeColor="text1"/>
          <w:lang w:val="pl-PL"/>
        </w:rPr>
        <w:t xml:space="preserve">MWh </w:t>
      </w:r>
      <w:r w:rsidR="002862E4" w:rsidRPr="00517091">
        <w:rPr>
          <w:color w:val="000000" w:themeColor="text1"/>
          <w:lang w:val="pl-PL"/>
        </w:rPr>
        <w:t xml:space="preserve">udokumentowane </w:t>
      </w:r>
      <w:r w:rsidR="000F5CD2" w:rsidRPr="00517091">
        <w:rPr>
          <w:color w:val="000000" w:themeColor="text1"/>
          <w:lang w:val="pl-PL"/>
        </w:rPr>
        <w:t>i</w:t>
      </w:r>
      <w:r w:rsidR="002862E4" w:rsidRPr="00517091">
        <w:rPr>
          <w:color w:val="000000" w:themeColor="text1"/>
          <w:lang w:val="pl-PL"/>
        </w:rPr>
        <w:t xml:space="preserve"> potwierdzone oświadczeniem lub referencjami</w:t>
      </w:r>
      <w:r w:rsidR="000F5CD2" w:rsidRPr="00517091">
        <w:rPr>
          <w:color w:val="000000" w:themeColor="text1"/>
          <w:lang w:val="pl-PL"/>
        </w:rPr>
        <w:t>.</w:t>
      </w:r>
    </w:p>
    <w:p w14:paraId="36A952A2" w14:textId="77777777" w:rsidR="00384BD3" w:rsidRDefault="004A20A6" w:rsidP="0061269C">
      <w:pPr>
        <w:pStyle w:val="Listapunktowana"/>
        <w:jc w:val="both"/>
        <w:rPr>
          <w:lang w:val="pl-PL"/>
        </w:rPr>
      </w:pPr>
      <w:r w:rsidRPr="001F69A4">
        <w:rPr>
          <w:b/>
          <w:lang w:val="pl-PL"/>
        </w:rPr>
        <w:t xml:space="preserve">Język dokumentacji: </w:t>
      </w:r>
      <w:r w:rsidRPr="001F69A4">
        <w:rPr>
          <w:lang w:val="pl-PL"/>
        </w:rPr>
        <w:t>Kompletna dokumentacja techniczna, opisy, obliczenia, rysunki oraz instrukcje użytkowania i obsługi systemu muszą być sporządzone i dostarczone w języku polskim.</w:t>
      </w:r>
    </w:p>
    <w:p w14:paraId="5281F01D" w14:textId="1F432F9C" w:rsidR="00E243BB" w:rsidRPr="0061269C" w:rsidRDefault="00104841" w:rsidP="0061269C">
      <w:pPr>
        <w:pStyle w:val="Listapunktowana"/>
        <w:jc w:val="both"/>
        <w:rPr>
          <w:lang w:val="pl-PL"/>
        </w:rPr>
      </w:pPr>
      <w:r w:rsidRPr="00404F02">
        <w:rPr>
          <w:rFonts w:eastAsia="Calibri" w:cs="Calibri"/>
          <w:lang w:val="pl-PL"/>
        </w:rPr>
        <w:t xml:space="preserve">Opłaty administracyjne związane z uzyskaniem dokumentów potrzebnych do wykonania przedmiotu zamówienia obciążają </w:t>
      </w:r>
      <w:r w:rsidR="00EA4B27">
        <w:rPr>
          <w:rFonts w:eastAsia="Calibri" w:cs="Calibri"/>
          <w:lang w:val="pl-PL"/>
        </w:rPr>
        <w:t>Oferenta</w:t>
      </w:r>
      <w:r w:rsidRPr="00404F02">
        <w:rPr>
          <w:rFonts w:eastAsia="Calibri" w:cs="Calibri"/>
          <w:lang w:val="pl-PL"/>
        </w:rPr>
        <w:t>.</w:t>
      </w:r>
    </w:p>
    <w:p w14:paraId="2F735FE4" w14:textId="001F80FB" w:rsidR="0061269C" w:rsidRPr="0061269C" w:rsidRDefault="00E548A2" w:rsidP="0061269C">
      <w:pPr>
        <w:pStyle w:val="Listapunktowana"/>
        <w:jc w:val="both"/>
        <w:rPr>
          <w:lang w:val="pl-PL"/>
        </w:rPr>
      </w:pPr>
      <w:r>
        <w:rPr>
          <w:lang w:val="pl-PL"/>
        </w:rPr>
        <w:t>Oferent</w:t>
      </w:r>
      <w:r w:rsidR="0061269C" w:rsidRPr="0061269C">
        <w:rPr>
          <w:lang w:val="pl-PL"/>
        </w:rPr>
        <w:t xml:space="preserve"> zapewni udział projektantów posiadających wymagane uprawnienia </w:t>
      </w:r>
      <w:r w:rsidR="0061269C">
        <w:rPr>
          <w:lang w:val="pl-PL"/>
        </w:rPr>
        <w:t xml:space="preserve">                                     </w:t>
      </w:r>
      <w:r w:rsidR="0061269C" w:rsidRPr="0061269C">
        <w:rPr>
          <w:lang w:val="pl-PL"/>
        </w:rPr>
        <w:t>i doświadczenie, niezbędnych do sporządzenia dokumentacji projektowej oraz skutecznego złożenia i uzyskania niezbędnych uzgodnień i decyzji umożliwiających realizację inwestycji.</w:t>
      </w:r>
    </w:p>
    <w:p w14:paraId="78327455" w14:textId="1A9104BE" w:rsidR="0061269C" w:rsidRDefault="00EA4B27" w:rsidP="0061269C">
      <w:pPr>
        <w:pStyle w:val="Listapunktowana"/>
        <w:jc w:val="both"/>
        <w:rPr>
          <w:lang w:val="pl-PL"/>
        </w:rPr>
      </w:pPr>
      <w:r>
        <w:rPr>
          <w:lang w:val="pl-PL"/>
        </w:rPr>
        <w:t>Oferent</w:t>
      </w:r>
      <w:r w:rsidR="0061269C" w:rsidRPr="0061269C">
        <w:rPr>
          <w:lang w:val="pl-PL"/>
        </w:rPr>
        <w:t xml:space="preserve"> zobowiązany jest do konsultowania prac projektowych oraz akceptacji ostatecznej wersji dokumentacji projektowej przed złożeniem wniosku</w:t>
      </w:r>
      <w:r w:rsidR="0061269C">
        <w:rPr>
          <w:lang w:val="pl-PL"/>
        </w:rPr>
        <w:t>.</w:t>
      </w:r>
    </w:p>
    <w:p w14:paraId="08979D4E" w14:textId="6C2812CF" w:rsidR="0061269C" w:rsidRPr="0061269C" w:rsidRDefault="00E548A2" w:rsidP="0061269C">
      <w:pPr>
        <w:pStyle w:val="Listapunktowana"/>
        <w:jc w:val="both"/>
        <w:rPr>
          <w:lang w:val="pl-PL"/>
        </w:rPr>
      </w:pPr>
      <w:r>
        <w:rPr>
          <w:color w:val="000000" w:themeColor="text1"/>
          <w:lang w:val="pl-PL"/>
        </w:rPr>
        <w:t>Oferent</w:t>
      </w:r>
      <w:r w:rsidR="0061269C" w:rsidRPr="0061269C">
        <w:rPr>
          <w:color w:val="000000" w:themeColor="text1"/>
          <w:lang w:val="pl-PL"/>
        </w:rPr>
        <w:t xml:space="preserve"> ponosi odpowiedzialność za prawidłowe określenie, na podstawie obowiązujących przepisów prawa, wymaganej procedury administracyjnej umożliwiającej budowę instalacji fotowoltaicznej oraz towarzyszącego magazynu energii, a także ich pełną integrację z istniejącymi oraz będącymi w trakcie realizacji źródłami OZE na terenie obiektu, łącznie z niezbędną </w:t>
      </w:r>
      <w:r w:rsidR="0061269C" w:rsidRPr="0061269C">
        <w:rPr>
          <w:color w:val="000000" w:themeColor="text1"/>
          <w:lang w:val="pl-PL"/>
        </w:rPr>
        <w:lastRenderedPageBreak/>
        <w:t>modernizacją wewnętrznej zakładowej sieci elektroenergetycznej niskiego i średniego napięcia, na potrzeby przyłączenia powyższych instalacji</w:t>
      </w:r>
      <w:r w:rsidR="0061269C">
        <w:rPr>
          <w:color w:val="000000" w:themeColor="text1"/>
          <w:lang w:val="pl-PL"/>
        </w:rPr>
        <w:t>.</w:t>
      </w:r>
    </w:p>
    <w:p w14:paraId="40B4CD66" w14:textId="77777777" w:rsidR="0061269C" w:rsidRPr="00104841" w:rsidRDefault="0061269C" w:rsidP="0061269C">
      <w:pPr>
        <w:pStyle w:val="Listapunktowana"/>
        <w:numPr>
          <w:ilvl w:val="0"/>
          <w:numId w:val="0"/>
        </w:numPr>
        <w:ind w:left="360"/>
        <w:jc w:val="both"/>
        <w:rPr>
          <w:lang w:val="pl-PL"/>
        </w:rPr>
      </w:pPr>
    </w:p>
    <w:p w14:paraId="18D3E898" w14:textId="77777777" w:rsidR="00384BD3" w:rsidRDefault="004A20A6">
      <w:pPr>
        <w:pStyle w:val="Nagwek1"/>
      </w:pPr>
      <w:r>
        <w:t xml:space="preserve">5. </w:t>
      </w:r>
      <w:r w:rsidRPr="0061269C">
        <w:rPr>
          <w:lang w:val="pl-PL"/>
        </w:rPr>
        <w:t>Warunki Gwarancji i Odbioru</w:t>
      </w:r>
    </w:p>
    <w:p w14:paraId="148EDD99" w14:textId="6C7106DB" w:rsidR="00384BD3" w:rsidRPr="001F69A4" w:rsidRDefault="004A20A6" w:rsidP="001E4CB1">
      <w:pPr>
        <w:pStyle w:val="Listapunktowana"/>
        <w:jc w:val="both"/>
        <w:rPr>
          <w:lang w:val="pl-PL"/>
        </w:rPr>
      </w:pPr>
      <w:r w:rsidRPr="001F69A4">
        <w:rPr>
          <w:b/>
          <w:lang w:val="pl-PL"/>
        </w:rPr>
        <w:t xml:space="preserve">Okres gwarancji: </w:t>
      </w:r>
      <w:r w:rsidR="00EA4B27">
        <w:rPr>
          <w:lang w:val="pl-PL"/>
        </w:rPr>
        <w:t>Oferent</w:t>
      </w:r>
      <w:r w:rsidRPr="001F69A4">
        <w:rPr>
          <w:lang w:val="pl-PL"/>
        </w:rPr>
        <w:t xml:space="preserve"> udzieli na kompletny przedmiot zamówienia (dokumentację projektową) gwarancji jakości na okres </w:t>
      </w:r>
      <w:r w:rsidR="00612C5A" w:rsidRPr="001F69A4">
        <w:rPr>
          <w:lang w:val="pl-PL"/>
        </w:rPr>
        <w:t xml:space="preserve"> </w:t>
      </w:r>
      <w:r w:rsidR="006863D6" w:rsidRPr="001F69A4">
        <w:rPr>
          <w:b/>
          <w:lang w:val="pl-PL"/>
        </w:rPr>
        <w:t>3</w:t>
      </w:r>
      <w:r w:rsidRPr="001F69A4">
        <w:rPr>
          <w:b/>
          <w:lang w:val="pl-PL"/>
        </w:rPr>
        <w:t xml:space="preserve"> lat</w:t>
      </w:r>
      <w:r w:rsidR="00F84D5B">
        <w:rPr>
          <w:b/>
          <w:lang w:val="pl-PL"/>
        </w:rPr>
        <w:t xml:space="preserve"> </w:t>
      </w:r>
      <w:r w:rsidRPr="001F69A4">
        <w:rPr>
          <w:lang w:val="pl-PL"/>
        </w:rPr>
        <w:t>.</w:t>
      </w:r>
    </w:p>
    <w:p w14:paraId="47D7E9E8" w14:textId="77777777" w:rsidR="00384BD3" w:rsidRPr="00404F02" w:rsidRDefault="004A20A6" w:rsidP="001E4CB1">
      <w:pPr>
        <w:pStyle w:val="Listapunktowana"/>
        <w:jc w:val="both"/>
        <w:rPr>
          <w:color w:val="000000" w:themeColor="text1"/>
          <w:lang w:val="pl-PL"/>
        </w:rPr>
      </w:pPr>
      <w:r w:rsidRPr="001F69A4">
        <w:rPr>
          <w:b/>
          <w:lang w:val="pl-PL"/>
        </w:rPr>
        <w:t xml:space="preserve">Bieg </w:t>
      </w:r>
      <w:r w:rsidRPr="00404F02">
        <w:rPr>
          <w:b/>
          <w:color w:val="000000" w:themeColor="text1"/>
          <w:lang w:val="pl-PL"/>
        </w:rPr>
        <w:t xml:space="preserve">okresu gwarancji: </w:t>
      </w:r>
      <w:r w:rsidRPr="00404F02">
        <w:rPr>
          <w:color w:val="000000" w:themeColor="text1"/>
          <w:lang w:val="pl-PL"/>
        </w:rPr>
        <w:t>Okres gwarancji jakości rozpoczyna się od daty podpisania końcowego protokołu zdawczo-odbiorczego przedmiotu umowy bez zastrzeżeń.</w:t>
      </w:r>
    </w:p>
    <w:p w14:paraId="41355361" w14:textId="0DB35064" w:rsidR="00384BD3" w:rsidRPr="00404F02" w:rsidRDefault="004A20A6" w:rsidP="001E4CB1">
      <w:pPr>
        <w:pStyle w:val="Listapunktowana"/>
        <w:jc w:val="both"/>
        <w:rPr>
          <w:color w:val="000000" w:themeColor="text1"/>
          <w:lang w:val="pl-PL"/>
        </w:rPr>
      </w:pPr>
      <w:r w:rsidRPr="00404F02">
        <w:rPr>
          <w:b/>
          <w:color w:val="000000" w:themeColor="text1"/>
          <w:lang w:val="pl-PL"/>
        </w:rPr>
        <w:t xml:space="preserve">Rękojmia: </w:t>
      </w:r>
      <w:r w:rsidR="00EA4B27">
        <w:rPr>
          <w:color w:val="000000" w:themeColor="text1"/>
          <w:lang w:val="pl-PL"/>
        </w:rPr>
        <w:t>Oferent</w:t>
      </w:r>
      <w:r w:rsidRPr="00404F02">
        <w:rPr>
          <w:color w:val="000000" w:themeColor="text1"/>
          <w:lang w:val="pl-PL"/>
        </w:rPr>
        <w:t xml:space="preserve"> ponosi pełną odpowiedzialność za wady projektowe ujawnione na etapie wykonawstwa robót budowlanych realizowanych na podstawie przedmiotowego projektu.</w:t>
      </w:r>
    </w:p>
    <w:p w14:paraId="66E89911" w14:textId="77777777" w:rsidR="00E47725" w:rsidRDefault="00E47725" w:rsidP="00E47725">
      <w:pPr>
        <w:pStyle w:val="Listapunktowana"/>
        <w:numPr>
          <w:ilvl w:val="0"/>
          <w:numId w:val="0"/>
        </w:numPr>
        <w:ind w:left="360" w:hanging="360"/>
        <w:rPr>
          <w:color w:val="1F497D" w:themeColor="text2"/>
          <w:lang w:val="pl-PL"/>
        </w:rPr>
      </w:pPr>
    </w:p>
    <w:p w14:paraId="4C006A14" w14:textId="77777777" w:rsidR="00E47725" w:rsidRDefault="00E47725" w:rsidP="00E47725">
      <w:pPr>
        <w:pStyle w:val="Listapunktowana"/>
        <w:numPr>
          <w:ilvl w:val="0"/>
          <w:numId w:val="0"/>
        </w:numPr>
        <w:ind w:left="360" w:hanging="360"/>
        <w:rPr>
          <w:color w:val="1F497D" w:themeColor="text2"/>
          <w:lang w:val="pl-PL"/>
        </w:rPr>
      </w:pPr>
    </w:p>
    <w:p w14:paraId="6A049319" w14:textId="77777777" w:rsidR="009F6C76" w:rsidRDefault="009F6C76" w:rsidP="00E47725">
      <w:pPr>
        <w:pStyle w:val="Listapunktowana"/>
        <w:numPr>
          <w:ilvl w:val="0"/>
          <w:numId w:val="0"/>
        </w:numPr>
        <w:ind w:left="360" w:hanging="360"/>
        <w:rPr>
          <w:color w:val="1F497D" w:themeColor="text2"/>
          <w:lang w:val="pl-PL"/>
        </w:rPr>
      </w:pPr>
    </w:p>
    <w:p w14:paraId="66BE75ED" w14:textId="4F1F137F" w:rsidR="00E47725" w:rsidRPr="0061269C" w:rsidRDefault="00E47725" w:rsidP="0061269C">
      <w:pPr>
        <w:pStyle w:val="Listapunktowana"/>
        <w:numPr>
          <w:ilvl w:val="0"/>
          <w:numId w:val="0"/>
        </w:numPr>
        <w:ind w:left="720"/>
        <w:jc w:val="both"/>
        <w:rPr>
          <w:lang w:val="pl-PL"/>
        </w:rPr>
      </w:pPr>
    </w:p>
    <w:p w14:paraId="7BC42524" w14:textId="1A882126" w:rsidR="00E47725" w:rsidRPr="00E47725" w:rsidRDefault="00E47725" w:rsidP="0061269C">
      <w:pPr>
        <w:pStyle w:val="Listapunktowana"/>
        <w:numPr>
          <w:ilvl w:val="0"/>
          <w:numId w:val="0"/>
        </w:numPr>
        <w:jc w:val="both"/>
        <w:rPr>
          <w:color w:val="1F497D" w:themeColor="text2"/>
          <w:lang w:val="pl-PL"/>
        </w:rPr>
      </w:pPr>
    </w:p>
    <w:sectPr w:rsidR="00E47725" w:rsidRPr="00E47725" w:rsidSect="002862E4">
      <w:headerReference w:type="defaul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16863" w14:textId="77777777" w:rsidR="00823EDF" w:rsidRDefault="00823EDF" w:rsidP="00404F02">
      <w:pPr>
        <w:spacing w:after="0" w:line="240" w:lineRule="auto"/>
      </w:pPr>
      <w:r>
        <w:separator/>
      </w:r>
    </w:p>
  </w:endnote>
  <w:endnote w:type="continuationSeparator" w:id="0">
    <w:p w14:paraId="7822C642" w14:textId="77777777" w:rsidR="00823EDF" w:rsidRDefault="00823EDF" w:rsidP="00404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E9DBB" w14:textId="77777777" w:rsidR="00823EDF" w:rsidRDefault="00823EDF" w:rsidP="00404F02">
      <w:pPr>
        <w:spacing w:after="0" w:line="240" w:lineRule="auto"/>
      </w:pPr>
      <w:r>
        <w:separator/>
      </w:r>
    </w:p>
  </w:footnote>
  <w:footnote w:type="continuationSeparator" w:id="0">
    <w:p w14:paraId="06F45086" w14:textId="77777777" w:rsidR="00823EDF" w:rsidRDefault="00823EDF" w:rsidP="00404F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761BA" w14:textId="31AB4568" w:rsidR="00404F02" w:rsidRDefault="00404F02">
    <w:pPr>
      <w:pStyle w:val="Nagwek"/>
    </w:pPr>
    <w:r w:rsidRPr="00407644">
      <w:rPr>
        <w:rFonts w:ascii="Times New Roman" w:eastAsia="Times New Roman" w:hAnsi="Times New Roman" w:cs="Times New Roman"/>
        <w:noProof/>
        <w:color w:val="auto"/>
        <w:sz w:val="24"/>
        <w:szCs w:val="24"/>
        <w:lang w:val="pl-PL" w:eastAsia="pl-PL"/>
      </w:rPr>
      <mc:AlternateContent>
        <mc:Choice Requires="wpg">
          <w:drawing>
            <wp:inline distT="0" distB="0" distL="0" distR="0" wp14:anchorId="567D9884" wp14:editId="2B50E110">
              <wp:extent cx="5643880" cy="495300"/>
              <wp:effectExtent l="0" t="0" r="0" b="0"/>
              <wp:docPr id="71437100" name="Grup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643880" cy="495300"/>
                        <a:chOff x="0" y="0"/>
                        <a:chExt cx="5643880" cy="495300"/>
                      </a:xfrm>
                    </wpg:grpSpPr>
                    <pic:pic xmlns:pic="http://schemas.openxmlformats.org/drawingml/2006/picture">
                      <pic:nvPicPr>
                        <pic:cNvPr id="2021205908" name="Obraz 2" descr="Obraz zawierający tekst, Czcionka, zrzut ekranu, logo&#10;&#10;Opis wygenerowany automatyczni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/>
                        <a:srcRect r="38581"/>
                        <a:stretch/>
                      </pic:blipFill>
                      <pic:spPr bwMode="auto">
                        <a:xfrm>
                          <a:off x="4410075" y="57150"/>
                          <a:ext cx="1233805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56794489" name="Obraz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/>
                        <a:srcRect r="24338"/>
                        <a:stretch/>
                      </pic:blipFill>
                      <pic:spPr bwMode="auto">
                        <a:xfrm>
                          <a:off x="0" y="0"/>
                          <a:ext cx="43529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6BD84B83" id="Grupa 2" o:spid="_x0000_s1026" style="width:444.4pt;height:39pt;mso-position-horizontal-relative:char;mso-position-vertical-relative:line" coordsize="56438,495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alt="Obraz zawierający tekst, Czcionka, zrzut ekranu, logo&#10;&#10;Opis wygenerowany automatycznie" style="position:absolute;left:44100;top:571;width:12338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">
                <v:imagedata r:id="rId3" o:title="Obraz zawierający tekst, Czcionka, zrzut ekranu, logo&#10;&#10;Opis wygenerowany automatycznie" cropright="25284f"/>
              </v:shape>
              <v:shape id="Obraz 1" o:spid="_x0000_s1028" type="#_x0000_t75" style="position:absolute;width:43529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">
                <v:imagedata r:id="rId4" o:title="" cropright="15950f"/>
              </v:shape>
              <w10:anchorlock/>
            </v:group>
          </w:pict>
        </mc:Fallback>
      </mc:AlternateContent>
    </w:r>
  </w:p>
  <w:p w14:paraId="7D6131DE" w14:textId="77777777" w:rsidR="00404F02" w:rsidRDefault="00404F0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8196E1F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99A581B"/>
    <w:multiLevelType w:val="hybridMultilevel"/>
    <w:tmpl w:val="93A809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032812">
    <w:abstractNumId w:val="8"/>
  </w:num>
  <w:num w:numId="2" w16cid:durableId="1509098971">
    <w:abstractNumId w:val="6"/>
  </w:num>
  <w:num w:numId="3" w16cid:durableId="1123377573">
    <w:abstractNumId w:val="5"/>
  </w:num>
  <w:num w:numId="4" w16cid:durableId="447240798">
    <w:abstractNumId w:val="4"/>
  </w:num>
  <w:num w:numId="5" w16cid:durableId="1303195176">
    <w:abstractNumId w:val="7"/>
  </w:num>
  <w:num w:numId="6" w16cid:durableId="395401743">
    <w:abstractNumId w:val="3"/>
  </w:num>
  <w:num w:numId="7" w16cid:durableId="1489980272">
    <w:abstractNumId w:val="2"/>
  </w:num>
  <w:num w:numId="8" w16cid:durableId="1159074358">
    <w:abstractNumId w:val="1"/>
  </w:num>
  <w:num w:numId="9" w16cid:durableId="920141698">
    <w:abstractNumId w:val="0"/>
  </w:num>
  <w:num w:numId="10" w16cid:durableId="1374159466">
    <w:abstractNumId w:val="8"/>
  </w:num>
  <w:num w:numId="11" w16cid:durableId="493180918">
    <w:abstractNumId w:val="8"/>
  </w:num>
  <w:num w:numId="12" w16cid:durableId="1892422889">
    <w:abstractNumId w:val="8"/>
  </w:num>
  <w:num w:numId="13" w16cid:durableId="798766685">
    <w:abstractNumId w:val="8"/>
  </w:num>
  <w:num w:numId="14" w16cid:durableId="1302268740">
    <w:abstractNumId w:val="9"/>
  </w:num>
  <w:num w:numId="15" w16cid:durableId="9178337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51FD"/>
    <w:rsid w:val="000D165F"/>
    <w:rsid w:val="000F5CD2"/>
    <w:rsid w:val="00104841"/>
    <w:rsid w:val="0015074B"/>
    <w:rsid w:val="00150F92"/>
    <w:rsid w:val="00173759"/>
    <w:rsid w:val="001A2493"/>
    <w:rsid w:val="001A3A4D"/>
    <w:rsid w:val="001C10A5"/>
    <w:rsid w:val="001C7A1B"/>
    <w:rsid w:val="001E4CB1"/>
    <w:rsid w:val="001E512F"/>
    <w:rsid w:val="001F69A4"/>
    <w:rsid w:val="00206709"/>
    <w:rsid w:val="00211644"/>
    <w:rsid w:val="002167C7"/>
    <w:rsid w:val="00260900"/>
    <w:rsid w:val="002862E4"/>
    <w:rsid w:val="0029639D"/>
    <w:rsid w:val="002B0E55"/>
    <w:rsid w:val="002F3729"/>
    <w:rsid w:val="003026F5"/>
    <w:rsid w:val="00326F90"/>
    <w:rsid w:val="00384BD3"/>
    <w:rsid w:val="003B6736"/>
    <w:rsid w:val="003D3896"/>
    <w:rsid w:val="003E6EBF"/>
    <w:rsid w:val="003F15CD"/>
    <w:rsid w:val="004026C3"/>
    <w:rsid w:val="00404A7B"/>
    <w:rsid w:val="00404F02"/>
    <w:rsid w:val="00455677"/>
    <w:rsid w:val="00467C92"/>
    <w:rsid w:val="004A20A6"/>
    <w:rsid w:val="004B043C"/>
    <w:rsid w:val="004B41CB"/>
    <w:rsid w:val="004C58E4"/>
    <w:rsid w:val="00502057"/>
    <w:rsid w:val="00517091"/>
    <w:rsid w:val="00520E44"/>
    <w:rsid w:val="00523022"/>
    <w:rsid w:val="00524136"/>
    <w:rsid w:val="005D78EF"/>
    <w:rsid w:val="005F6CF6"/>
    <w:rsid w:val="006113C4"/>
    <w:rsid w:val="0061269C"/>
    <w:rsid w:val="00612C5A"/>
    <w:rsid w:val="00624F5C"/>
    <w:rsid w:val="00673852"/>
    <w:rsid w:val="006863D6"/>
    <w:rsid w:val="00687858"/>
    <w:rsid w:val="007268C9"/>
    <w:rsid w:val="00754097"/>
    <w:rsid w:val="00795B62"/>
    <w:rsid w:val="00823EDF"/>
    <w:rsid w:val="008A6F06"/>
    <w:rsid w:val="00902F04"/>
    <w:rsid w:val="009830F7"/>
    <w:rsid w:val="009D23E3"/>
    <w:rsid w:val="009F3A90"/>
    <w:rsid w:val="009F6C76"/>
    <w:rsid w:val="00A011CE"/>
    <w:rsid w:val="00A3231C"/>
    <w:rsid w:val="00A63FCA"/>
    <w:rsid w:val="00A66C02"/>
    <w:rsid w:val="00AA1D8D"/>
    <w:rsid w:val="00AA48C0"/>
    <w:rsid w:val="00AD7C2D"/>
    <w:rsid w:val="00AE397C"/>
    <w:rsid w:val="00B044AD"/>
    <w:rsid w:val="00B200D2"/>
    <w:rsid w:val="00B47730"/>
    <w:rsid w:val="00B803B8"/>
    <w:rsid w:val="00BD3B6D"/>
    <w:rsid w:val="00BF1938"/>
    <w:rsid w:val="00C03ECB"/>
    <w:rsid w:val="00C217AA"/>
    <w:rsid w:val="00C47817"/>
    <w:rsid w:val="00CB0664"/>
    <w:rsid w:val="00CC5ED4"/>
    <w:rsid w:val="00D02F53"/>
    <w:rsid w:val="00DD31C5"/>
    <w:rsid w:val="00DF1AD7"/>
    <w:rsid w:val="00E02FA7"/>
    <w:rsid w:val="00E243BB"/>
    <w:rsid w:val="00E47725"/>
    <w:rsid w:val="00E548A2"/>
    <w:rsid w:val="00E63A94"/>
    <w:rsid w:val="00E862F9"/>
    <w:rsid w:val="00EA4B27"/>
    <w:rsid w:val="00EC18D0"/>
    <w:rsid w:val="00EC6A8E"/>
    <w:rsid w:val="00ED6D49"/>
    <w:rsid w:val="00F02575"/>
    <w:rsid w:val="00F209C1"/>
    <w:rsid w:val="00F3071A"/>
    <w:rsid w:val="00F501E2"/>
    <w:rsid w:val="00F84D5B"/>
    <w:rsid w:val="00FC693F"/>
    <w:rsid w:val="00FE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41A7CA"/>
  <w14:defaultImageDpi w14:val="300"/>
  <w15:docId w15:val="{4A502DBD-C8AE-4C2F-BBEA-9F8968A4A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/>
    </w:pPr>
    <w:rPr>
      <w:rFonts w:ascii="Calibri" w:hAnsi="Calibri"/>
      <w:color w:val="333333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1B365D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4A777A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prawka">
    <w:name w:val="Revision"/>
    <w:hidden/>
    <w:uiPriority w:val="99"/>
    <w:semiHidden/>
    <w:rsid w:val="00E47725"/>
    <w:pPr>
      <w:spacing w:after="0" w:line="240" w:lineRule="auto"/>
    </w:pPr>
    <w:rPr>
      <w:rFonts w:ascii="Calibri" w:hAnsi="Calibri"/>
      <w:color w:val="333333"/>
    </w:rPr>
  </w:style>
  <w:style w:type="paragraph" w:customStyle="1" w:styleId="Default">
    <w:name w:val="Default"/>
    <w:rsid w:val="00E477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77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77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7725"/>
    <w:rPr>
      <w:rFonts w:ascii="Calibri" w:hAnsi="Calibri"/>
      <w:color w:val="333333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77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7725"/>
    <w:rPr>
      <w:rFonts w:ascii="Calibri" w:hAnsi="Calibri"/>
      <w:b/>
      <w:bCs/>
      <w:color w:val="333333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2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26F5"/>
    <w:rPr>
      <w:rFonts w:ascii="Tahoma" w:hAnsi="Tahoma" w:cs="Tahoma"/>
      <w:color w:val="333333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93182FFF40234C82A4A23A277C422E" ma:contentTypeVersion="18" ma:contentTypeDescription="Utwórz nowy dokument." ma:contentTypeScope="" ma:versionID="08cf1a992a379789ff98bb162257cf20">
  <xsd:schema xmlns:xsd="http://www.w3.org/2001/XMLSchema" xmlns:xs="http://www.w3.org/2001/XMLSchema" xmlns:p="http://schemas.microsoft.com/office/2006/metadata/properties" xmlns:ns2="03b61404-9813-4378-8314-c63c4b6842d6" xmlns:ns3="ccac3e0f-1527-41ba-9aad-9662ca1f1567" targetNamespace="http://schemas.microsoft.com/office/2006/metadata/properties" ma:root="true" ma:fieldsID="efb217e2e12053a261b97d822815d676" ns2:_="" ns3:_="">
    <xsd:import namespace="03b61404-9813-4378-8314-c63c4b6842d6"/>
    <xsd:import namespace="ccac3e0f-1527-41ba-9aad-9662ca1f15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61404-9813-4378-8314-c63c4b6842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00c31010-0f4c-4e80-9f38-b0e0738208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c3e0f-1527-41ba-9aad-9662ca1f156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7c083c-ad89-4747-8ea0-2df696fe2af5}" ma:internalName="TaxCatchAll" ma:showField="CatchAllData" ma:web="ccac3e0f-1527-41ba-9aad-9662ca1f15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b61404-9813-4378-8314-c63c4b6842d6">
      <Terms xmlns="http://schemas.microsoft.com/office/infopath/2007/PartnerControls"/>
    </lcf76f155ced4ddcb4097134ff3c332f>
    <TaxCatchAll xmlns="ccac3e0f-1527-41ba-9aad-9662ca1f156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96603C-481F-4722-8F01-5C976D3C30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b61404-9813-4378-8314-c63c4b6842d6"/>
    <ds:schemaRef ds:uri="ccac3e0f-1527-41ba-9aad-9662ca1f15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CB1CF9-02CA-4AE2-9753-3D8C9368E4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41B718-D83C-485A-91AF-3F207E46116B}">
  <ds:schemaRefs>
    <ds:schemaRef ds:uri="http://schemas.microsoft.com/office/2006/metadata/properties"/>
    <ds:schemaRef ds:uri="http://schemas.microsoft.com/office/infopath/2007/PartnerControls"/>
    <ds:schemaRef ds:uri="03b61404-9813-4378-8314-c63c4b6842d6"/>
    <ds:schemaRef ds:uri="ccac3e0f-1527-41ba-9aad-9662ca1f1567"/>
  </ds:schemaRefs>
</ds:datastoreItem>
</file>

<file path=customXml/itemProps4.xml><?xml version="1.0" encoding="utf-8"?>
<ds:datastoreItem xmlns:ds="http://schemas.openxmlformats.org/officeDocument/2006/customXml" ds:itemID="{150B73DC-D345-4F5B-9B9C-283E1665BB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1472</Words>
  <Characters>8837</Characters>
  <Application>Microsoft Office Word</Application>
  <DocSecurity>0</DocSecurity>
  <Lines>73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UIKSA</Company>
  <LinksUpToDate>false</LinksUpToDate>
  <CharactersWithSpaces>10289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Dell SzP</cp:lastModifiedBy>
  <cp:revision>4</cp:revision>
  <cp:lastPrinted>2026-10-05T09:26:00Z</cp:lastPrinted>
  <dcterms:created xsi:type="dcterms:W3CDTF">2026-10-05T09:34:00Z</dcterms:created>
  <dcterms:modified xsi:type="dcterms:W3CDTF">2026-10-05T10:47:00Z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0x0101008D93182FFF40234C82A4A23A277C422E</vt:lpwstr>
  </property>
  <property fmtid="{D5CDD505-2E9C-101B-9397-08002B2CF9AE}" pid="3" name="MediaServiceImageTags">
    <vt:lpwstr/>
  </property>
</Properties>
</file>