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7605" w14:textId="77777777" w:rsidR="00533510" w:rsidRPr="00D73412" w:rsidRDefault="00366107" w:rsidP="005E5115">
      <w:pPr>
        <w:pStyle w:val="Tytu"/>
        <w:pBdr>
          <w:bottom w:val="none" w:sz="0" w:space="0" w:color="auto"/>
        </w:pBdr>
        <w:spacing w:before="240" w:after="0"/>
        <w:rPr>
          <w:rFonts w:ascii="Arial" w:hAnsi="Arial" w:cs="Arial"/>
          <w:sz w:val="20"/>
          <w:szCs w:val="20"/>
          <w:lang w:val="pl-PL"/>
        </w:rPr>
      </w:pPr>
      <w:r w:rsidRPr="00D73412">
        <w:rPr>
          <w:rFonts w:ascii="Arial" w:hAnsi="Arial" w:cs="Arial"/>
          <w:sz w:val="20"/>
          <w:szCs w:val="20"/>
          <w:lang w:val="pl-PL"/>
        </w:rPr>
        <w:t>ZAPYTANIE OFERTOWE</w:t>
      </w:r>
    </w:p>
    <w:p w14:paraId="4E950746" w14:textId="77777777" w:rsidR="005E5115" w:rsidRPr="00D73412" w:rsidRDefault="005E5115" w:rsidP="005E5115">
      <w:pPr>
        <w:pStyle w:val="Nagwek1"/>
        <w:spacing w:before="0"/>
        <w:rPr>
          <w:rFonts w:ascii="Arial" w:hAnsi="Arial" w:cs="Arial"/>
          <w:sz w:val="20"/>
          <w:szCs w:val="20"/>
          <w:lang w:val="pl-PL"/>
        </w:rPr>
      </w:pPr>
    </w:p>
    <w:p w14:paraId="182015C0" w14:textId="0862C6DF" w:rsidR="00533510" w:rsidRPr="00D73412" w:rsidRDefault="00366107" w:rsidP="00164E3A">
      <w:pPr>
        <w:pStyle w:val="Nagwek1"/>
        <w:numPr>
          <w:ilvl w:val="0"/>
          <w:numId w:val="44"/>
        </w:numPr>
        <w:spacing w:before="0"/>
        <w:rPr>
          <w:rFonts w:ascii="Arial" w:hAnsi="Arial" w:cs="Arial"/>
          <w:sz w:val="20"/>
          <w:szCs w:val="20"/>
          <w:lang w:val="pl-PL"/>
        </w:rPr>
      </w:pPr>
      <w:r w:rsidRPr="00D73412">
        <w:rPr>
          <w:rFonts w:ascii="Arial" w:hAnsi="Arial" w:cs="Arial"/>
          <w:sz w:val="20"/>
          <w:szCs w:val="20"/>
          <w:lang w:val="pl-PL"/>
        </w:rPr>
        <w:t>INFORMACJE PODSTAWOWE</w:t>
      </w:r>
    </w:p>
    <w:p w14:paraId="21EF2E3C" w14:textId="4A46A485" w:rsidR="00533510" w:rsidRPr="00DC63E7" w:rsidRDefault="00366107" w:rsidP="005E5115">
      <w:pPr>
        <w:jc w:val="both"/>
        <w:rPr>
          <w:rFonts w:ascii="Arial" w:hAnsi="Arial" w:cs="Arial"/>
          <w:sz w:val="20"/>
          <w:szCs w:val="20"/>
          <w:lang w:val="pl-PL"/>
        </w:rPr>
      </w:pPr>
      <w:r w:rsidRPr="00D73412">
        <w:rPr>
          <w:rFonts w:ascii="Arial" w:hAnsi="Arial" w:cs="Arial"/>
          <w:sz w:val="20"/>
          <w:szCs w:val="20"/>
          <w:lang w:val="pl-PL"/>
        </w:rPr>
        <w:t>Niniejsze zapytanie ofertowe</w:t>
      </w:r>
      <w:r w:rsidR="00E60540">
        <w:rPr>
          <w:rFonts w:ascii="Arial" w:hAnsi="Arial" w:cs="Arial"/>
          <w:sz w:val="20"/>
          <w:szCs w:val="20"/>
          <w:lang w:val="pl-PL"/>
        </w:rPr>
        <w:t xml:space="preserve"> (numer ogłoszenia: </w:t>
      </w:r>
      <w:r w:rsidR="00E60540" w:rsidRPr="00E60540">
        <w:rPr>
          <w:rFonts w:ascii="Arial" w:hAnsi="Arial" w:cs="Arial"/>
          <w:sz w:val="20"/>
          <w:szCs w:val="20"/>
          <w:lang w:val="pl-PL"/>
        </w:rPr>
        <w:t>2026-127943-289661</w:t>
      </w:r>
      <w:r w:rsidR="00E60540">
        <w:rPr>
          <w:rFonts w:ascii="Arial" w:hAnsi="Arial" w:cs="Arial"/>
          <w:sz w:val="20"/>
          <w:szCs w:val="20"/>
          <w:lang w:val="pl-PL"/>
        </w:rPr>
        <w:t>)</w:t>
      </w:r>
      <w:r w:rsidRPr="00D73412">
        <w:rPr>
          <w:rFonts w:ascii="Arial" w:hAnsi="Arial" w:cs="Arial"/>
          <w:sz w:val="20"/>
          <w:szCs w:val="20"/>
          <w:lang w:val="pl-PL"/>
        </w:rPr>
        <w:t xml:space="preserve"> dotyczy wyboru wykonawcy do kompleksowej realizacji, w formule EPC</w:t>
      </w:r>
      <w:r w:rsidR="00281F98" w:rsidRPr="00D73412">
        <w:rPr>
          <w:rFonts w:ascii="Arial" w:hAnsi="Arial" w:cs="Arial"/>
          <w:sz w:val="20"/>
          <w:szCs w:val="20"/>
          <w:lang w:val="pl-PL"/>
        </w:rPr>
        <w:t xml:space="preserve"> „turn-key”</w:t>
      </w:r>
      <w:r w:rsidRPr="00D73412">
        <w:rPr>
          <w:rFonts w:ascii="Arial" w:hAnsi="Arial" w:cs="Arial"/>
          <w:sz w:val="20"/>
          <w:szCs w:val="20"/>
          <w:lang w:val="pl-PL"/>
        </w:rPr>
        <w:t xml:space="preserve"> (Engineering, Procurement and Construction), przedsięwzięcia polegającego na zaprojektowaniu, dostawie, wykonaniu, uruchomieniu oraz przekazaniu do eksploatacji </w:t>
      </w:r>
      <w:r w:rsidRPr="00D73412">
        <w:rPr>
          <w:rFonts w:ascii="Arial" w:hAnsi="Arial" w:cs="Arial"/>
          <w:sz w:val="20"/>
          <w:szCs w:val="20"/>
          <w:u w:val="single"/>
          <w:lang w:val="pl-PL"/>
        </w:rPr>
        <w:t>bateryjnego magazynu energii elektrycznej (BESS) w Pabianicach, wraz z wszelką niezbędną infrastrukturą towarzyszącą, w tym infrastrukturą przyłączeniową, sterowania, zabezpieczeń i telekomunikacji.</w:t>
      </w:r>
      <w:r w:rsidR="00E60540">
        <w:rPr>
          <w:rFonts w:ascii="Arial" w:hAnsi="Arial" w:cs="Arial"/>
          <w:sz w:val="20"/>
          <w:szCs w:val="20"/>
          <w:u w:val="single"/>
          <w:lang w:val="pl-PL"/>
        </w:rPr>
        <w:t xml:space="preserve"> </w:t>
      </w:r>
    </w:p>
    <w:p w14:paraId="6FCD7236" w14:textId="63CC8362" w:rsidR="00533510" w:rsidRPr="00D73412" w:rsidRDefault="00366107" w:rsidP="005E5115">
      <w:pPr>
        <w:jc w:val="both"/>
        <w:rPr>
          <w:rFonts w:ascii="Arial" w:hAnsi="Arial" w:cs="Arial"/>
          <w:sz w:val="20"/>
          <w:szCs w:val="20"/>
          <w:lang w:val="pl-PL"/>
        </w:rPr>
      </w:pPr>
      <w:r w:rsidRPr="00D73412">
        <w:rPr>
          <w:rFonts w:ascii="Arial" w:hAnsi="Arial" w:cs="Arial"/>
          <w:sz w:val="20"/>
          <w:szCs w:val="20"/>
          <w:lang w:val="pl-PL"/>
        </w:rPr>
        <w:t xml:space="preserve">Przedsięwzięcie obejmuje magazyn energii </w:t>
      </w:r>
      <w:r w:rsidR="00B71F1A" w:rsidRPr="00D73412">
        <w:rPr>
          <w:rFonts w:ascii="Arial" w:hAnsi="Arial" w:cs="Arial"/>
          <w:sz w:val="20"/>
          <w:szCs w:val="20"/>
          <w:lang w:val="pl-PL"/>
        </w:rPr>
        <w:t xml:space="preserve">elektrycznej </w:t>
      </w:r>
      <w:r w:rsidRPr="00D73412">
        <w:rPr>
          <w:rFonts w:ascii="Arial" w:hAnsi="Arial" w:cs="Arial"/>
          <w:sz w:val="20"/>
          <w:szCs w:val="20"/>
          <w:lang w:val="pl-PL"/>
        </w:rPr>
        <w:t xml:space="preserve">o mocy około 60 MW i pojemności </w:t>
      </w:r>
      <w:r w:rsidR="00B71F1A" w:rsidRPr="00D73412">
        <w:rPr>
          <w:rFonts w:ascii="Arial" w:hAnsi="Arial" w:cs="Arial"/>
          <w:sz w:val="20"/>
          <w:szCs w:val="20"/>
          <w:lang w:val="pl-PL"/>
        </w:rPr>
        <w:t xml:space="preserve">około </w:t>
      </w:r>
      <w:r w:rsidRPr="00D73412">
        <w:rPr>
          <w:rFonts w:ascii="Arial" w:hAnsi="Arial" w:cs="Arial"/>
          <w:sz w:val="20"/>
          <w:szCs w:val="20"/>
          <w:lang w:val="pl-PL"/>
        </w:rPr>
        <w:t xml:space="preserve">120 MWh. Parametry efektu rzeczowego przyjęte dla projektu obejmują: 1 elektrochemiczny system magazynowania energii, </w:t>
      </w:r>
      <w:r w:rsidR="00B71F1A" w:rsidRPr="00D73412">
        <w:rPr>
          <w:rFonts w:ascii="Arial" w:hAnsi="Arial" w:cs="Arial"/>
          <w:sz w:val="20"/>
          <w:szCs w:val="20"/>
          <w:lang w:val="pl-PL"/>
        </w:rPr>
        <w:t>o pojemności</w:t>
      </w:r>
      <w:r w:rsidRPr="00D73412">
        <w:rPr>
          <w:rFonts w:ascii="Arial" w:hAnsi="Arial" w:cs="Arial"/>
          <w:sz w:val="20"/>
          <w:szCs w:val="20"/>
          <w:lang w:val="pl-PL"/>
        </w:rPr>
        <w:t xml:space="preserve"> 120,00 MWh oraz moc</w:t>
      </w:r>
      <w:r w:rsidR="00B71F1A" w:rsidRPr="00D73412">
        <w:rPr>
          <w:rFonts w:ascii="Arial" w:hAnsi="Arial" w:cs="Arial"/>
          <w:sz w:val="20"/>
          <w:szCs w:val="20"/>
          <w:lang w:val="pl-PL"/>
        </w:rPr>
        <w:t>y</w:t>
      </w:r>
      <w:r w:rsidRPr="00D73412">
        <w:rPr>
          <w:rFonts w:ascii="Arial" w:hAnsi="Arial" w:cs="Arial"/>
          <w:sz w:val="20"/>
          <w:szCs w:val="20"/>
          <w:lang w:val="pl-PL"/>
        </w:rPr>
        <w:t xml:space="preserve"> 59,40 MW.</w:t>
      </w:r>
    </w:p>
    <w:p w14:paraId="37A36739" w14:textId="77777777" w:rsidR="00533510" w:rsidRPr="00D73412" w:rsidRDefault="00366107" w:rsidP="005E5115">
      <w:pPr>
        <w:jc w:val="both"/>
        <w:rPr>
          <w:rFonts w:ascii="Arial" w:hAnsi="Arial" w:cs="Arial"/>
          <w:sz w:val="20"/>
          <w:szCs w:val="20"/>
          <w:lang w:val="pl-PL"/>
        </w:rPr>
      </w:pPr>
      <w:r w:rsidRPr="00D73412">
        <w:rPr>
          <w:rFonts w:ascii="Arial" w:hAnsi="Arial" w:cs="Arial"/>
          <w:sz w:val="20"/>
          <w:szCs w:val="20"/>
          <w:lang w:val="pl-PL"/>
        </w:rPr>
        <w:t>Projekt jest finansowany ze środków</w:t>
      </w:r>
      <w:r w:rsidRPr="00D73412">
        <w:rPr>
          <w:rFonts w:ascii="Arial" w:hAnsi="Arial" w:cs="Arial"/>
          <w:b/>
          <w:bCs/>
          <w:sz w:val="20"/>
          <w:szCs w:val="20"/>
          <w:lang w:val="pl-PL"/>
        </w:rPr>
        <w:t xml:space="preserve"> Funduszu Modernizacyjnego za pośrednictwem Narodowego Funduszu Ochrony Środowiska i Gospodarki Wodnej</w:t>
      </w:r>
      <w:r w:rsidRPr="00D73412">
        <w:rPr>
          <w:rFonts w:ascii="Arial" w:hAnsi="Arial" w:cs="Arial"/>
          <w:sz w:val="20"/>
          <w:szCs w:val="20"/>
          <w:lang w:val="pl-PL"/>
        </w:rPr>
        <w:t>, w ramach programu priorytetowego „Magazyny energii elektrycznej i związana z nimi infrastruktura dla poprawy stabilności polskiej sieci elektroenergetycznej”.</w:t>
      </w:r>
    </w:p>
    <w:p w14:paraId="59A999C2" w14:textId="0A855762" w:rsidR="005E5115" w:rsidRPr="00D73412" w:rsidRDefault="00366107" w:rsidP="005E5115">
      <w:pPr>
        <w:jc w:val="both"/>
        <w:rPr>
          <w:rFonts w:ascii="Arial" w:hAnsi="Arial" w:cs="Arial"/>
          <w:sz w:val="20"/>
          <w:szCs w:val="20"/>
          <w:lang w:val="pl-PL"/>
        </w:rPr>
      </w:pPr>
      <w:r w:rsidRPr="00D73412">
        <w:rPr>
          <w:rFonts w:ascii="Arial" w:hAnsi="Arial" w:cs="Arial"/>
          <w:sz w:val="20"/>
          <w:szCs w:val="20"/>
          <w:lang w:val="pl-PL"/>
        </w:rPr>
        <w:t xml:space="preserve">Postępowanie prowadzone jest </w:t>
      </w:r>
      <w:r w:rsidR="00347DCB">
        <w:rPr>
          <w:rFonts w:ascii="Arial" w:hAnsi="Arial" w:cs="Arial"/>
          <w:sz w:val="20"/>
          <w:szCs w:val="20"/>
          <w:lang w:val="pl-PL"/>
        </w:rPr>
        <w:t>z</w:t>
      </w:r>
      <w:r w:rsidRPr="00D73412">
        <w:rPr>
          <w:rFonts w:ascii="Arial" w:hAnsi="Arial" w:cs="Arial"/>
          <w:sz w:val="20"/>
          <w:szCs w:val="20"/>
          <w:lang w:val="pl-PL"/>
        </w:rPr>
        <w:t xml:space="preserve"> zachowaniem zasad równego traktowania wykonawców, uczciwej konkurencji, przejrzystości i proporcjonalności. </w:t>
      </w:r>
    </w:p>
    <w:p w14:paraId="12BBB4E0" w14:textId="58C3F636" w:rsidR="00533510" w:rsidRPr="00D73412" w:rsidRDefault="00366107" w:rsidP="005E5115">
      <w:pPr>
        <w:jc w:val="both"/>
        <w:rPr>
          <w:rFonts w:ascii="Arial" w:hAnsi="Arial" w:cs="Arial"/>
          <w:sz w:val="20"/>
          <w:szCs w:val="20"/>
          <w:lang w:val="pl-PL"/>
        </w:rPr>
      </w:pPr>
      <w:r w:rsidRPr="00D73412">
        <w:rPr>
          <w:rFonts w:ascii="Arial" w:hAnsi="Arial" w:cs="Arial"/>
          <w:sz w:val="20"/>
          <w:szCs w:val="20"/>
          <w:lang w:val="pl-PL"/>
        </w:rPr>
        <w:t xml:space="preserve">Do postępowania </w:t>
      </w:r>
      <w:r w:rsidRPr="00D73412">
        <w:rPr>
          <w:rFonts w:ascii="Arial" w:hAnsi="Arial" w:cs="Arial"/>
          <w:b/>
          <w:bCs/>
          <w:sz w:val="20"/>
          <w:szCs w:val="20"/>
          <w:lang w:val="pl-PL"/>
        </w:rPr>
        <w:t>nie stosuje</w:t>
      </w:r>
      <w:r w:rsidRPr="00D73412">
        <w:rPr>
          <w:rFonts w:ascii="Arial" w:hAnsi="Arial" w:cs="Arial"/>
          <w:sz w:val="20"/>
          <w:szCs w:val="20"/>
          <w:lang w:val="pl-PL"/>
        </w:rPr>
        <w:t xml:space="preserve"> się przepisów ustawy z dnia 11 września 2019 r. </w:t>
      </w:r>
      <w:r w:rsidR="005E5115" w:rsidRPr="00D73412">
        <w:rPr>
          <w:rFonts w:ascii="Arial" w:hAnsi="Arial" w:cs="Arial"/>
          <w:sz w:val="20"/>
          <w:szCs w:val="20"/>
          <w:lang w:val="pl-PL"/>
        </w:rPr>
        <w:t>-</w:t>
      </w:r>
      <w:r w:rsidRPr="00D73412">
        <w:rPr>
          <w:rFonts w:ascii="Arial" w:hAnsi="Arial" w:cs="Arial"/>
          <w:sz w:val="20"/>
          <w:szCs w:val="20"/>
          <w:lang w:val="pl-PL"/>
        </w:rPr>
        <w:t xml:space="preserve"> Prawo zamówień publicznych.</w:t>
      </w:r>
    </w:p>
    <w:p w14:paraId="2C8CF013" w14:textId="77777777" w:rsidR="005172EA" w:rsidRPr="00D73412" w:rsidRDefault="00366107" w:rsidP="00A26429">
      <w:pPr>
        <w:pStyle w:val="Nagwek1"/>
        <w:spacing w:line="360" w:lineRule="auto"/>
        <w:ind w:left="284"/>
        <w:rPr>
          <w:rFonts w:ascii="Arial" w:hAnsi="Arial" w:cs="Arial"/>
          <w:sz w:val="20"/>
          <w:szCs w:val="20"/>
          <w:lang w:val="pl-PL"/>
        </w:rPr>
      </w:pPr>
      <w:r w:rsidRPr="00D73412">
        <w:rPr>
          <w:rFonts w:ascii="Arial" w:hAnsi="Arial" w:cs="Arial"/>
          <w:sz w:val="20"/>
          <w:szCs w:val="20"/>
          <w:lang w:val="pl-PL"/>
        </w:rPr>
        <w:t>ZAMAWIAJĄCY</w:t>
      </w:r>
    </w:p>
    <w:p w14:paraId="6F0D9CB8" w14:textId="2276181C" w:rsidR="00533510" w:rsidRPr="00D73412" w:rsidRDefault="00366107" w:rsidP="005172EA">
      <w:pPr>
        <w:pStyle w:val="Nagwek1"/>
        <w:numPr>
          <w:ilvl w:val="1"/>
          <w:numId w:val="17"/>
        </w:numPr>
        <w:spacing w:before="0"/>
        <w:rPr>
          <w:rFonts w:ascii="Arial" w:hAnsi="Arial" w:cs="Arial"/>
          <w:b w:val="0"/>
          <w:bCs w:val="0"/>
          <w:sz w:val="20"/>
          <w:szCs w:val="20"/>
          <w:lang w:val="pl-PL"/>
        </w:rPr>
      </w:pPr>
      <w:r w:rsidRPr="00D73412">
        <w:rPr>
          <w:rFonts w:ascii="Arial" w:hAnsi="Arial" w:cs="Arial"/>
          <w:b w:val="0"/>
          <w:bCs w:val="0"/>
          <w:sz w:val="20"/>
          <w:szCs w:val="20"/>
          <w:lang w:val="pl-PL"/>
        </w:rPr>
        <w:t xml:space="preserve">Zamawiającym jest: </w:t>
      </w:r>
      <w:r w:rsidR="00B71F1A" w:rsidRPr="00D73412">
        <w:rPr>
          <w:rFonts w:ascii="Arial" w:hAnsi="Arial" w:cs="Arial"/>
          <w:b w:val="0"/>
          <w:bCs w:val="0"/>
          <w:sz w:val="20"/>
          <w:szCs w:val="20"/>
          <w:lang w:val="pl-PL"/>
        </w:rPr>
        <w:t xml:space="preserve">JF Energia </w:t>
      </w:r>
      <w:r w:rsidR="004023E5" w:rsidRPr="00D73412">
        <w:rPr>
          <w:rFonts w:ascii="Arial" w:hAnsi="Arial" w:cs="Arial"/>
          <w:b w:val="0"/>
          <w:bCs w:val="0"/>
          <w:sz w:val="20"/>
          <w:szCs w:val="20"/>
          <w:lang w:val="pl-PL"/>
        </w:rPr>
        <w:t>Dobroń sp. z o.o.</w:t>
      </w:r>
      <w:r w:rsidRPr="00D73412">
        <w:rPr>
          <w:rFonts w:ascii="Arial" w:hAnsi="Arial" w:cs="Arial"/>
          <w:b w:val="0"/>
          <w:bCs w:val="0"/>
          <w:sz w:val="20"/>
          <w:szCs w:val="20"/>
          <w:lang w:val="pl-PL"/>
        </w:rPr>
        <w:t>(„</w:t>
      </w:r>
      <w:r w:rsidRPr="00D73412">
        <w:rPr>
          <w:rFonts w:ascii="Arial" w:hAnsi="Arial" w:cs="Arial"/>
          <w:sz w:val="20"/>
          <w:szCs w:val="20"/>
          <w:lang w:val="pl-PL"/>
        </w:rPr>
        <w:t>Zamawiający</w:t>
      </w:r>
      <w:r w:rsidRPr="00D73412">
        <w:rPr>
          <w:rFonts w:ascii="Arial" w:hAnsi="Arial" w:cs="Arial"/>
          <w:b w:val="0"/>
          <w:bCs w:val="0"/>
          <w:sz w:val="20"/>
          <w:szCs w:val="20"/>
          <w:lang w:val="pl-PL"/>
        </w:rPr>
        <w:t>”)</w:t>
      </w:r>
      <w:r w:rsidR="004023E5" w:rsidRPr="00D73412">
        <w:rPr>
          <w:rFonts w:ascii="Arial" w:hAnsi="Arial" w:cs="Arial"/>
          <w:b w:val="0"/>
          <w:bCs w:val="0"/>
          <w:sz w:val="20"/>
          <w:szCs w:val="20"/>
          <w:lang w:val="pl-PL"/>
        </w:rPr>
        <w:t>, KRS: 0000966494</w:t>
      </w:r>
      <w:r w:rsidR="00D64484">
        <w:rPr>
          <w:rFonts w:ascii="Arial" w:hAnsi="Arial" w:cs="Arial"/>
          <w:b w:val="0"/>
          <w:bCs w:val="0"/>
          <w:sz w:val="20"/>
          <w:szCs w:val="20"/>
          <w:lang w:val="pl-PL"/>
        </w:rPr>
        <w:t xml:space="preserve">, NIP </w:t>
      </w:r>
      <w:r w:rsidR="00D64484" w:rsidRPr="00D64484">
        <w:rPr>
          <w:rFonts w:ascii="Arial" w:hAnsi="Arial" w:cs="Arial"/>
          <w:b w:val="0"/>
          <w:bCs w:val="0"/>
          <w:sz w:val="20"/>
          <w:szCs w:val="20"/>
          <w:lang w:val="pl-PL"/>
        </w:rPr>
        <w:t>7312076235</w:t>
      </w:r>
    </w:p>
    <w:p w14:paraId="78422126" w14:textId="4266ADB5" w:rsidR="00533510" w:rsidRPr="00D73412" w:rsidRDefault="00366107" w:rsidP="005172EA">
      <w:pPr>
        <w:pStyle w:val="Nagwek1"/>
        <w:numPr>
          <w:ilvl w:val="1"/>
          <w:numId w:val="17"/>
        </w:numPr>
        <w:spacing w:before="0"/>
        <w:rPr>
          <w:rFonts w:ascii="Arial" w:hAnsi="Arial" w:cs="Arial"/>
          <w:b w:val="0"/>
          <w:bCs w:val="0"/>
          <w:sz w:val="20"/>
          <w:szCs w:val="20"/>
          <w:lang w:val="pl-PL"/>
        </w:rPr>
      </w:pPr>
      <w:r w:rsidRPr="00D73412">
        <w:rPr>
          <w:rFonts w:ascii="Arial" w:hAnsi="Arial" w:cs="Arial"/>
          <w:b w:val="0"/>
          <w:bCs w:val="0"/>
          <w:sz w:val="20"/>
          <w:szCs w:val="20"/>
          <w:lang w:val="pl-PL"/>
        </w:rPr>
        <w:t>Dane do kontaktu i adres komunikacji w postępowaniu:</w:t>
      </w:r>
      <w:r w:rsidR="00E80B1B">
        <w:rPr>
          <w:rFonts w:ascii="Arial" w:hAnsi="Arial" w:cs="Arial"/>
          <w:b w:val="0"/>
          <w:bCs w:val="0"/>
          <w:sz w:val="20"/>
          <w:szCs w:val="20"/>
          <w:lang w:val="pl-PL"/>
        </w:rPr>
        <w:t xml:space="preserve"> </w:t>
      </w:r>
      <w:r w:rsidR="004023E5" w:rsidRPr="00D73412">
        <w:rPr>
          <w:rFonts w:ascii="Arial" w:hAnsi="Arial" w:cs="Arial"/>
          <w:b w:val="0"/>
          <w:bCs w:val="0"/>
          <w:sz w:val="20"/>
          <w:szCs w:val="20"/>
          <w:lang w:val="pl-PL"/>
        </w:rPr>
        <w:t>e-mail: jfdobron@</w:t>
      </w:r>
      <w:r w:rsidR="00D64484">
        <w:rPr>
          <w:rFonts w:ascii="Arial" w:hAnsi="Arial" w:cs="Arial"/>
          <w:b w:val="0"/>
          <w:bCs w:val="0"/>
          <w:sz w:val="20"/>
          <w:szCs w:val="20"/>
          <w:lang w:val="pl-PL"/>
        </w:rPr>
        <w:t>v</w:t>
      </w:r>
      <w:r w:rsidR="00D64484" w:rsidRPr="00D73412">
        <w:rPr>
          <w:rFonts w:ascii="Arial" w:hAnsi="Arial" w:cs="Arial"/>
          <w:b w:val="0"/>
          <w:bCs w:val="0"/>
          <w:sz w:val="20"/>
          <w:szCs w:val="20"/>
          <w:lang w:val="pl-PL"/>
        </w:rPr>
        <w:t>oltapolska</w:t>
      </w:r>
      <w:r w:rsidR="004023E5" w:rsidRPr="00D73412">
        <w:rPr>
          <w:rFonts w:ascii="Arial" w:hAnsi="Arial" w:cs="Arial"/>
          <w:b w:val="0"/>
          <w:bCs w:val="0"/>
          <w:sz w:val="20"/>
          <w:szCs w:val="20"/>
          <w:lang w:val="pl-PL"/>
        </w:rPr>
        <w:t>.pl</w:t>
      </w:r>
      <w:r w:rsidR="004023E5" w:rsidRPr="00D73412" w:rsidDel="004023E5">
        <w:rPr>
          <w:rFonts w:ascii="Arial" w:hAnsi="Arial" w:cs="Arial"/>
          <w:sz w:val="20"/>
          <w:szCs w:val="20"/>
          <w:lang w:val="pl-PL"/>
        </w:rPr>
        <w:t xml:space="preserve"> </w:t>
      </w:r>
    </w:p>
    <w:tbl>
      <w:tblPr>
        <w:tblStyle w:val="Tabela-Siatka"/>
        <w:tblpPr w:leftFromText="141" w:rightFromText="141" w:vertAnchor="text" w:horzAnchor="margin" w:tblpY="903"/>
        <w:tblW w:w="0" w:type="auto"/>
        <w:tblBorders>
          <w:top w:val="single" w:sz="4" w:space="1" w:color="000000"/>
          <w:left w:val="single" w:sz="4" w:space="1" w:color="000000"/>
          <w:bottom w:val="single" w:sz="4" w:space="1" w:color="000000"/>
          <w:right w:val="single" w:sz="4" w:space="1" w:color="000000"/>
          <w:insideH w:val="single" w:sz="4" w:space="1" w:color="000000"/>
          <w:insideV w:val="single" w:sz="4" w:space="1" w:color="000000"/>
        </w:tblBorders>
        <w:tblLayout w:type="fixed"/>
        <w:tblLook w:val="04A0" w:firstRow="1" w:lastRow="0" w:firstColumn="1" w:lastColumn="0" w:noHBand="0" w:noVBand="1"/>
      </w:tblPr>
      <w:tblGrid>
        <w:gridCol w:w="3168"/>
        <w:gridCol w:w="5322"/>
      </w:tblGrid>
      <w:tr w:rsidR="004023E5" w:rsidRPr="00D73412" w14:paraId="7A1FA46C" w14:textId="77777777" w:rsidTr="004023E5">
        <w:tc>
          <w:tcPr>
            <w:tcW w:w="3168" w:type="dxa"/>
            <w:shd w:val="clear" w:color="auto" w:fill="D9E2F3"/>
          </w:tcPr>
          <w:p w14:paraId="2AB0663A" w14:textId="77777777" w:rsidR="004023E5" w:rsidRPr="00D73412" w:rsidRDefault="004023E5" w:rsidP="004023E5">
            <w:pPr>
              <w:rPr>
                <w:rFonts w:ascii="Arial" w:hAnsi="Arial" w:cs="Arial"/>
                <w:sz w:val="20"/>
                <w:szCs w:val="20"/>
                <w:lang w:val="pl-PL"/>
              </w:rPr>
            </w:pPr>
            <w:r w:rsidRPr="00D73412">
              <w:rPr>
                <w:rFonts w:ascii="Arial" w:hAnsi="Arial" w:cs="Arial"/>
                <w:b/>
                <w:sz w:val="20"/>
                <w:szCs w:val="20"/>
                <w:lang w:val="pl-PL"/>
              </w:rPr>
              <w:t>Element</w:t>
            </w:r>
          </w:p>
        </w:tc>
        <w:tc>
          <w:tcPr>
            <w:tcW w:w="5322" w:type="dxa"/>
            <w:shd w:val="clear" w:color="auto" w:fill="D9E2F3"/>
          </w:tcPr>
          <w:p w14:paraId="4C4E7D09" w14:textId="77777777" w:rsidR="004023E5" w:rsidRPr="00D73412" w:rsidRDefault="004023E5" w:rsidP="004023E5">
            <w:pPr>
              <w:rPr>
                <w:rFonts w:ascii="Arial" w:hAnsi="Arial" w:cs="Arial"/>
                <w:sz w:val="20"/>
                <w:szCs w:val="20"/>
                <w:lang w:val="pl-PL"/>
              </w:rPr>
            </w:pPr>
            <w:r w:rsidRPr="00D73412">
              <w:rPr>
                <w:rFonts w:ascii="Arial" w:hAnsi="Arial" w:cs="Arial"/>
                <w:b/>
                <w:sz w:val="20"/>
                <w:szCs w:val="20"/>
                <w:lang w:val="pl-PL"/>
              </w:rPr>
              <w:t>Informacja</w:t>
            </w:r>
          </w:p>
        </w:tc>
      </w:tr>
      <w:tr w:rsidR="004023E5" w:rsidRPr="004F09D3" w14:paraId="53EECE86" w14:textId="77777777" w:rsidTr="004023E5">
        <w:tc>
          <w:tcPr>
            <w:tcW w:w="3168" w:type="dxa"/>
          </w:tcPr>
          <w:p w14:paraId="2AF3C17D"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Nazwa przedsięwzięcia</w:t>
            </w:r>
          </w:p>
        </w:tc>
        <w:tc>
          <w:tcPr>
            <w:tcW w:w="5322" w:type="dxa"/>
          </w:tcPr>
          <w:p w14:paraId="6452B4CB"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„Budowa magazynu energii elektrycznej o mocy ok. 60 MW i pojemności ok. 120 MWh w miejscowości Pabianice”</w:t>
            </w:r>
          </w:p>
        </w:tc>
      </w:tr>
      <w:tr w:rsidR="004023E5" w:rsidRPr="004F09D3" w14:paraId="16EC2F7F" w14:textId="77777777" w:rsidTr="004023E5">
        <w:tc>
          <w:tcPr>
            <w:tcW w:w="3168" w:type="dxa"/>
          </w:tcPr>
          <w:p w14:paraId="0B75D169"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Program finansowania</w:t>
            </w:r>
          </w:p>
        </w:tc>
        <w:tc>
          <w:tcPr>
            <w:tcW w:w="5322" w:type="dxa"/>
          </w:tcPr>
          <w:p w14:paraId="41EF5DBF"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Fundusz Modernizacyjny, za pośrednictwem NFOŚiGW; program priorytetowy „Magazyny energii elektrycznej i związana z nimi infrastruktura dla poprawy stabilności polskiej sieci elektroenergetycznej”</w:t>
            </w:r>
          </w:p>
        </w:tc>
      </w:tr>
      <w:tr w:rsidR="004023E5" w:rsidRPr="00D73412" w14:paraId="71CF841D" w14:textId="77777777" w:rsidTr="004023E5">
        <w:tc>
          <w:tcPr>
            <w:tcW w:w="3168" w:type="dxa"/>
          </w:tcPr>
          <w:p w14:paraId="7DE6DD12"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Umowa o dofinansowanie</w:t>
            </w:r>
          </w:p>
        </w:tc>
        <w:tc>
          <w:tcPr>
            <w:tcW w:w="5322" w:type="dxa"/>
          </w:tcPr>
          <w:p w14:paraId="1CBBF5C0" w14:textId="77777777" w:rsidR="004023E5" w:rsidRPr="00E945B3" w:rsidRDefault="004023E5" w:rsidP="004023E5">
            <w:pPr>
              <w:rPr>
                <w:rFonts w:ascii="Arial" w:hAnsi="Arial" w:cs="Arial"/>
                <w:sz w:val="20"/>
                <w:szCs w:val="20"/>
                <w:lang w:val="en-GB"/>
              </w:rPr>
            </w:pPr>
            <w:r w:rsidRPr="00E945B3">
              <w:rPr>
                <w:rFonts w:ascii="Arial" w:hAnsi="Arial" w:cs="Arial"/>
                <w:sz w:val="20"/>
                <w:szCs w:val="20"/>
                <w:lang w:val="en-GB"/>
              </w:rPr>
              <w:t>nr 486/2025/Wn5/OA-EO-FM/D</w:t>
            </w:r>
          </w:p>
        </w:tc>
      </w:tr>
      <w:tr w:rsidR="004023E5" w:rsidRPr="00D73412" w14:paraId="4FE5093D" w14:textId="77777777" w:rsidTr="004023E5">
        <w:tc>
          <w:tcPr>
            <w:tcW w:w="3168" w:type="dxa"/>
          </w:tcPr>
          <w:p w14:paraId="410C43AC"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Termin zakończenia inwestycji</w:t>
            </w:r>
          </w:p>
        </w:tc>
        <w:tc>
          <w:tcPr>
            <w:tcW w:w="5322" w:type="dxa"/>
          </w:tcPr>
          <w:p w14:paraId="0E8CF022" w14:textId="0D3ECC93" w:rsidR="004023E5" w:rsidRPr="00D73412" w:rsidRDefault="00CA5FE1" w:rsidP="004023E5">
            <w:pPr>
              <w:rPr>
                <w:rFonts w:ascii="Arial" w:hAnsi="Arial" w:cs="Arial"/>
                <w:sz w:val="20"/>
                <w:szCs w:val="20"/>
                <w:lang w:val="pl-PL"/>
              </w:rPr>
            </w:pPr>
            <w:r w:rsidRPr="00D73412">
              <w:rPr>
                <w:rFonts w:ascii="Arial" w:hAnsi="Arial" w:cs="Arial"/>
                <w:sz w:val="20"/>
                <w:szCs w:val="20"/>
                <w:lang w:val="pl-PL"/>
              </w:rPr>
              <w:t>30.0</w:t>
            </w:r>
            <w:r w:rsidR="00347DCB">
              <w:rPr>
                <w:rFonts w:ascii="Arial" w:hAnsi="Arial" w:cs="Arial"/>
                <w:sz w:val="20"/>
                <w:szCs w:val="20"/>
                <w:lang w:val="pl-PL"/>
              </w:rPr>
              <w:t>8</w:t>
            </w:r>
            <w:r w:rsidR="004023E5" w:rsidRPr="00D73412">
              <w:rPr>
                <w:rFonts w:ascii="Arial" w:hAnsi="Arial" w:cs="Arial"/>
                <w:sz w:val="20"/>
                <w:szCs w:val="20"/>
                <w:lang w:val="pl-PL"/>
              </w:rPr>
              <w:t>.2028 r.</w:t>
            </w:r>
          </w:p>
        </w:tc>
      </w:tr>
    </w:tbl>
    <w:p w14:paraId="0B4529DF" w14:textId="6F2B7F25" w:rsidR="00E80B1B" w:rsidRPr="00D64484" w:rsidRDefault="007A7F50" w:rsidP="00D64484">
      <w:pPr>
        <w:pStyle w:val="Akapitzlist"/>
        <w:numPr>
          <w:ilvl w:val="1"/>
          <w:numId w:val="17"/>
        </w:numPr>
        <w:rPr>
          <w:rFonts w:ascii="Arial" w:hAnsi="Arial" w:cs="Arial"/>
          <w:sz w:val="20"/>
          <w:szCs w:val="20"/>
          <w:lang w:val="pl-PL"/>
        </w:rPr>
      </w:pPr>
      <w:r w:rsidRPr="00D73412">
        <w:rPr>
          <w:rFonts w:ascii="Arial" w:hAnsi="Arial" w:cs="Arial"/>
          <w:sz w:val="20"/>
          <w:szCs w:val="20"/>
          <w:lang w:val="pl-PL"/>
        </w:rPr>
        <w:t xml:space="preserve">Postępowanie prowadzone jest przez </w:t>
      </w:r>
      <w:r w:rsidR="004023E5" w:rsidRPr="00D73412">
        <w:rPr>
          <w:rFonts w:ascii="Arial" w:hAnsi="Arial" w:cs="Arial"/>
          <w:sz w:val="20"/>
          <w:szCs w:val="20"/>
          <w:lang w:val="pl-PL"/>
        </w:rPr>
        <w:t xml:space="preserve">JF Energia Dobroń sp. z o.o. </w:t>
      </w:r>
      <w:r w:rsidRPr="00D73412">
        <w:rPr>
          <w:rFonts w:ascii="Arial" w:hAnsi="Arial" w:cs="Arial"/>
          <w:sz w:val="20"/>
          <w:szCs w:val="20"/>
          <w:lang w:val="pl-PL"/>
        </w:rPr>
        <w:t xml:space="preserve">Umowa EPC zostanie zawarta przez </w:t>
      </w:r>
      <w:r w:rsidR="004023E5" w:rsidRPr="00D73412">
        <w:rPr>
          <w:rFonts w:ascii="Arial" w:hAnsi="Arial" w:cs="Arial"/>
          <w:sz w:val="20"/>
          <w:szCs w:val="20"/>
          <w:lang w:val="pl-PL"/>
        </w:rPr>
        <w:t>JF Energia Dobroń sp. z o.o.</w:t>
      </w:r>
    </w:p>
    <w:p w14:paraId="3D35592B" w14:textId="3190637B" w:rsidR="00533510" w:rsidRPr="00D73412" w:rsidRDefault="00366107" w:rsidP="005172E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lastRenderedPageBreak/>
        <w:t>TRYB UDZIELENIA ZAMÓWIENIA</w:t>
      </w:r>
    </w:p>
    <w:p w14:paraId="0CBF443B" w14:textId="273EB10C" w:rsidR="00CA5FE1" w:rsidRPr="00D73412" w:rsidRDefault="00CA5FE1">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Niniejsze postępowanie przeprowadzane jest w trybie zapytania ofertowego przy odpowiednim zastosowaniu przepisów dotyczących przetargu, o którym mowa w art. 70</w:t>
      </w:r>
      <w:r w:rsidRPr="00D73412">
        <w:rPr>
          <w:rFonts w:ascii="Arial" w:hAnsi="Arial" w:cs="Arial"/>
          <w:b w:val="0"/>
          <w:bCs w:val="0"/>
          <w:sz w:val="20"/>
          <w:szCs w:val="20"/>
          <w:vertAlign w:val="superscript"/>
          <w:lang w:val="pl-PL"/>
        </w:rPr>
        <w:t>1</w:t>
      </w:r>
      <w:r w:rsidRPr="00D73412">
        <w:rPr>
          <w:rFonts w:ascii="Arial" w:hAnsi="Arial" w:cs="Arial"/>
          <w:b w:val="0"/>
          <w:bCs w:val="0"/>
          <w:sz w:val="20"/>
          <w:szCs w:val="20"/>
          <w:lang w:val="pl-PL"/>
        </w:rPr>
        <w:t xml:space="preserve"> – 70</w:t>
      </w:r>
      <w:r w:rsidRPr="00D73412">
        <w:rPr>
          <w:rFonts w:ascii="Arial" w:hAnsi="Arial" w:cs="Arial"/>
          <w:b w:val="0"/>
          <w:bCs w:val="0"/>
          <w:sz w:val="20"/>
          <w:szCs w:val="20"/>
          <w:vertAlign w:val="superscript"/>
          <w:lang w:val="pl-PL"/>
        </w:rPr>
        <w:t>5</w:t>
      </w:r>
      <w:r w:rsidRPr="00D73412">
        <w:rPr>
          <w:rFonts w:ascii="Arial" w:hAnsi="Arial" w:cs="Arial"/>
          <w:b w:val="0"/>
          <w:bCs w:val="0"/>
          <w:sz w:val="20"/>
          <w:szCs w:val="20"/>
          <w:lang w:val="pl-PL"/>
        </w:rPr>
        <w:t xml:space="preserve"> Kodeksu cywilnego</w:t>
      </w:r>
      <w:r w:rsidR="004F09D3">
        <w:rPr>
          <w:rFonts w:ascii="Arial" w:hAnsi="Arial" w:cs="Arial"/>
          <w:b w:val="0"/>
          <w:bCs w:val="0"/>
          <w:sz w:val="20"/>
          <w:szCs w:val="20"/>
          <w:lang w:val="pl-PL"/>
        </w:rPr>
        <w:t>.</w:t>
      </w:r>
    </w:p>
    <w:p w14:paraId="42AA8F4D" w14:textId="613CCB80" w:rsidR="00533510" w:rsidRPr="00D73412" w:rsidRDefault="00366107" w:rsidP="00164E3A">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Postępowanie jest prowadzone w trybie konkurencyjnym, zgodnie z warunkami dofinansowania projektu.</w:t>
      </w:r>
    </w:p>
    <w:p w14:paraId="24485E28" w14:textId="3A7178EA" w:rsidR="00533510" w:rsidRPr="00D73412" w:rsidRDefault="00366107" w:rsidP="00164E3A">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Zamawiający prowadzi postępowanie z poszanowaniem zasad równego traktowania wykonawców, uczciwej konkurencji, przejrzystości, proporcjonalności oraz efektywności wydatkowania środków.</w:t>
      </w:r>
    </w:p>
    <w:p w14:paraId="0750EE90" w14:textId="2DD79C7E" w:rsidR="00533510" w:rsidRPr="00D73412" w:rsidRDefault="00366107">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Postępowanie nie jest prowadzone na podstawie ustawy </w:t>
      </w:r>
      <w:r w:rsidR="00630E97" w:rsidRPr="00D73412">
        <w:rPr>
          <w:rFonts w:ascii="Arial" w:hAnsi="Arial" w:cs="Arial"/>
          <w:b w:val="0"/>
          <w:bCs w:val="0"/>
          <w:sz w:val="20"/>
          <w:szCs w:val="20"/>
          <w:lang w:val="pl-PL"/>
        </w:rPr>
        <w:t>-</w:t>
      </w:r>
      <w:r w:rsidRPr="00D73412">
        <w:rPr>
          <w:rFonts w:ascii="Arial" w:hAnsi="Arial" w:cs="Arial"/>
          <w:b w:val="0"/>
          <w:bCs w:val="0"/>
          <w:sz w:val="20"/>
          <w:szCs w:val="20"/>
          <w:lang w:val="pl-PL"/>
        </w:rPr>
        <w:t xml:space="preserve"> Prawo zamówień publicznych</w:t>
      </w:r>
      <w:r w:rsidR="00630E97" w:rsidRPr="00D73412">
        <w:rPr>
          <w:rFonts w:ascii="Arial" w:hAnsi="Arial" w:cs="Arial"/>
          <w:b w:val="0"/>
          <w:bCs w:val="0"/>
          <w:sz w:val="20"/>
          <w:szCs w:val="20"/>
          <w:lang w:val="pl-PL"/>
        </w:rPr>
        <w:t>.</w:t>
      </w:r>
    </w:p>
    <w:p w14:paraId="0A6EA29C" w14:textId="77777777" w:rsidR="009945B7" w:rsidRPr="00D73412" w:rsidRDefault="009945B7" w:rsidP="00D64484">
      <w:pPr>
        <w:pStyle w:val="Nagwek1"/>
        <w:spacing w:before="0" w:line="360" w:lineRule="auto"/>
        <w:rPr>
          <w:rFonts w:ascii="Arial" w:hAnsi="Arial" w:cs="Arial"/>
          <w:sz w:val="20"/>
          <w:szCs w:val="20"/>
          <w:lang w:val="pl-PL"/>
        </w:rPr>
      </w:pPr>
    </w:p>
    <w:p w14:paraId="46DCCF79" w14:textId="01A0A1DF" w:rsidR="00533510" w:rsidRPr="00D73412" w:rsidRDefault="00366107" w:rsidP="009945B7">
      <w:pPr>
        <w:pStyle w:val="Nagwek1"/>
        <w:numPr>
          <w:ilvl w:val="0"/>
          <w:numId w:val="17"/>
        </w:numPr>
        <w:spacing w:before="0" w:line="360" w:lineRule="auto"/>
        <w:ind w:left="284" w:hanging="284"/>
        <w:rPr>
          <w:rFonts w:ascii="Arial" w:hAnsi="Arial" w:cs="Arial"/>
          <w:sz w:val="20"/>
          <w:szCs w:val="20"/>
          <w:lang w:val="pl-PL"/>
        </w:rPr>
      </w:pPr>
      <w:r w:rsidRPr="00D73412">
        <w:rPr>
          <w:rFonts w:ascii="Arial" w:hAnsi="Arial" w:cs="Arial"/>
          <w:sz w:val="20"/>
          <w:szCs w:val="20"/>
          <w:lang w:val="pl-PL"/>
        </w:rPr>
        <w:t>DOKUMENTACJA POSTĘPOWANIA I HIERARCHIA DOKUMENTÓW</w:t>
      </w:r>
    </w:p>
    <w:p w14:paraId="20102189" w14:textId="7502F9C5" w:rsidR="00533510" w:rsidRPr="00D73412" w:rsidRDefault="00366107"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Na dokumentację postępowania składają się niniejsze Zapytanie ofertowe oraz załączniki, w tym projekt </w:t>
      </w:r>
      <w:r w:rsidR="00027106" w:rsidRPr="00D73412">
        <w:rPr>
          <w:rFonts w:ascii="Arial" w:hAnsi="Arial" w:cs="Arial"/>
          <w:b w:val="0"/>
          <w:bCs w:val="0"/>
          <w:sz w:val="20"/>
          <w:szCs w:val="20"/>
          <w:lang w:val="pl-PL"/>
        </w:rPr>
        <w:t>U</w:t>
      </w:r>
      <w:r w:rsidRPr="00D73412">
        <w:rPr>
          <w:rFonts w:ascii="Arial" w:hAnsi="Arial" w:cs="Arial"/>
          <w:b w:val="0"/>
          <w:bCs w:val="0"/>
          <w:sz w:val="20"/>
          <w:szCs w:val="20"/>
          <w:lang w:val="pl-PL"/>
        </w:rPr>
        <w:t>mowy EPC.</w:t>
      </w:r>
    </w:p>
    <w:p w14:paraId="5E28468B" w14:textId="2284FDBB" w:rsidR="002D3124" w:rsidRPr="00D73412" w:rsidRDefault="00366107"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Projekt </w:t>
      </w:r>
      <w:r w:rsidR="00027106" w:rsidRPr="00D73412">
        <w:rPr>
          <w:rFonts w:ascii="Arial" w:hAnsi="Arial" w:cs="Arial"/>
          <w:b w:val="0"/>
          <w:bCs w:val="0"/>
          <w:sz w:val="20"/>
          <w:szCs w:val="20"/>
          <w:lang w:val="pl-PL"/>
        </w:rPr>
        <w:t>U</w:t>
      </w:r>
      <w:r w:rsidRPr="00D73412">
        <w:rPr>
          <w:rFonts w:ascii="Arial" w:hAnsi="Arial" w:cs="Arial"/>
          <w:b w:val="0"/>
          <w:bCs w:val="0"/>
          <w:sz w:val="20"/>
          <w:szCs w:val="20"/>
          <w:lang w:val="pl-PL"/>
        </w:rPr>
        <w:t xml:space="preserve">mowy EPC stanowi integralny załącznik do Zapytania ofertowego. </w:t>
      </w:r>
      <w:r w:rsidR="00995FBF" w:rsidRPr="00D73412">
        <w:rPr>
          <w:rFonts w:ascii="Arial" w:hAnsi="Arial" w:cs="Arial"/>
          <w:b w:val="0"/>
          <w:bCs w:val="0"/>
          <w:sz w:val="20"/>
          <w:szCs w:val="20"/>
          <w:lang w:val="pl-PL"/>
        </w:rPr>
        <w:t>Umowa EPC oraz jej załączniki określa</w:t>
      </w:r>
      <w:r w:rsidR="00027106" w:rsidRPr="00D73412">
        <w:rPr>
          <w:rFonts w:ascii="Arial" w:hAnsi="Arial" w:cs="Arial"/>
          <w:b w:val="0"/>
          <w:bCs w:val="0"/>
          <w:sz w:val="20"/>
          <w:szCs w:val="20"/>
          <w:lang w:val="pl-PL"/>
        </w:rPr>
        <w:t xml:space="preserve">ją </w:t>
      </w:r>
      <w:r w:rsidR="00995FBF" w:rsidRPr="00D73412">
        <w:rPr>
          <w:rFonts w:ascii="Arial" w:hAnsi="Arial" w:cs="Arial"/>
          <w:b w:val="0"/>
          <w:bCs w:val="0"/>
          <w:sz w:val="20"/>
          <w:szCs w:val="20"/>
          <w:lang w:val="pl-PL"/>
        </w:rPr>
        <w:t>s</w:t>
      </w:r>
      <w:r w:rsidRPr="00D73412">
        <w:rPr>
          <w:rFonts w:ascii="Arial" w:hAnsi="Arial" w:cs="Arial"/>
          <w:b w:val="0"/>
          <w:bCs w:val="0"/>
          <w:sz w:val="20"/>
          <w:szCs w:val="20"/>
          <w:lang w:val="pl-PL"/>
        </w:rPr>
        <w:t>zczegółowe warunki kontraktowe, w tym dotyczące odpowiedzialności, gwarancji, odbiorów, harmonogramu, płatności, zabezpieczeń, testów, zmian umowy i kar umownych</w:t>
      </w:r>
      <w:r w:rsidR="00995FBF" w:rsidRPr="00D73412">
        <w:rPr>
          <w:rFonts w:ascii="Arial" w:hAnsi="Arial" w:cs="Arial"/>
          <w:b w:val="0"/>
          <w:bCs w:val="0"/>
          <w:sz w:val="20"/>
          <w:szCs w:val="20"/>
          <w:lang w:val="pl-PL"/>
        </w:rPr>
        <w:t>.</w:t>
      </w:r>
    </w:p>
    <w:p w14:paraId="11B9D0AA" w14:textId="69CF0A97" w:rsidR="00351F8D" w:rsidRPr="00D73412" w:rsidRDefault="001A36CD" w:rsidP="00164E3A">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W przypadku rozbieżności pomiędzy treścią niniejszego dokumentu a treścią ogłoszenia widniejącą w formularzu Bazy Konkurencyjności pierwszeństwo ma treść niniejszego dokumentu. </w:t>
      </w:r>
      <w:r w:rsidR="00351F8D" w:rsidRPr="00D73412">
        <w:rPr>
          <w:rFonts w:ascii="Arial" w:hAnsi="Arial" w:cs="Arial"/>
          <w:b w:val="0"/>
          <w:bCs w:val="0"/>
          <w:sz w:val="20"/>
          <w:szCs w:val="20"/>
          <w:lang w:val="pl-PL"/>
        </w:rPr>
        <w:t>W przypadku rozbieżności pomiędzy treścią niniejszego Zapytania ofertowego a treścią innych dokumentów wchodzących w skład dokumentacji postępowania ofertowego, pierwszeństwo mają postanowienia tych innych dokumentów, w zakresie, w jakim regulują daną kwestię w sposób bardziej szczegółowy. W szczególności, w zakresie warunków realizacji zamówienia, odpowiedzialności Stron, gwarancji, odbiorów, harmonogramu, płatności, zabezpieczeń, testów, zmian Umowy oraz kar umownych pierwszeństwo mają postanowienia projektu Umowy EPC wraz z jej załącznikami.</w:t>
      </w:r>
    </w:p>
    <w:p w14:paraId="4A0AD50D" w14:textId="6306B2D1" w:rsidR="001A36CD" w:rsidRPr="00D73412" w:rsidRDefault="00351F8D" w:rsidP="00351F8D">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Po zawarciu Umowy EPC kolejność pierwszeństwa dokumentów kontraktowych oraz zasady rozstrzygania rozbieżności pomiędzy nimi określa Umowa EPC.</w:t>
      </w:r>
    </w:p>
    <w:p w14:paraId="4BBA88BF" w14:textId="77777777" w:rsidR="009945B7" w:rsidRDefault="009945B7" w:rsidP="009945B7">
      <w:pPr>
        <w:pStyle w:val="Nagwek1"/>
        <w:spacing w:before="0" w:line="360" w:lineRule="auto"/>
        <w:ind w:left="284"/>
        <w:rPr>
          <w:rFonts w:ascii="Arial" w:hAnsi="Arial" w:cs="Arial"/>
          <w:sz w:val="20"/>
          <w:szCs w:val="20"/>
          <w:lang w:val="pl-PL"/>
        </w:rPr>
      </w:pPr>
    </w:p>
    <w:p w14:paraId="756E11B1" w14:textId="05F2B947" w:rsidR="00533510" w:rsidRPr="00D73412" w:rsidRDefault="00366107" w:rsidP="009945B7">
      <w:pPr>
        <w:pStyle w:val="Nagwek1"/>
        <w:numPr>
          <w:ilvl w:val="0"/>
          <w:numId w:val="17"/>
        </w:numPr>
        <w:spacing w:before="0" w:line="360" w:lineRule="auto"/>
        <w:ind w:left="284" w:hanging="284"/>
        <w:rPr>
          <w:rFonts w:ascii="Arial" w:hAnsi="Arial" w:cs="Arial"/>
          <w:sz w:val="20"/>
          <w:szCs w:val="20"/>
          <w:lang w:val="pl-PL"/>
        </w:rPr>
      </w:pPr>
      <w:r w:rsidRPr="00D73412">
        <w:rPr>
          <w:rFonts w:ascii="Arial" w:hAnsi="Arial" w:cs="Arial"/>
          <w:sz w:val="20"/>
          <w:szCs w:val="20"/>
          <w:lang w:val="pl-PL"/>
        </w:rPr>
        <w:t>PRZEDMIOT ZAMÓWIENIA</w:t>
      </w:r>
    </w:p>
    <w:p w14:paraId="1AA9AEEF" w14:textId="1306EB7F" w:rsidR="00533510" w:rsidRPr="00D73412" w:rsidRDefault="00366107"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Przedmiotem zamówienia jest kompleksowa realizacja w formule EPC BESS</w:t>
      </w:r>
      <w:r w:rsidR="00027106" w:rsidRPr="00D73412">
        <w:rPr>
          <w:rFonts w:ascii="Arial" w:hAnsi="Arial" w:cs="Arial"/>
          <w:b w:val="0"/>
          <w:bCs w:val="0"/>
          <w:sz w:val="20"/>
          <w:szCs w:val="20"/>
          <w:lang w:val="pl-PL"/>
        </w:rPr>
        <w:t xml:space="preserve"> </w:t>
      </w:r>
      <w:r w:rsidR="00281F98" w:rsidRPr="00D73412">
        <w:rPr>
          <w:rFonts w:ascii="Arial" w:hAnsi="Arial" w:cs="Arial"/>
          <w:b w:val="0"/>
          <w:bCs w:val="0"/>
          <w:sz w:val="20"/>
          <w:szCs w:val="20"/>
          <w:lang w:val="pl-PL"/>
        </w:rPr>
        <w:t>„</w:t>
      </w:r>
      <w:r w:rsidR="00027106" w:rsidRPr="00D73412">
        <w:rPr>
          <w:rFonts w:ascii="Arial" w:hAnsi="Arial" w:cs="Arial"/>
          <w:b w:val="0"/>
          <w:bCs w:val="0"/>
          <w:sz w:val="20"/>
          <w:szCs w:val="20"/>
          <w:lang w:val="pl-PL"/>
        </w:rPr>
        <w:t>turn-key</w:t>
      </w:r>
      <w:r w:rsidR="00281F98" w:rsidRPr="00D73412">
        <w:rPr>
          <w:rFonts w:ascii="Arial" w:hAnsi="Arial" w:cs="Arial"/>
          <w:b w:val="0"/>
          <w:bCs w:val="0"/>
          <w:sz w:val="20"/>
          <w:szCs w:val="20"/>
          <w:lang w:val="pl-PL"/>
        </w:rPr>
        <w:t>”</w:t>
      </w:r>
      <w:r w:rsidR="00027106" w:rsidRPr="00D73412">
        <w:rPr>
          <w:rFonts w:ascii="Arial" w:hAnsi="Arial" w:cs="Arial"/>
          <w:b w:val="0"/>
          <w:bCs w:val="0"/>
          <w:sz w:val="20"/>
          <w:szCs w:val="20"/>
          <w:lang w:val="pl-PL"/>
        </w:rPr>
        <w:t xml:space="preserve"> </w:t>
      </w:r>
      <w:r w:rsidR="00281F98" w:rsidRPr="00D73412">
        <w:rPr>
          <w:rFonts w:ascii="Arial" w:hAnsi="Arial" w:cs="Arial"/>
          <w:b w:val="0"/>
          <w:bCs w:val="0"/>
          <w:sz w:val="20"/>
          <w:szCs w:val="20"/>
          <w:lang w:val="pl-PL"/>
        </w:rPr>
        <w:t>(</w:t>
      </w:r>
      <w:r w:rsidR="00027106" w:rsidRPr="00D73412">
        <w:rPr>
          <w:rFonts w:ascii="Arial" w:hAnsi="Arial" w:cs="Arial"/>
          <w:b w:val="0"/>
          <w:bCs w:val="0"/>
          <w:sz w:val="20"/>
          <w:szCs w:val="20"/>
          <w:lang w:val="pl-PL"/>
        </w:rPr>
        <w:t>pod klucz</w:t>
      </w:r>
      <w:r w:rsidR="00281F98" w:rsidRPr="00D73412">
        <w:rPr>
          <w:rFonts w:ascii="Arial" w:hAnsi="Arial" w:cs="Arial"/>
          <w:b w:val="0"/>
          <w:bCs w:val="0"/>
          <w:sz w:val="20"/>
          <w:szCs w:val="20"/>
          <w:lang w:val="pl-PL"/>
        </w:rPr>
        <w:t>)</w:t>
      </w:r>
      <w:r w:rsidRPr="00D73412">
        <w:rPr>
          <w:rFonts w:ascii="Arial" w:hAnsi="Arial" w:cs="Arial"/>
          <w:b w:val="0"/>
          <w:bCs w:val="0"/>
          <w:sz w:val="20"/>
          <w:szCs w:val="20"/>
          <w:lang w:val="pl-PL"/>
        </w:rPr>
        <w:t>, obejmująca osiągnięcie gotowego do eksploatacji obiektu, zgodnie z dokumentacją postępowania i projektem umowy EPC.</w:t>
      </w:r>
    </w:p>
    <w:p w14:paraId="5C452B05" w14:textId="48A428C9" w:rsidR="001B136C" w:rsidRPr="00D73412" w:rsidRDefault="001B136C" w:rsidP="00164E3A">
      <w:pPr>
        <w:pStyle w:val="Akapitzlist"/>
        <w:numPr>
          <w:ilvl w:val="1"/>
          <w:numId w:val="17"/>
        </w:numPr>
        <w:rPr>
          <w:rFonts w:ascii="Arial" w:hAnsi="Arial" w:cs="Arial"/>
          <w:sz w:val="20"/>
          <w:szCs w:val="20"/>
          <w:lang w:val="pl-PL"/>
        </w:rPr>
      </w:pPr>
      <w:r w:rsidRPr="00D73412">
        <w:rPr>
          <w:rFonts w:ascii="Arial" w:hAnsi="Arial" w:cs="Arial"/>
          <w:sz w:val="20"/>
          <w:szCs w:val="20"/>
          <w:lang w:val="pl-PL"/>
        </w:rPr>
        <w:t>Zamówienie obejmuje Zakres Podstawowy oraz przewidziany przez Zamawiającego Zakres Opcjonalny, zgodnie z poniższą tabelą:</w:t>
      </w:r>
    </w:p>
    <w:tbl>
      <w:tblPr>
        <w:tblStyle w:val="Tabela-Siatka"/>
        <w:tblW w:w="0" w:type="auto"/>
        <w:tblLook w:val="04A0" w:firstRow="1" w:lastRow="0" w:firstColumn="1" w:lastColumn="0" w:noHBand="0" w:noVBand="1"/>
      </w:tblPr>
      <w:tblGrid>
        <w:gridCol w:w="4315"/>
        <w:gridCol w:w="4315"/>
      </w:tblGrid>
      <w:tr w:rsidR="001B136C" w:rsidRPr="00D73412" w14:paraId="4E51233C" w14:textId="77777777" w:rsidTr="00164E3A">
        <w:tc>
          <w:tcPr>
            <w:tcW w:w="4315" w:type="dxa"/>
            <w:shd w:val="clear" w:color="auto" w:fill="C6D9F1" w:themeFill="text2" w:themeFillTint="33"/>
          </w:tcPr>
          <w:p w14:paraId="4AF31263" w14:textId="49EDD285" w:rsidR="001B136C" w:rsidRPr="00D73412" w:rsidRDefault="001B136C" w:rsidP="001B136C">
            <w:pPr>
              <w:rPr>
                <w:rFonts w:ascii="Arial" w:hAnsi="Arial" w:cs="Arial"/>
                <w:b/>
                <w:sz w:val="20"/>
                <w:szCs w:val="20"/>
                <w:lang w:val="pl-PL"/>
              </w:rPr>
            </w:pPr>
          </w:p>
        </w:tc>
        <w:tc>
          <w:tcPr>
            <w:tcW w:w="4315" w:type="dxa"/>
            <w:shd w:val="clear" w:color="auto" w:fill="C6D9F1" w:themeFill="text2" w:themeFillTint="33"/>
          </w:tcPr>
          <w:p w14:paraId="6A154DA8" w14:textId="3CEFC166" w:rsidR="001B136C" w:rsidRPr="00D73412" w:rsidRDefault="00677C27" w:rsidP="001B136C">
            <w:pPr>
              <w:rPr>
                <w:rFonts w:ascii="Arial" w:hAnsi="Arial" w:cs="Arial"/>
                <w:b/>
                <w:sz w:val="20"/>
                <w:szCs w:val="20"/>
                <w:lang w:val="pl-PL"/>
              </w:rPr>
            </w:pPr>
            <w:r w:rsidRPr="00D73412">
              <w:rPr>
                <w:rFonts w:ascii="Arial" w:hAnsi="Arial" w:cs="Arial"/>
                <w:b/>
                <w:sz w:val="20"/>
                <w:szCs w:val="20"/>
                <w:lang w:val="pl-PL"/>
              </w:rPr>
              <w:t>Przedmiot Zamówienia</w:t>
            </w:r>
          </w:p>
        </w:tc>
      </w:tr>
      <w:tr w:rsidR="001B136C" w:rsidRPr="004F09D3" w14:paraId="132952AA" w14:textId="77777777" w:rsidTr="001B136C">
        <w:tc>
          <w:tcPr>
            <w:tcW w:w="4315" w:type="dxa"/>
          </w:tcPr>
          <w:p w14:paraId="19C1A2A5" w14:textId="2DB8803D" w:rsidR="001B136C" w:rsidRPr="00D73412" w:rsidRDefault="001B136C" w:rsidP="001B136C">
            <w:pPr>
              <w:rPr>
                <w:rFonts w:ascii="Arial" w:hAnsi="Arial" w:cs="Arial"/>
                <w:sz w:val="20"/>
                <w:szCs w:val="18"/>
                <w:lang w:val="pl-PL"/>
              </w:rPr>
            </w:pPr>
            <w:r w:rsidRPr="00D73412">
              <w:rPr>
                <w:rFonts w:ascii="Arial" w:hAnsi="Arial" w:cs="Arial"/>
                <w:sz w:val="20"/>
                <w:szCs w:val="18"/>
                <w:lang w:val="pl-PL"/>
              </w:rPr>
              <w:t>Zakres Podstawowy</w:t>
            </w:r>
          </w:p>
        </w:tc>
        <w:tc>
          <w:tcPr>
            <w:tcW w:w="4315" w:type="dxa"/>
          </w:tcPr>
          <w:p w14:paraId="3489525C" w14:textId="109A392C" w:rsidR="001B136C" w:rsidRPr="00D73412" w:rsidRDefault="001B136C" w:rsidP="001B136C">
            <w:pPr>
              <w:rPr>
                <w:rFonts w:ascii="Arial" w:hAnsi="Arial" w:cs="Arial"/>
                <w:sz w:val="20"/>
                <w:szCs w:val="18"/>
                <w:lang w:val="pl-PL"/>
              </w:rPr>
            </w:pPr>
            <w:r w:rsidRPr="00D73412">
              <w:rPr>
                <w:rFonts w:ascii="Arial" w:hAnsi="Arial" w:cs="Arial"/>
                <w:sz w:val="20"/>
                <w:szCs w:val="18"/>
                <w:lang w:val="pl-PL"/>
              </w:rPr>
              <w:t>Kompleksowa realizacja inwestycji BESS w formule EPC</w:t>
            </w:r>
            <w:r w:rsidR="00281F98" w:rsidRPr="00D73412">
              <w:rPr>
                <w:rFonts w:ascii="Arial" w:hAnsi="Arial" w:cs="Arial"/>
                <w:sz w:val="20"/>
                <w:szCs w:val="18"/>
                <w:lang w:val="pl-PL"/>
              </w:rPr>
              <w:t xml:space="preserve"> „turn-key”</w:t>
            </w:r>
            <w:r w:rsidRPr="00D73412">
              <w:rPr>
                <w:rFonts w:ascii="Arial" w:hAnsi="Arial" w:cs="Arial"/>
                <w:sz w:val="20"/>
                <w:szCs w:val="18"/>
                <w:lang w:val="pl-PL"/>
              </w:rPr>
              <w:t xml:space="preserve">, zgodnie z dokumentacją postępowania oraz Umową EPC, </w:t>
            </w:r>
            <w:r w:rsidRPr="00D73412">
              <w:rPr>
                <w:rFonts w:ascii="Arial" w:hAnsi="Arial" w:cs="Arial"/>
                <w:sz w:val="20"/>
                <w:szCs w:val="18"/>
                <w:u w:val="single"/>
                <w:lang w:val="pl-PL"/>
              </w:rPr>
              <w:t>z wyłączeniem</w:t>
            </w:r>
            <w:r w:rsidRPr="00D73412">
              <w:rPr>
                <w:rFonts w:ascii="Arial" w:hAnsi="Arial" w:cs="Arial"/>
                <w:sz w:val="20"/>
                <w:szCs w:val="18"/>
                <w:lang w:val="pl-PL"/>
              </w:rPr>
              <w:t xml:space="preserve"> </w:t>
            </w:r>
            <w:r w:rsidR="00027106" w:rsidRPr="00D73412">
              <w:rPr>
                <w:rFonts w:ascii="Arial" w:hAnsi="Arial" w:cs="Arial"/>
                <w:sz w:val="20"/>
                <w:szCs w:val="18"/>
                <w:lang w:val="pl-PL"/>
              </w:rPr>
              <w:t xml:space="preserve">zakupu i dostawy </w:t>
            </w:r>
            <w:r w:rsidR="00272044" w:rsidRPr="00D73412">
              <w:rPr>
                <w:rFonts w:ascii="Arial" w:hAnsi="Arial" w:cs="Arial"/>
                <w:sz w:val="20"/>
                <w:szCs w:val="18"/>
                <w:lang w:val="pl-PL"/>
              </w:rPr>
              <w:t>transformatora elektroenergetycznego wysokiego napięcia 220/33 kV</w:t>
            </w:r>
            <w:r w:rsidR="00027106" w:rsidRPr="00D73412">
              <w:rPr>
                <w:rFonts w:ascii="Arial" w:hAnsi="Arial" w:cs="Arial"/>
                <w:sz w:val="20"/>
                <w:szCs w:val="18"/>
                <w:lang w:val="pl-PL"/>
              </w:rPr>
              <w:t xml:space="preserve">, z </w:t>
            </w:r>
            <w:r w:rsidR="00027106" w:rsidRPr="00D73412">
              <w:rPr>
                <w:rFonts w:ascii="Arial" w:hAnsi="Arial" w:cs="Arial"/>
                <w:sz w:val="20"/>
                <w:szCs w:val="18"/>
                <w:lang w:val="pl-PL"/>
              </w:rPr>
              <w:lastRenderedPageBreak/>
              <w:t xml:space="preserve">zastrzeżeniem </w:t>
            </w:r>
            <w:r w:rsidR="00AD5510" w:rsidRPr="00D73412">
              <w:rPr>
                <w:rFonts w:ascii="Arial" w:hAnsi="Arial" w:cs="Arial"/>
                <w:sz w:val="20"/>
                <w:szCs w:val="18"/>
                <w:lang w:val="pl-PL"/>
              </w:rPr>
              <w:t xml:space="preserve">że Zakres Podstawowy </w:t>
            </w:r>
            <w:r w:rsidR="00027106" w:rsidRPr="00D73412">
              <w:rPr>
                <w:rFonts w:ascii="Arial" w:hAnsi="Arial" w:cs="Arial"/>
                <w:sz w:val="20"/>
                <w:szCs w:val="18"/>
                <w:lang w:val="pl-PL"/>
              </w:rPr>
              <w:t xml:space="preserve"> obejmuje instalację, integrację, uruchomienie i przekazanie do eksploatacji </w:t>
            </w:r>
            <w:r w:rsidR="00AD5510" w:rsidRPr="00D73412">
              <w:rPr>
                <w:rFonts w:ascii="Arial" w:hAnsi="Arial" w:cs="Arial"/>
                <w:sz w:val="20"/>
                <w:szCs w:val="18"/>
                <w:lang w:val="pl-PL"/>
              </w:rPr>
              <w:t xml:space="preserve">ww. transformatora, </w:t>
            </w:r>
            <w:r w:rsidR="00027106" w:rsidRPr="00D73412">
              <w:rPr>
                <w:rFonts w:ascii="Arial" w:hAnsi="Arial" w:cs="Arial"/>
                <w:sz w:val="20"/>
                <w:szCs w:val="18"/>
                <w:lang w:val="pl-PL"/>
              </w:rPr>
              <w:t>stacji transformatorowej, wraz z wszelkimi pracami, urządzeniami, instalacjami, dokumentacją i czynnościami niezbędnymi do jej prawidłowego funkcjonowania i integracji z pozostałą częścią inwestycji.</w:t>
            </w:r>
          </w:p>
        </w:tc>
      </w:tr>
      <w:tr w:rsidR="001B136C" w:rsidRPr="004F09D3" w14:paraId="09343BA0" w14:textId="77777777" w:rsidTr="001B136C">
        <w:tc>
          <w:tcPr>
            <w:tcW w:w="4315" w:type="dxa"/>
          </w:tcPr>
          <w:p w14:paraId="110D0ABD" w14:textId="43945269" w:rsidR="001B136C" w:rsidRPr="00D73412" w:rsidRDefault="001B136C" w:rsidP="001B136C">
            <w:pPr>
              <w:rPr>
                <w:rFonts w:ascii="Arial" w:hAnsi="Arial" w:cs="Arial"/>
                <w:sz w:val="20"/>
                <w:szCs w:val="18"/>
                <w:lang w:val="pl-PL"/>
              </w:rPr>
            </w:pPr>
            <w:r w:rsidRPr="00D73412">
              <w:rPr>
                <w:rFonts w:ascii="Arial" w:hAnsi="Arial" w:cs="Arial"/>
                <w:sz w:val="20"/>
                <w:szCs w:val="18"/>
                <w:lang w:val="pl-PL"/>
              </w:rPr>
              <w:lastRenderedPageBreak/>
              <w:t>Zakres Opcjonalny</w:t>
            </w:r>
          </w:p>
        </w:tc>
        <w:tc>
          <w:tcPr>
            <w:tcW w:w="4315" w:type="dxa"/>
          </w:tcPr>
          <w:p w14:paraId="3C61A643" w14:textId="55F6A1B1" w:rsidR="001B136C" w:rsidRPr="00D73412" w:rsidRDefault="00027106" w:rsidP="001B136C">
            <w:pPr>
              <w:rPr>
                <w:rFonts w:ascii="Arial" w:hAnsi="Arial" w:cs="Arial"/>
                <w:sz w:val="20"/>
                <w:szCs w:val="18"/>
                <w:lang w:val="pl-PL"/>
              </w:rPr>
            </w:pPr>
            <w:r w:rsidRPr="00D73412">
              <w:rPr>
                <w:rFonts w:ascii="Arial" w:hAnsi="Arial" w:cs="Arial"/>
                <w:sz w:val="20"/>
                <w:szCs w:val="18"/>
                <w:lang w:val="pl-PL"/>
              </w:rPr>
              <w:t xml:space="preserve">Zakup i </w:t>
            </w:r>
            <w:r w:rsidR="001B136C" w:rsidRPr="00D73412">
              <w:rPr>
                <w:rFonts w:ascii="Arial" w:hAnsi="Arial" w:cs="Arial"/>
                <w:sz w:val="20"/>
                <w:szCs w:val="18"/>
                <w:lang w:val="pl-PL"/>
              </w:rPr>
              <w:t>dostaw</w:t>
            </w:r>
            <w:r w:rsidR="00281F98" w:rsidRPr="00D73412">
              <w:rPr>
                <w:rFonts w:ascii="Arial" w:hAnsi="Arial" w:cs="Arial"/>
                <w:sz w:val="20"/>
                <w:szCs w:val="18"/>
                <w:lang w:val="pl-PL"/>
              </w:rPr>
              <w:t>a</w:t>
            </w:r>
            <w:r w:rsidR="001B136C" w:rsidRPr="00D73412">
              <w:rPr>
                <w:rFonts w:ascii="Arial" w:hAnsi="Arial" w:cs="Arial"/>
                <w:sz w:val="20"/>
                <w:szCs w:val="18"/>
                <w:lang w:val="pl-PL"/>
              </w:rPr>
              <w:t xml:space="preserve"> </w:t>
            </w:r>
            <w:r w:rsidR="00677C27" w:rsidRPr="00D73412">
              <w:rPr>
                <w:rFonts w:ascii="Arial" w:hAnsi="Arial" w:cs="Arial"/>
                <w:sz w:val="20"/>
                <w:szCs w:val="18"/>
                <w:lang w:val="pl-PL"/>
              </w:rPr>
              <w:t xml:space="preserve">na teren budowy </w:t>
            </w:r>
            <w:r w:rsidR="00272044" w:rsidRPr="00D73412">
              <w:rPr>
                <w:rFonts w:ascii="Arial" w:hAnsi="Arial" w:cs="Arial"/>
                <w:sz w:val="20"/>
                <w:szCs w:val="18"/>
                <w:lang w:val="pl-PL"/>
              </w:rPr>
              <w:t>transformatora elektroenergetycznego wysokiego napięcia 220/33 kV</w:t>
            </w:r>
            <w:r w:rsidR="00677C27" w:rsidRPr="00D73412">
              <w:rPr>
                <w:rFonts w:ascii="Arial" w:hAnsi="Arial" w:cs="Arial"/>
                <w:sz w:val="20"/>
                <w:szCs w:val="18"/>
                <w:lang w:val="pl-PL"/>
              </w:rPr>
              <w:t xml:space="preserve"> spełniającego wymagania przedstawione w Zapytaniu ofertowym, w tym w załączonej dokumentacji</w:t>
            </w:r>
          </w:p>
        </w:tc>
      </w:tr>
    </w:tbl>
    <w:p w14:paraId="771245D2" w14:textId="66C215DB" w:rsidR="001B136C" w:rsidRPr="00D73412" w:rsidRDefault="001B136C" w:rsidP="00164E3A">
      <w:pPr>
        <w:pStyle w:val="Nagwek1"/>
        <w:numPr>
          <w:ilvl w:val="1"/>
          <w:numId w:val="17"/>
        </w:numPr>
        <w:jc w:val="both"/>
        <w:rPr>
          <w:rFonts w:ascii="Arial" w:hAnsi="Arial" w:cs="Arial"/>
          <w:b w:val="0"/>
          <w:bCs w:val="0"/>
          <w:sz w:val="20"/>
          <w:szCs w:val="20"/>
          <w:lang w:val="pl-PL"/>
        </w:rPr>
      </w:pPr>
      <w:r w:rsidRPr="00D73412">
        <w:rPr>
          <w:rFonts w:ascii="Arial" w:hAnsi="Arial" w:cs="Arial"/>
          <w:b w:val="0"/>
          <w:bCs w:val="0"/>
          <w:sz w:val="20"/>
          <w:szCs w:val="20"/>
          <w:lang w:val="pl-PL"/>
        </w:rPr>
        <w:t>Zakres Opcjonalny nie stanowi samodzielnego przedmiotu zamówienia i nie może zostać zlecony niezależnie od Zakresu Podstawowego. Zamawiający może udzielić zamówienia wyłącznie: i) w zakresie Zakresu Podstawowego; albo ii) w zakresie Zakresu Podstawowego wraz z Zakresem Opcjonalnym.</w:t>
      </w:r>
    </w:p>
    <w:p w14:paraId="3476E4BA" w14:textId="42D25235" w:rsidR="001B136C" w:rsidRPr="00D73412" w:rsidRDefault="001B136C"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Każdy Oferent zobowiązany jest przedstawić ofertę obejmującą zarówno Zakres Podstawowy, jak i Zakres Opcjonalny, w tym odrębnie wskazać cenę dla każdego z tych zakresów. Brak zaoferowania któregokolwiek z wymaganych zakresów będzie traktowany jako niezgodność oferty z treścią Zapytania ofertowego i podlegać odrzuceniu.</w:t>
      </w:r>
    </w:p>
    <w:p w14:paraId="73F13595" w14:textId="60196FFE" w:rsidR="00A66056" w:rsidRPr="00D73412" w:rsidRDefault="00A66056" w:rsidP="00164E3A">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Zamawiający zastrzega sobie prawo do skorzystania z Zakresu Opcjonalnego w całości albo do nieskorzystania z niego. Złożenie przez Oferenta oferty obejmującej Zakres Opcjonalny nie stanowi zobowiązania Zamawiającego do jego zlecenia ani realizacji z wykonawcą, który został wyłoniony w ramach postępowania. W przypadku nieskorzystania przez Zamawiającego z Zakresu Opcjonalnego Oferentowi nie będą przysługiwać wobec Zamawiającego jakiekolwiek roszczenia z tego tytułu.</w:t>
      </w:r>
    </w:p>
    <w:p w14:paraId="7AA8D592" w14:textId="093C1B63" w:rsidR="00533510" w:rsidRPr="00D73412" w:rsidRDefault="00366107"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lastRenderedPageBreak/>
        <w:t xml:space="preserve">Magazyn ma zostać przyłączony do sieci przesyłowej </w:t>
      </w:r>
      <w:r w:rsidR="00281F98" w:rsidRPr="00D73412">
        <w:rPr>
          <w:rFonts w:ascii="Arial" w:hAnsi="Arial" w:cs="Arial"/>
          <w:b w:val="0"/>
          <w:bCs w:val="0"/>
          <w:sz w:val="20"/>
          <w:szCs w:val="20"/>
          <w:lang w:val="pl-PL"/>
        </w:rPr>
        <w:t>Polskich Sieci Elektroenergetycznych („</w:t>
      </w:r>
      <w:r w:rsidRPr="00D73412">
        <w:rPr>
          <w:rFonts w:ascii="Arial" w:hAnsi="Arial" w:cs="Arial"/>
          <w:sz w:val="20"/>
          <w:szCs w:val="20"/>
          <w:lang w:val="pl-PL"/>
        </w:rPr>
        <w:t>PSE S.A.</w:t>
      </w:r>
      <w:r w:rsidR="00281F98" w:rsidRPr="00D73412">
        <w:rPr>
          <w:rFonts w:ascii="Arial" w:hAnsi="Arial" w:cs="Arial"/>
          <w:b w:val="0"/>
          <w:bCs w:val="0"/>
          <w:sz w:val="20"/>
          <w:szCs w:val="20"/>
          <w:lang w:val="pl-PL"/>
        </w:rPr>
        <w:t>”)</w:t>
      </w:r>
      <w:r w:rsidRPr="00D73412">
        <w:rPr>
          <w:rFonts w:ascii="Arial" w:hAnsi="Arial" w:cs="Arial"/>
          <w:b w:val="0"/>
          <w:bCs w:val="0"/>
          <w:sz w:val="20"/>
          <w:szCs w:val="20"/>
          <w:lang w:val="pl-PL"/>
        </w:rPr>
        <w:t xml:space="preserve"> zgodnie z umową o przyłączenie do sieci przesyłowej oraz dokumentacją techniczną </w:t>
      </w:r>
      <w:r w:rsidR="00351F8D" w:rsidRPr="00D73412">
        <w:rPr>
          <w:rFonts w:ascii="Arial" w:hAnsi="Arial" w:cs="Arial"/>
          <w:b w:val="0"/>
          <w:bCs w:val="0"/>
          <w:sz w:val="20"/>
          <w:szCs w:val="20"/>
          <w:lang w:val="pl-PL"/>
        </w:rPr>
        <w:t>(„</w:t>
      </w:r>
      <w:r w:rsidR="00351F8D" w:rsidRPr="00D73412">
        <w:rPr>
          <w:rFonts w:ascii="Arial" w:hAnsi="Arial" w:cs="Arial"/>
          <w:sz w:val="20"/>
          <w:szCs w:val="20"/>
          <w:lang w:val="pl-PL"/>
        </w:rPr>
        <w:t>Szczegółowy Opis Przedmiotu Zamówienia</w:t>
      </w:r>
      <w:r w:rsidR="00351F8D" w:rsidRPr="00D73412">
        <w:rPr>
          <w:rFonts w:ascii="Arial" w:hAnsi="Arial" w:cs="Arial"/>
          <w:b w:val="0"/>
          <w:bCs w:val="0"/>
          <w:sz w:val="20"/>
          <w:szCs w:val="20"/>
          <w:lang w:val="pl-PL"/>
        </w:rPr>
        <w:t>”</w:t>
      </w:r>
      <w:r w:rsidR="00163893">
        <w:rPr>
          <w:rFonts w:ascii="Arial" w:hAnsi="Arial" w:cs="Arial"/>
          <w:b w:val="0"/>
          <w:bCs w:val="0"/>
          <w:sz w:val="20"/>
          <w:szCs w:val="20"/>
          <w:lang w:val="pl-PL"/>
        </w:rPr>
        <w:t xml:space="preserve"> lub „</w:t>
      </w:r>
      <w:r w:rsidR="00163893" w:rsidRPr="00D64484">
        <w:rPr>
          <w:rFonts w:ascii="Arial" w:hAnsi="Arial" w:cs="Arial"/>
          <w:sz w:val="20"/>
          <w:szCs w:val="20"/>
          <w:lang w:val="pl-PL"/>
        </w:rPr>
        <w:t>SOPZ</w:t>
      </w:r>
      <w:r w:rsidR="00163893">
        <w:rPr>
          <w:rFonts w:ascii="Arial" w:hAnsi="Arial" w:cs="Arial"/>
          <w:b w:val="0"/>
          <w:bCs w:val="0"/>
          <w:sz w:val="20"/>
          <w:szCs w:val="20"/>
          <w:lang w:val="pl-PL"/>
        </w:rPr>
        <w:t>”</w:t>
      </w:r>
      <w:r w:rsidR="00351F8D" w:rsidRPr="00D73412">
        <w:rPr>
          <w:rFonts w:ascii="Arial" w:hAnsi="Arial" w:cs="Arial"/>
          <w:b w:val="0"/>
          <w:bCs w:val="0"/>
          <w:sz w:val="20"/>
          <w:szCs w:val="20"/>
          <w:lang w:val="pl-PL"/>
        </w:rPr>
        <w:t>)</w:t>
      </w:r>
      <w:r w:rsidR="00281F98" w:rsidRPr="00D73412">
        <w:rPr>
          <w:rFonts w:ascii="Arial" w:hAnsi="Arial" w:cs="Arial"/>
          <w:b w:val="0"/>
          <w:bCs w:val="0"/>
          <w:sz w:val="20"/>
          <w:szCs w:val="20"/>
          <w:lang w:val="pl-PL"/>
        </w:rPr>
        <w:t xml:space="preserve"> </w:t>
      </w:r>
      <w:r w:rsidRPr="00D73412">
        <w:rPr>
          <w:rFonts w:ascii="Arial" w:hAnsi="Arial" w:cs="Arial"/>
          <w:b w:val="0"/>
          <w:bCs w:val="0"/>
          <w:sz w:val="20"/>
          <w:szCs w:val="20"/>
          <w:lang w:val="pl-PL"/>
        </w:rPr>
        <w:t>udostępnioną wykonawcom.</w:t>
      </w:r>
    </w:p>
    <w:p w14:paraId="602AD823" w14:textId="77777777" w:rsidR="00163893" w:rsidRDefault="00027106"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Zgodnie z umową przyłączeniową zawartą</w:t>
      </w:r>
      <w:r w:rsidR="00677C27" w:rsidRPr="00D73412">
        <w:rPr>
          <w:rFonts w:ascii="Arial" w:hAnsi="Arial" w:cs="Arial"/>
          <w:b w:val="0"/>
          <w:bCs w:val="0"/>
          <w:sz w:val="20"/>
          <w:szCs w:val="20"/>
          <w:lang w:val="pl-PL"/>
        </w:rPr>
        <w:t xml:space="preserve"> z</w:t>
      </w:r>
      <w:r w:rsidRPr="00D73412">
        <w:rPr>
          <w:rFonts w:ascii="Arial" w:hAnsi="Arial" w:cs="Arial"/>
          <w:b w:val="0"/>
          <w:bCs w:val="0"/>
          <w:sz w:val="20"/>
          <w:szCs w:val="20"/>
          <w:lang w:val="pl-PL"/>
        </w:rPr>
        <w:t xml:space="preserve"> </w:t>
      </w:r>
      <w:r w:rsidR="00281F98" w:rsidRPr="00D73412">
        <w:rPr>
          <w:rFonts w:ascii="Arial" w:hAnsi="Arial" w:cs="Arial"/>
          <w:b w:val="0"/>
          <w:bCs w:val="0"/>
          <w:sz w:val="20"/>
          <w:szCs w:val="20"/>
          <w:lang w:val="pl-PL"/>
        </w:rPr>
        <w:t>PSE S.A.</w:t>
      </w:r>
      <w:r w:rsidR="00677C27" w:rsidRPr="00D73412">
        <w:rPr>
          <w:rFonts w:ascii="Arial" w:hAnsi="Arial" w:cs="Arial"/>
          <w:b w:val="0"/>
          <w:bCs w:val="0"/>
          <w:sz w:val="20"/>
          <w:szCs w:val="20"/>
          <w:lang w:val="pl-PL"/>
        </w:rPr>
        <w:t>,</w:t>
      </w:r>
      <w:r w:rsidR="00281F98" w:rsidRPr="00D73412">
        <w:rPr>
          <w:rFonts w:ascii="Arial" w:hAnsi="Arial" w:cs="Arial"/>
          <w:b w:val="0"/>
          <w:bCs w:val="0"/>
          <w:sz w:val="20"/>
          <w:szCs w:val="20"/>
          <w:lang w:val="pl-PL"/>
        </w:rPr>
        <w:t xml:space="preserve"> </w:t>
      </w:r>
      <w:r w:rsidRPr="00D73412">
        <w:rPr>
          <w:rFonts w:ascii="Arial" w:hAnsi="Arial" w:cs="Arial"/>
          <w:b w:val="0"/>
          <w:bCs w:val="0"/>
          <w:sz w:val="20"/>
          <w:szCs w:val="20"/>
          <w:lang w:val="pl-PL"/>
        </w:rPr>
        <w:t>umowa</w:t>
      </w:r>
      <w:r w:rsidR="00677C27" w:rsidRPr="00D73412">
        <w:rPr>
          <w:rFonts w:ascii="Arial" w:hAnsi="Arial" w:cs="Arial"/>
          <w:b w:val="0"/>
          <w:bCs w:val="0"/>
          <w:sz w:val="20"/>
          <w:szCs w:val="20"/>
          <w:lang w:val="pl-PL"/>
        </w:rPr>
        <w:t xml:space="preserve"> ta</w:t>
      </w:r>
      <w:r w:rsidRPr="00D73412">
        <w:rPr>
          <w:rFonts w:ascii="Arial" w:hAnsi="Arial" w:cs="Arial"/>
          <w:b w:val="0"/>
          <w:bCs w:val="0"/>
          <w:sz w:val="20"/>
          <w:szCs w:val="20"/>
          <w:lang w:val="pl-PL"/>
        </w:rPr>
        <w:t xml:space="preserve"> przewiduje realizacj</w:t>
      </w:r>
      <w:r w:rsidR="00677C27" w:rsidRPr="00D73412">
        <w:rPr>
          <w:rFonts w:ascii="Arial" w:hAnsi="Arial" w:cs="Arial"/>
          <w:b w:val="0"/>
          <w:bCs w:val="0"/>
          <w:sz w:val="20"/>
          <w:szCs w:val="20"/>
          <w:lang w:val="pl-PL"/>
        </w:rPr>
        <w:t>ę</w:t>
      </w:r>
      <w:r w:rsidRPr="00D73412">
        <w:rPr>
          <w:rFonts w:ascii="Arial" w:hAnsi="Arial" w:cs="Arial"/>
          <w:b w:val="0"/>
          <w:bCs w:val="0"/>
          <w:sz w:val="20"/>
          <w:szCs w:val="20"/>
          <w:lang w:val="pl-PL"/>
        </w:rPr>
        <w:t xml:space="preserve"> przyłącza projektu w formule przejściow</w:t>
      </w:r>
      <w:r w:rsidR="00677C27" w:rsidRPr="00D73412">
        <w:rPr>
          <w:rFonts w:ascii="Arial" w:hAnsi="Arial" w:cs="Arial"/>
          <w:b w:val="0"/>
          <w:bCs w:val="0"/>
          <w:sz w:val="20"/>
          <w:szCs w:val="20"/>
          <w:lang w:val="pl-PL"/>
        </w:rPr>
        <w:t>ej,</w:t>
      </w:r>
      <w:r w:rsidRPr="00D73412">
        <w:rPr>
          <w:rFonts w:ascii="Arial" w:hAnsi="Arial" w:cs="Arial"/>
          <w:b w:val="0"/>
          <w:bCs w:val="0"/>
          <w:sz w:val="20"/>
          <w:szCs w:val="20"/>
          <w:lang w:val="pl-PL"/>
        </w:rPr>
        <w:t xml:space="preserve"> a następnie w docelow</w:t>
      </w:r>
      <w:r w:rsidR="00677C27" w:rsidRPr="00D73412">
        <w:rPr>
          <w:rFonts w:ascii="Arial" w:hAnsi="Arial" w:cs="Arial"/>
          <w:b w:val="0"/>
          <w:bCs w:val="0"/>
          <w:sz w:val="20"/>
          <w:szCs w:val="20"/>
          <w:lang w:val="pl-PL"/>
        </w:rPr>
        <w:t>ej</w:t>
      </w:r>
      <w:r w:rsidRPr="00D73412">
        <w:rPr>
          <w:rFonts w:ascii="Arial" w:hAnsi="Arial" w:cs="Arial"/>
          <w:b w:val="0"/>
          <w:bCs w:val="0"/>
          <w:sz w:val="20"/>
          <w:szCs w:val="20"/>
          <w:lang w:val="pl-PL"/>
        </w:rPr>
        <w:t xml:space="preserve">. </w:t>
      </w:r>
      <w:r w:rsidRPr="00D73412">
        <w:rPr>
          <w:rFonts w:ascii="Arial" w:hAnsi="Arial" w:cs="Arial"/>
          <w:sz w:val="20"/>
          <w:szCs w:val="20"/>
          <w:lang w:val="pl-PL"/>
        </w:rPr>
        <w:t>Zamówienie obejmuje realizacj</w:t>
      </w:r>
      <w:r w:rsidR="00677C27" w:rsidRPr="00D73412">
        <w:rPr>
          <w:rFonts w:ascii="Arial" w:hAnsi="Arial" w:cs="Arial"/>
          <w:sz w:val="20"/>
          <w:szCs w:val="20"/>
          <w:lang w:val="pl-PL"/>
        </w:rPr>
        <w:t>ę</w:t>
      </w:r>
      <w:r w:rsidRPr="00D73412">
        <w:rPr>
          <w:rFonts w:ascii="Arial" w:hAnsi="Arial" w:cs="Arial"/>
          <w:sz w:val="20"/>
          <w:szCs w:val="20"/>
          <w:lang w:val="pl-PL"/>
        </w:rPr>
        <w:t xml:space="preserve"> prac w układzie przejściowym.</w:t>
      </w:r>
      <w:r w:rsidRPr="00D73412">
        <w:rPr>
          <w:rFonts w:ascii="Arial" w:hAnsi="Arial" w:cs="Arial"/>
          <w:b w:val="0"/>
          <w:bCs w:val="0"/>
          <w:sz w:val="20"/>
          <w:szCs w:val="20"/>
          <w:lang w:val="pl-PL"/>
        </w:rPr>
        <w:t xml:space="preserve"> </w:t>
      </w:r>
      <w:r w:rsidR="00677C27" w:rsidRPr="00D73412">
        <w:rPr>
          <w:rFonts w:ascii="Arial" w:hAnsi="Arial" w:cs="Arial"/>
          <w:b w:val="0"/>
          <w:bCs w:val="0"/>
          <w:sz w:val="20"/>
          <w:szCs w:val="20"/>
          <w:lang w:val="pl-PL"/>
        </w:rPr>
        <w:t xml:space="preserve">Dodatkowo, umowa przyłączeniowa załączona do Zapytania ofertowego przewiduje inną pojemność magazynu energii niż ta, która będzie docelowo realizowana. </w:t>
      </w:r>
    </w:p>
    <w:p w14:paraId="605A11AF" w14:textId="6217A275" w:rsidR="00163893" w:rsidRPr="00163893" w:rsidRDefault="00677C27" w:rsidP="00163893">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W celu określenia dokładnych parametrów Przedmiotu Zamówienia niezbędna jest analiza całej dokumentacji stanowiącej niniejsze Zapytanie ofertowe. </w:t>
      </w:r>
      <w:r w:rsidR="00733608" w:rsidRPr="00D73412">
        <w:rPr>
          <w:rFonts w:ascii="Arial" w:hAnsi="Arial" w:cs="Arial"/>
          <w:b w:val="0"/>
          <w:bCs w:val="0"/>
          <w:sz w:val="20"/>
          <w:szCs w:val="20"/>
          <w:lang w:val="pl-PL"/>
        </w:rPr>
        <w:t xml:space="preserve">W celu otrzymania Szczegółowego Opisu Przedmiotu Zamówienia </w:t>
      </w:r>
      <w:r w:rsidRPr="00D73412">
        <w:rPr>
          <w:rFonts w:ascii="Arial" w:hAnsi="Arial" w:cs="Arial"/>
          <w:b w:val="0"/>
          <w:bCs w:val="0"/>
          <w:sz w:val="20"/>
          <w:szCs w:val="20"/>
          <w:lang w:val="pl-PL"/>
        </w:rPr>
        <w:t>oraz</w:t>
      </w:r>
      <w:r w:rsidR="00733608" w:rsidRPr="00D73412">
        <w:rPr>
          <w:rFonts w:ascii="Arial" w:hAnsi="Arial" w:cs="Arial"/>
          <w:b w:val="0"/>
          <w:bCs w:val="0"/>
          <w:sz w:val="20"/>
          <w:szCs w:val="20"/>
          <w:lang w:val="pl-PL"/>
        </w:rPr>
        <w:t xml:space="preserve"> ewentualnych dodatkowych dokumentów pozwalających na przygotowanie oferty</w:t>
      </w:r>
      <w:r w:rsidR="00351F8D" w:rsidRPr="00D73412">
        <w:rPr>
          <w:rFonts w:ascii="Arial" w:hAnsi="Arial" w:cs="Arial"/>
          <w:b w:val="0"/>
          <w:bCs w:val="0"/>
          <w:sz w:val="20"/>
          <w:szCs w:val="20"/>
          <w:lang w:val="pl-PL"/>
        </w:rPr>
        <w:t xml:space="preserve">, </w:t>
      </w:r>
      <w:r w:rsidR="00733608" w:rsidRPr="00D73412">
        <w:rPr>
          <w:rFonts w:ascii="Arial" w:hAnsi="Arial" w:cs="Arial"/>
          <w:b w:val="0"/>
          <w:bCs w:val="0"/>
          <w:sz w:val="20"/>
          <w:szCs w:val="20"/>
          <w:lang w:val="pl-PL"/>
        </w:rPr>
        <w:t xml:space="preserve">Oferent musi przesłać podpisane zgodnie z reprezentacją </w:t>
      </w:r>
      <w:r w:rsidR="00281F98" w:rsidRPr="00D73412">
        <w:rPr>
          <w:rFonts w:ascii="Arial" w:hAnsi="Arial" w:cs="Arial"/>
          <w:b w:val="0"/>
          <w:bCs w:val="0"/>
          <w:sz w:val="20"/>
          <w:szCs w:val="20"/>
          <w:lang w:val="pl-PL"/>
        </w:rPr>
        <w:t>o</w:t>
      </w:r>
      <w:r w:rsidR="00733608" w:rsidRPr="00D73412">
        <w:rPr>
          <w:rFonts w:ascii="Arial" w:hAnsi="Arial" w:cs="Arial"/>
          <w:b w:val="0"/>
          <w:bCs w:val="0"/>
          <w:sz w:val="20"/>
          <w:szCs w:val="20"/>
          <w:lang w:val="pl-PL"/>
        </w:rPr>
        <w:t xml:space="preserve">świadczenie o </w:t>
      </w:r>
      <w:r w:rsidR="00281F98" w:rsidRPr="00D73412">
        <w:rPr>
          <w:rFonts w:ascii="Arial" w:hAnsi="Arial" w:cs="Arial"/>
          <w:b w:val="0"/>
          <w:bCs w:val="0"/>
          <w:sz w:val="20"/>
          <w:szCs w:val="20"/>
          <w:lang w:val="pl-PL"/>
        </w:rPr>
        <w:t>z</w:t>
      </w:r>
      <w:r w:rsidR="00733608" w:rsidRPr="00D73412">
        <w:rPr>
          <w:rFonts w:ascii="Arial" w:hAnsi="Arial" w:cs="Arial"/>
          <w:b w:val="0"/>
          <w:bCs w:val="0"/>
          <w:sz w:val="20"/>
          <w:szCs w:val="20"/>
          <w:lang w:val="pl-PL"/>
        </w:rPr>
        <w:t xml:space="preserve">achowaniu </w:t>
      </w:r>
      <w:r w:rsidR="00281F98" w:rsidRPr="00D73412">
        <w:rPr>
          <w:rFonts w:ascii="Arial" w:hAnsi="Arial" w:cs="Arial"/>
          <w:b w:val="0"/>
          <w:bCs w:val="0"/>
          <w:sz w:val="20"/>
          <w:szCs w:val="20"/>
          <w:lang w:val="pl-PL"/>
        </w:rPr>
        <w:t>p</w:t>
      </w:r>
      <w:r w:rsidR="00733608" w:rsidRPr="00D73412">
        <w:rPr>
          <w:rFonts w:ascii="Arial" w:hAnsi="Arial" w:cs="Arial"/>
          <w:b w:val="0"/>
          <w:bCs w:val="0"/>
          <w:sz w:val="20"/>
          <w:szCs w:val="20"/>
          <w:lang w:val="pl-PL"/>
        </w:rPr>
        <w:t>oufności</w:t>
      </w:r>
      <w:r w:rsidR="00281F98" w:rsidRPr="00D73412">
        <w:rPr>
          <w:rFonts w:ascii="Arial" w:hAnsi="Arial" w:cs="Arial"/>
          <w:b w:val="0"/>
          <w:bCs w:val="0"/>
          <w:sz w:val="20"/>
          <w:szCs w:val="20"/>
          <w:lang w:val="pl-PL"/>
        </w:rPr>
        <w:t xml:space="preserve"> („</w:t>
      </w:r>
      <w:r w:rsidR="00281F98" w:rsidRPr="00D73412">
        <w:rPr>
          <w:rFonts w:ascii="Arial" w:hAnsi="Arial" w:cs="Arial"/>
          <w:sz w:val="20"/>
          <w:szCs w:val="20"/>
          <w:lang w:val="pl-PL"/>
        </w:rPr>
        <w:t>NDA</w:t>
      </w:r>
      <w:r w:rsidR="00281F98" w:rsidRPr="00D73412">
        <w:rPr>
          <w:rFonts w:ascii="Arial" w:hAnsi="Arial" w:cs="Arial"/>
          <w:b w:val="0"/>
          <w:bCs w:val="0"/>
          <w:sz w:val="20"/>
          <w:szCs w:val="20"/>
          <w:lang w:val="pl-PL"/>
        </w:rPr>
        <w:t>”)</w:t>
      </w:r>
      <w:r w:rsidR="00733608" w:rsidRPr="00D73412">
        <w:rPr>
          <w:rFonts w:ascii="Arial" w:hAnsi="Arial" w:cs="Arial"/>
          <w:b w:val="0"/>
          <w:bCs w:val="0"/>
          <w:sz w:val="20"/>
          <w:szCs w:val="20"/>
          <w:lang w:val="pl-PL"/>
        </w:rPr>
        <w:t xml:space="preserve"> (zgodne ze wzorem stanowiącym Załącznik nr 3 do zapytania ofertowego </w:t>
      </w:r>
      <w:r w:rsidRPr="00D73412">
        <w:rPr>
          <w:rFonts w:ascii="Arial" w:hAnsi="Arial" w:cs="Arial"/>
          <w:b w:val="0"/>
          <w:bCs w:val="0"/>
          <w:sz w:val="20"/>
          <w:szCs w:val="20"/>
          <w:lang w:val="pl-PL"/>
        </w:rPr>
        <w:t>–</w:t>
      </w:r>
      <w:r w:rsidR="00733608" w:rsidRPr="00D73412">
        <w:rPr>
          <w:rFonts w:ascii="Arial" w:hAnsi="Arial" w:cs="Arial"/>
          <w:b w:val="0"/>
          <w:bCs w:val="0"/>
          <w:sz w:val="20"/>
          <w:szCs w:val="20"/>
          <w:lang w:val="pl-PL"/>
        </w:rPr>
        <w:t xml:space="preserve"> NDA) na adres e-mail: </w:t>
      </w:r>
      <w:r w:rsidR="00351F8D" w:rsidRPr="00D73412">
        <w:rPr>
          <w:rFonts w:ascii="Arial" w:hAnsi="Arial" w:cs="Arial"/>
          <w:b w:val="0"/>
          <w:bCs w:val="0"/>
          <w:sz w:val="20"/>
          <w:szCs w:val="20"/>
          <w:lang w:val="pl-PL"/>
        </w:rPr>
        <w:t>jfdobron@</w:t>
      </w:r>
      <w:r w:rsidRPr="00D73412">
        <w:rPr>
          <w:rFonts w:ascii="Arial" w:hAnsi="Arial" w:cs="Arial"/>
          <w:b w:val="0"/>
          <w:bCs w:val="0"/>
          <w:sz w:val="20"/>
          <w:szCs w:val="20"/>
          <w:lang w:val="pl-PL"/>
        </w:rPr>
        <w:t>v</w:t>
      </w:r>
      <w:r w:rsidR="00351F8D" w:rsidRPr="00D73412">
        <w:rPr>
          <w:rFonts w:ascii="Arial" w:hAnsi="Arial" w:cs="Arial"/>
          <w:b w:val="0"/>
          <w:bCs w:val="0"/>
          <w:sz w:val="20"/>
          <w:szCs w:val="20"/>
          <w:lang w:val="pl-PL"/>
        </w:rPr>
        <w:t>oltapolska.pl</w:t>
      </w:r>
      <w:r w:rsidR="00733608" w:rsidRPr="00D73412">
        <w:rPr>
          <w:rFonts w:ascii="Arial" w:hAnsi="Arial" w:cs="Arial"/>
          <w:b w:val="0"/>
          <w:bCs w:val="0"/>
          <w:sz w:val="20"/>
          <w:szCs w:val="20"/>
          <w:lang w:val="pl-PL"/>
        </w:rPr>
        <w:t xml:space="preserve"> nie później niż </w:t>
      </w:r>
      <w:r w:rsidR="003663A9" w:rsidRPr="00D73412">
        <w:rPr>
          <w:rFonts w:ascii="Arial" w:hAnsi="Arial" w:cs="Arial"/>
          <w:b w:val="0"/>
          <w:bCs w:val="0"/>
          <w:sz w:val="20"/>
          <w:szCs w:val="20"/>
          <w:lang w:val="pl-PL"/>
        </w:rPr>
        <w:t>5</w:t>
      </w:r>
      <w:r w:rsidR="00733608" w:rsidRPr="00D73412">
        <w:rPr>
          <w:rFonts w:ascii="Arial" w:hAnsi="Arial" w:cs="Arial"/>
          <w:b w:val="0"/>
          <w:bCs w:val="0"/>
          <w:sz w:val="20"/>
          <w:szCs w:val="20"/>
          <w:lang w:val="pl-PL"/>
        </w:rPr>
        <w:t xml:space="preserve"> </w:t>
      </w:r>
      <w:r w:rsidR="00A666EB" w:rsidRPr="00D73412">
        <w:rPr>
          <w:rFonts w:ascii="Arial" w:hAnsi="Arial" w:cs="Arial"/>
          <w:b w:val="0"/>
          <w:bCs w:val="0"/>
          <w:sz w:val="20"/>
          <w:szCs w:val="20"/>
          <w:lang w:val="pl-PL"/>
        </w:rPr>
        <w:t xml:space="preserve">dni </w:t>
      </w:r>
      <w:r w:rsidR="00733608" w:rsidRPr="00D73412">
        <w:rPr>
          <w:rFonts w:ascii="Arial" w:hAnsi="Arial" w:cs="Arial"/>
          <w:b w:val="0"/>
          <w:bCs w:val="0"/>
          <w:sz w:val="20"/>
          <w:szCs w:val="20"/>
          <w:lang w:val="pl-PL"/>
        </w:rPr>
        <w:t>robocz</w:t>
      </w:r>
      <w:r w:rsidR="003663A9" w:rsidRPr="00D73412">
        <w:rPr>
          <w:rFonts w:ascii="Arial" w:hAnsi="Arial" w:cs="Arial"/>
          <w:b w:val="0"/>
          <w:bCs w:val="0"/>
          <w:sz w:val="20"/>
          <w:szCs w:val="20"/>
          <w:lang w:val="pl-PL"/>
        </w:rPr>
        <w:t>ych</w:t>
      </w:r>
      <w:r w:rsidR="00733608" w:rsidRPr="00D73412">
        <w:rPr>
          <w:rFonts w:ascii="Arial" w:hAnsi="Arial" w:cs="Arial"/>
          <w:b w:val="0"/>
          <w:bCs w:val="0"/>
          <w:sz w:val="20"/>
          <w:szCs w:val="20"/>
          <w:lang w:val="pl-PL"/>
        </w:rPr>
        <w:t xml:space="preserve"> przed terminem składania ofert.</w:t>
      </w:r>
    </w:p>
    <w:p w14:paraId="47300277" w14:textId="1D3F5F60" w:rsidR="00733608" w:rsidRPr="00A647B7" w:rsidRDefault="00733608" w:rsidP="00D64484">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 xml:space="preserve">Komplet dokumentów zostanie przesłany zwrotnie na adres, z którego przesłano </w:t>
      </w:r>
      <w:r w:rsidR="00281F98" w:rsidRPr="00D73412">
        <w:rPr>
          <w:rFonts w:ascii="Arial" w:hAnsi="Arial" w:cs="Arial"/>
          <w:sz w:val="20"/>
          <w:szCs w:val="20"/>
          <w:lang w:val="pl-PL"/>
        </w:rPr>
        <w:t xml:space="preserve">NDA </w:t>
      </w:r>
      <w:r w:rsidRPr="00D73412">
        <w:rPr>
          <w:rFonts w:ascii="Arial" w:hAnsi="Arial" w:cs="Arial"/>
          <w:sz w:val="20"/>
          <w:szCs w:val="20"/>
          <w:lang w:val="pl-PL"/>
        </w:rPr>
        <w:t>w ciągu 2 dni roboczych od otrzymania dokumentu.</w:t>
      </w:r>
    </w:p>
    <w:p w14:paraId="6AD34B57" w14:textId="389C9D38" w:rsidR="00A647B7" w:rsidRPr="00A647B7" w:rsidRDefault="00A647B7" w:rsidP="00D64484">
      <w:pPr>
        <w:pStyle w:val="Akapitzlist"/>
        <w:numPr>
          <w:ilvl w:val="1"/>
          <w:numId w:val="17"/>
        </w:numPr>
        <w:spacing w:after="0"/>
        <w:jc w:val="both"/>
        <w:rPr>
          <w:rFonts w:ascii="Arial" w:hAnsi="Arial" w:cs="Arial"/>
          <w:sz w:val="20"/>
          <w:szCs w:val="20"/>
          <w:lang w:val="pl-PL"/>
        </w:rPr>
      </w:pPr>
      <w:r w:rsidRPr="00D64484">
        <w:rPr>
          <w:rFonts w:ascii="Arial" w:hAnsi="Arial" w:cs="Arial"/>
          <w:sz w:val="20"/>
          <w:szCs w:val="20"/>
          <w:lang w:val="pl-PL"/>
        </w:rPr>
        <w:t>Szczegółowy Opis Przedmiotu Zamówienia należy czytać łącznie z arkuszem</w:t>
      </w:r>
      <w:r w:rsidR="008E0B6D">
        <w:rPr>
          <w:rFonts w:ascii="Arial" w:hAnsi="Arial" w:cs="Arial"/>
          <w:sz w:val="20"/>
          <w:szCs w:val="20"/>
          <w:lang w:val="pl-PL"/>
        </w:rPr>
        <w:t>„</w:t>
      </w:r>
      <w:r w:rsidRPr="00D64484">
        <w:rPr>
          <w:rFonts w:ascii="Arial" w:hAnsi="Arial" w:cs="Arial"/>
          <w:sz w:val="20"/>
          <w:szCs w:val="20"/>
          <w:lang w:val="pl-PL"/>
        </w:rPr>
        <w:t>2 Scope of Works</w:t>
      </w:r>
      <w:r w:rsidR="008E0B6D">
        <w:rPr>
          <w:rFonts w:ascii="Arial" w:hAnsi="Arial" w:cs="Arial"/>
          <w:sz w:val="20"/>
          <w:szCs w:val="20"/>
          <w:lang w:val="pl-PL"/>
        </w:rPr>
        <w:t>”</w:t>
      </w:r>
      <w:r w:rsidRPr="00D64484">
        <w:rPr>
          <w:rFonts w:ascii="Arial" w:hAnsi="Arial" w:cs="Arial"/>
          <w:sz w:val="20"/>
          <w:szCs w:val="20"/>
          <w:lang w:val="pl-PL"/>
        </w:rPr>
        <w:t>, stanowiącym część Załącznika nr 6, który Oferent zobowiązany jest uzupełni</w:t>
      </w:r>
      <w:r>
        <w:rPr>
          <w:rFonts w:ascii="Arial" w:hAnsi="Arial" w:cs="Arial"/>
          <w:sz w:val="20"/>
          <w:szCs w:val="20"/>
          <w:lang w:val="pl-PL"/>
        </w:rPr>
        <w:t>ć</w:t>
      </w:r>
      <w:r w:rsidRPr="00D64484">
        <w:rPr>
          <w:rFonts w:ascii="Arial" w:hAnsi="Arial" w:cs="Arial"/>
          <w:sz w:val="20"/>
          <w:szCs w:val="20"/>
          <w:lang w:val="pl-PL"/>
        </w:rPr>
        <w:t>.</w:t>
      </w:r>
    </w:p>
    <w:p w14:paraId="5787AEAC" w14:textId="0F2BC995" w:rsidR="002503F1" w:rsidRPr="00D73412" w:rsidRDefault="002503F1" w:rsidP="00D64484">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Zasada zrównoważonego rozwoju</w:t>
      </w:r>
      <w:r w:rsidR="002D3124" w:rsidRPr="00D73412">
        <w:rPr>
          <w:rFonts w:ascii="Arial" w:hAnsi="Arial" w:cs="Arial"/>
          <w:sz w:val="20"/>
          <w:szCs w:val="20"/>
          <w:lang w:val="pl-PL"/>
        </w:rPr>
        <w:t xml:space="preserve">: </w:t>
      </w:r>
      <w:r w:rsidRPr="00D73412">
        <w:rPr>
          <w:rFonts w:ascii="Arial" w:hAnsi="Arial" w:cs="Arial"/>
          <w:sz w:val="20"/>
          <w:szCs w:val="20"/>
          <w:lang w:val="pl-PL"/>
        </w:rPr>
        <w:t>Zamawiający wymaga, aby przedmiot zamówienia był realizowany zgodnie z zasadą zrównoważonego rozwoju, w szczególności poprzez racjonalne i oszczędne wykorzystywanie materiałów, surowców, energii i innych zasobów, a także ograniczanie negatywnego oddziaływania realizowanych prac na środowisko.</w:t>
      </w:r>
    </w:p>
    <w:p w14:paraId="6B6339DF" w14:textId="08D61B96" w:rsidR="002503F1" w:rsidRPr="00D73412" w:rsidRDefault="002503F1" w:rsidP="002D3124">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Rozwiązania proekologiczne</w:t>
      </w:r>
      <w:r w:rsidR="002D3124" w:rsidRPr="00D73412">
        <w:rPr>
          <w:rFonts w:ascii="Arial" w:hAnsi="Arial" w:cs="Arial"/>
          <w:sz w:val="20"/>
          <w:szCs w:val="20"/>
          <w:lang w:val="pl-PL"/>
        </w:rPr>
        <w:t xml:space="preserve">: </w:t>
      </w:r>
      <w:r w:rsidR="00A074EA" w:rsidRPr="00D73412">
        <w:rPr>
          <w:rFonts w:ascii="Arial" w:hAnsi="Arial" w:cs="Arial"/>
          <w:sz w:val="20"/>
          <w:szCs w:val="20"/>
          <w:lang w:val="pl-PL"/>
        </w:rPr>
        <w:t>w</w:t>
      </w:r>
      <w:r w:rsidRPr="00D73412">
        <w:rPr>
          <w:rFonts w:ascii="Arial" w:hAnsi="Arial" w:cs="Arial"/>
          <w:sz w:val="20"/>
          <w:szCs w:val="20"/>
          <w:lang w:val="pl-PL"/>
        </w:rPr>
        <w:t>ykonawca zobowiązany jest do stosowania, w zakresie adekwatnym do przedmiotu zamówienia, rozwiązań proekologicznych, w szczególności do zapobiegania powstawaniu odpadów, ich ponownego wykorzystywania oraz przekazywania ich do recyklingu lub innego zgodnego z prawem zagospodarowania.</w:t>
      </w:r>
    </w:p>
    <w:p w14:paraId="728C404D" w14:textId="59242B92" w:rsidR="002503F1" w:rsidRPr="00D73412" w:rsidRDefault="002503F1" w:rsidP="002D3124">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Zasady horyzontalne i DNSH</w:t>
      </w:r>
      <w:r w:rsidR="002D3124" w:rsidRPr="00D73412">
        <w:rPr>
          <w:rFonts w:ascii="Arial" w:hAnsi="Arial" w:cs="Arial"/>
          <w:sz w:val="20"/>
          <w:szCs w:val="20"/>
          <w:lang w:val="pl-PL"/>
        </w:rPr>
        <w:t xml:space="preserve">: </w:t>
      </w:r>
      <w:r w:rsidR="00A074EA" w:rsidRPr="00D73412">
        <w:rPr>
          <w:rFonts w:ascii="Arial" w:hAnsi="Arial" w:cs="Arial"/>
          <w:sz w:val="20"/>
          <w:szCs w:val="20"/>
          <w:lang w:val="pl-PL"/>
        </w:rPr>
        <w:t>w</w:t>
      </w:r>
      <w:r w:rsidRPr="00D73412">
        <w:rPr>
          <w:rFonts w:ascii="Arial" w:hAnsi="Arial" w:cs="Arial"/>
          <w:sz w:val="20"/>
          <w:szCs w:val="20"/>
          <w:lang w:val="pl-PL"/>
        </w:rPr>
        <w:t>ykonawca zobowiązany jest realizować przedmiot zamówienia z poszanowaniem zasad horyzontalnych, w tym Karty praw podstawowych Unii Europejskiej, Konwencji ONZ o prawach osób niepełnosprawnych, zasady równości kobiet i mężczyzn oraz zasady równego traktowania i niedyskryminacji.</w:t>
      </w:r>
      <w:r w:rsidR="002D3124" w:rsidRPr="00D73412">
        <w:rPr>
          <w:rFonts w:ascii="Arial" w:hAnsi="Arial" w:cs="Arial"/>
          <w:sz w:val="20"/>
          <w:szCs w:val="20"/>
          <w:lang w:val="pl-PL"/>
        </w:rPr>
        <w:t xml:space="preserve"> </w:t>
      </w:r>
      <w:r w:rsidRPr="00D73412">
        <w:rPr>
          <w:rFonts w:ascii="Arial" w:hAnsi="Arial" w:cs="Arial"/>
          <w:sz w:val="20"/>
          <w:szCs w:val="20"/>
          <w:lang w:val="pl-PL"/>
        </w:rPr>
        <w:t>Wykonawca zobowiązany jest również do realizacji zamówienia zgodnie z zasadą DNSH („Nie czyń poważnych szkód”), o której mowa w art. 17 rozporządzenia Parlamentu Europejskiego i Rady (UE) 2020/852, w szczególności poprzez ograniczanie emisji, zużycia zasobów i ilości odpadów oraz podejmowanie działań służących ochronie środowiska i adaptacji do zmian klimatu.</w:t>
      </w:r>
    </w:p>
    <w:p w14:paraId="1D40EDDE" w14:textId="6B6B028A" w:rsidR="002D3124" w:rsidRPr="00D73412" w:rsidRDefault="002503F1"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Złożenie oferty oznacza potwierdzenie akceptacji powyższych wymagań</w:t>
      </w:r>
      <w:r w:rsidR="0013158F" w:rsidRPr="00D73412">
        <w:rPr>
          <w:rFonts w:ascii="Arial" w:hAnsi="Arial" w:cs="Arial"/>
          <w:sz w:val="20"/>
          <w:szCs w:val="20"/>
          <w:lang w:val="pl-PL"/>
        </w:rPr>
        <w:t>.</w:t>
      </w:r>
    </w:p>
    <w:p w14:paraId="48B75EDF" w14:textId="61B13080" w:rsidR="0013158F" w:rsidRPr="00D73412" w:rsidRDefault="009945B7" w:rsidP="009945B7">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KODY CPV</w:t>
      </w:r>
    </w:p>
    <w:p w14:paraId="2B68A360" w14:textId="4EA730EE"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45000000-7 Roboty budowlane </w:t>
      </w:r>
    </w:p>
    <w:p w14:paraId="3FDB4AE8" w14:textId="3EC0E336" w:rsidR="00320B6D" w:rsidRPr="00D73412" w:rsidRDefault="00320B6D" w:rsidP="009945B7">
      <w:pPr>
        <w:pStyle w:val="Akapitzlist"/>
        <w:ind w:left="1080"/>
        <w:jc w:val="both"/>
        <w:rPr>
          <w:rFonts w:ascii="Arial" w:hAnsi="Arial" w:cs="Arial"/>
          <w:sz w:val="20"/>
          <w:szCs w:val="20"/>
          <w:lang w:val="pl-PL"/>
        </w:rPr>
      </w:pPr>
      <w:r w:rsidRPr="00D73412">
        <w:rPr>
          <w:rFonts w:ascii="Arial" w:hAnsi="Arial" w:cs="Arial"/>
          <w:sz w:val="20"/>
          <w:szCs w:val="20"/>
          <w:lang w:val="pl-PL"/>
        </w:rPr>
        <w:lastRenderedPageBreak/>
        <w:t>45100000-8 Przygotowanie terenu pod budowę</w:t>
      </w:r>
    </w:p>
    <w:p w14:paraId="356B7C9A"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45310000-3 Roboty instalacyjne elektryczne</w:t>
      </w:r>
    </w:p>
    <w:p w14:paraId="0FFA83E2"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45311000-0 Roboty w zakresie okablowania oraz instalacji elektrycznych</w:t>
      </w:r>
    </w:p>
    <w:p w14:paraId="1C5B4EC6"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45314300-4 Instalowanie infrastruktury okablowania</w:t>
      </w:r>
    </w:p>
    <w:p w14:paraId="2093FE0D"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45315300-1 Instalacje zasilania elektrycznego</w:t>
      </w:r>
    </w:p>
    <w:p w14:paraId="514B4474"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45317000-2 Inne instalacje elektryczne</w:t>
      </w:r>
    </w:p>
    <w:p w14:paraId="0A85094D"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71220000-6 Usługi projektowania architektonicznego</w:t>
      </w:r>
    </w:p>
    <w:p w14:paraId="357BFE46"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71247000-1 Nadzór nad robotami budowlanymi</w:t>
      </w:r>
    </w:p>
    <w:p w14:paraId="6722D879"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71248000-8 Nadzór nad projektem i dokumentacją</w:t>
      </w:r>
    </w:p>
    <w:p w14:paraId="2335ED86" w14:textId="37B0E4B9"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71320000-7 Usługi inżynieryjne w zakresie projektowania</w:t>
      </w:r>
    </w:p>
    <w:p w14:paraId="6EA5657B" w14:textId="4BD48E47"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45200000-9</w:t>
      </w:r>
      <w:r w:rsidR="00320B6D" w:rsidRPr="00D73412">
        <w:rPr>
          <w:rFonts w:ascii="Arial" w:hAnsi="Arial" w:cs="Arial"/>
          <w:sz w:val="20"/>
          <w:szCs w:val="20"/>
          <w:lang w:val="pl-PL"/>
        </w:rPr>
        <w:t xml:space="preserve"> </w:t>
      </w:r>
      <w:r w:rsidRPr="00D73412">
        <w:rPr>
          <w:rFonts w:ascii="Arial" w:hAnsi="Arial" w:cs="Arial"/>
          <w:sz w:val="20"/>
          <w:szCs w:val="20"/>
          <w:lang w:val="pl-PL"/>
        </w:rPr>
        <w:t>Roboty budowlane w zakresie wznoszenia kompletnych obiektów budowlanych lub ich części oraz roboty w zakresie inżynierii lądowej i wodnej 45220000-5 Roboty inżynieryjne i budowlane</w:t>
      </w:r>
    </w:p>
    <w:p w14:paraId="7575238E" w14:textId="67DD4FEC"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45231400-9 Roboty budowlane w zakresie budowy linii energetycznych </w:t>
      </w:r>
    </w:p>
    <w:p w14:paraId="0EDC4223" w14:textId="30500D91"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45232200-4 Roboty pomocnicze w zakresie linii energetycznych </w:t>
      </w:r>
    </w:p>
    <w:p w14:paraId="5C9C8CDA" w14:textId="0A253EAF"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31170000-8 Transformatory </w:t>
      </w:r>
    </w:p>
    <w:p w14:paraId="20378516" w14:textId="51E26C3B"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31200000-8 Aparatura do przesyłu i eksploatacji energii elektrycznej </w:t>
      </w:r>
    </w:p>
    <w:p w14:paraId="56E47F09" w14:textId="765EF729" w:rsidR="00875DB6" w:rsidRPr="00D73412" w:rsidRDefault="009945B7" w:rsidP="00875DB6">
      <w:pPr>
        <w:pStyle w:val="Akapitzlist"/>
        <w:ind w:left="1080"/>
        <w:jc w:val="both"/>
        <w:rPr>
          <w:rFonts w:ascii="Arial" w:hAnsi="Arial" w:cs="Arial"/>
          <w:sz w:val="20"/>
          <w:szCs w:val="20"/>
          <w:lang w:val="pl-PL"/>
        </w:rPr>
      </w:pPr>
      <w:r w:rsidRPr="00D73412">
        <w:rPr>
          <w:rFonts w:ascii="Arial" w:hAnsi="Arial" w:cs="Arial"/>
          <w:sz w:val="20"/>
          <w:szCs w:val="20"/>
          <w:lang w:val="pl-PL"/>
        </w:rPr>
        <w:t>31440000-2 Baterie</w:t>
      </w:r>
    </w:p>
    <w:p w14:paraId="3B44E819" w14:textId="01BD6DB4" w:rsidR="002D3124" w:rsidRPr="00D73412" w:rsidRDefault="0013158F" w:rsidP="0013158F">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 xml:space="preserve">ZAKRES </w:t>
      </w:r>
      <w:r w:rsidR="00072EF1" w:rsidRPr="00D73412">
        <w:rPr>
          <w:rFonts w:ascii="Arial" w:hAnsi="Arial" w:cs="Arial"/>
          <w:sz w:val="20"/>
          <w:szCs w:val="20"/>
          <w:lang w:val="pl-PL"/>
        </w:rPr>
        <w:t>PRZEDMIOTU ZAMÓWIENIA</w:t>
      </w:r>
    </w:p>
    <w:p w14:paraId="026B3CB0" w14:textId="5092FB09" w:rsidR="00533510" w:rsidRPr="00D73412" w:rsidRDefault="00072EF1"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Zakres Przedmiotu Zamówienia</w:t>
      </w:r>
      <w:r w:rsidR="002D3124" w:rsidRPr="00D73412">
        <w:rPr>
          <w:rFonts w:ascii="Arial" w:hAnsi="Arial" w:cs="Arial"/>
          <w:sz w:val="20"/>
          <w:szCs w:val="20"/>
          <w:lang w:val="pl-PL"/>
        </w:rPr>
        <w:t xml:space="preserve"> </w:t>
      </w:r>
      <w:r w:rsidR="00281F98" w:rsidRPr="00D73412">
        <w:rPr>
          <w:rFonts w:ascii="Arial" w:hAnsi="Arial" w:cs="Arial"/>
          <w:sz w:val="20"/>
          <w:szCs w:val="20"/>
          <w:lang w:val="pl-PL"/>
        </w:rPr>
        <w:t xml:space="preserve">w Zakresie Podstawowym </w:t>
      </w:r>
      <w:r w:rsidR="002D3124" w:rsidRPr="00D73412">
        <w:rPr>
          <w:rFonts w:ascii="Arial" w:hAnsi="Arial" w:cs="Arial"/>
          <w:sz w:val="20"/>
          <w:szCs w:val="20"/>
          <w:lang w:val="pl-PL"/>
        </w:rPr>
        <w:t>obejmuje</w:t>
      </w:r>
      <w:r w:rsidRPr="00D73412">
        <w:rPr>
          <w:rFonts w:ascii="Arial" w:hAnsi="Arial" w:cs="Arial"/>
          <w:sz w:val="20"/>
          <w:szCs w:val="20"/>
          <w:lang w:val="pl-PL"/>
        </w:rPr>
        <w:t xml:space="preserve"> w szczególności</w:t>
      </w:r>
      <w:r w:rsidR="002D3124" w:rsidRPr="00D73412">
        <w:rPr>
          <w:rFonts w:ascii="Arial" w:hAnsi="Arial" w:cs="Arial"/>
          <w:sz w:val="20"/>
          <w:szCs w:val="20"/>
          <w:lang w:val="pl-PL"/>
        </w:rPr>
        <w:t>:</w:t>
      </w:r>
      <w:r w:rsidRPr="00D73412">
        <w:rPr>
          <w:rFonts w:ascii="Arial" w:hAnsi="Arial" w:cs="Arial"/>
          <w:sz w:val="20"/>
          <w:szCs w:val="20"/>
          <w:lang w:val="pl-PL"/>
        </w:rPr>
        <w:t xml:space="preserve"> </w:t>
      </w:r>
    </w:p>
    <w:p w14:paraId="6703D0A6" w14:textId="77777777"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opracowanie kompletnej dokumentacji projektowej, wykonawczej i powykonawczej oraz uzyskanie wymaganych decyzji, uzgodnień i pozwoleń;</w:t>
      </w:r>
    </w:p>
    <w:p w14:paraId="186870A9" w14:textId="18088C42" w:rsidR="00533510" w:rsidRPr="00D73412" w:rsidRDefault="00263C58"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zakup, dostawę</w:t>
      </w:r>
      <w:r w:rsidR="00366107" w:rsidRPr="00D73412">
        <w:rPr>
          <w:rFonts w:ascii="Arial" w:hAnsi="Arial" w:cs="Arial"/>
          <w:sz w:val="20"/>
          <w:szCs w:val="20"/>
          <w:lang w:val="pl-PL"/>
        </w:rPr>
        <w:t>, montaż, integracj</w:t>
      </w:r>
      <w:r w:rsidR="00072EF1" w:rsidRPr="00D73412">
        <w:rPr>
          <w:rFonts w:ascii="Arial" w:hAnsi="Arial" w:cs="Arial"/>
          <w:sz w:val="20"/>
          <w:szCs w:val="20"/>
          <w:lang w:val="pl-PL"/>
        </w:rPr>
        <w:t>ę</w:t>
      </w:r>
      <w:r w:rsidR="00366107" w:rsidRPr="00D73412">
        <w:rPr>
          <w:rFonts w:ascii="Arial" w:hAnsi="Arial" w:cs="Arial"/>
          <w:sz w:val="20"/>
          <w:szCs w:val="20"/>
          <w:lang w:val="pl-PL"/>
        </w:rPr>
        <w:t xml:space="preserve"> i uruchomienie systemu BESS, urządzeń pomocniczych, systemów sterowania, zabezpieczeń, telekomunikacji i infrastruktury towarzyszącej</w:t>
      </w:r>
      <w:r w:rsidR="00A70DB1" w:rsidRPr="00D73412">
        <w:rPr>
          <w:rFonts w:ascii="Arial" w:hAnsi="Arial" w:cs="Arial"/>
          <w:sz w:val="20"/>
          <w:szCs w:val="20"/>
          <w:lang w:val="pl-PL"/>
        </w:rPr>
        <w:t xml:space="preserve"> z wyłączeniem dostawy i zakupu </w:t>
      </w:r>
      <w:r w:rsidR="00272044" w:rsidRPr="00D73412">
        <w:rPr>
          <w:rFonts w:ascii="Arial" w:hAnsi="Arial" w:cs="Arial"/>
          <w:sz w:val="20"/>
          <w:szCs w:val="20"/>
          <w:lang w:val="pl-PL"/>
        </w:rPr>
        <w:t>transformatora elektroenergetycznego wysokiego napięcia 220/33 kV</w:t>
      </w:r>
      <w:r w:rsidR="00366107" w:rsidRPr="00D73412">
        <w:rPr>
          <w:rFonts w:ascii="Arial" w:hAnsi="Arial" w:cs="Arial"/>
          <w:sz w:val="20"/>
          <w:szCs w:val="20"/>
          <w:lang w:val="pl-PL"/>
        </w:rPr>
        <w:t>;</w:t>
      </w:r>
    </w:p>
    <w:p w14:paraId="79B6D3A4" w14:textId="77777777"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wykonanie robót budowlanych, elektroenergetycznych, instalacyjnych i montażowych;</w:t>
      </w:r>
    </w:p>
    <w:p w14:paraId="75E22905" w14:textId="70FCA1B8"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realizacj</w:t>
      </w:r>
      <w:r w:rsidR="00072EF1" w:rsidRPr="00D73412">
        <w:rPr>
          <w:rFonts w:ascii="Arial" w:hAnsi="Arial" w:cs="Arial"/>
          <w:sz w:val="20"/>
          <w:szCs w:val="20"/>
          <w:lang w:val="pl-PL"/>
        </w:rPr>
        <w:t>ę</w:t>
      </w:r>
      <w:r w:rsidRPr="00D73412">
        <w:rPr>
          <w:rFonts w:ascii="Arial" w:hAnsi="Arial" w:cs="Arial"/>
          <w:sz w:val="20"/>
          <w:szCs w:val="20"/>
          <w:lang w:val="pl-PL"/>
        </w:rPr>
        <w:t xml:space="preserve"> obowiązków wykonawcy związanych z układem przejściowym w zakresie określonym w dokumentacji postępowania;</w:t>
      </w:r>
    </w:p>
    <w:p w14:paraId="004C9B22" w14:textId="57AFE447"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współprac</w:t>
      </w:r>
      <w:r w:rsidR="00072EF1" w:rsidRPr="00D73412">
        <w:rPr>
          <w:rFonts w:ascii="Arial" w:hAnsi="Arial" w:cs="Arial"/>
          <w:sz w:val="20"/>
          <w:szCs w:val="20"/>
          <w:lang w:val="pl-PL"/>
        </w:rPr>
        <w:t>ę</w:t>
      </w:r>
      <w:r w:rsidRPr="00D73412">
        <w:rPr>
          <w:rFonts w:ascii="Arial" w:hAnsi="Arial" w:cs="Arial"/>
          <w:sz w:val="20"/>
          <w:szCs w:val="20"/>
          <w:lang w:val="pl-PL"/>
        </w:rPr>
        <w:t xml:space="preserve"> z Zamawiającym, PSE S.A., NFOŚiGW oraz właściwymi organami i w zakresie niezbędnym do realizacji inwestycji;</w:t>
      </w:r>
    </w:p>
    <w:p w14:paraId="15E813A3" w14:textId="77777777"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przeprowadzenie rozruchów, prób, odbiorów, testów funkcjonalnych i testów wymaganych dla przyłączenia oraz przekazanie obiektu do eksploatacji;</w:t>
      </w:r>
    </w:p>
    <w:p w14:paraId="0346151C" w14:textId="44D7D47A"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 xml:space="preserve">przeszkolenie personelu Zamawiającego, przekazanie dokumentacji, </w:t>
      </w:r>
      <w:r w:rsidR="00263C58" w:rsidRPr="00D73412">
        <w:rPr>
          <w:rFonts w:ascii="Arial" w:hAnsi="Arial" w:cs="Arial"/>
          <w:sz w:val="20"/>
          <w:szCs w:val="20"/>
          <w:lang w:val="pl-PL"/>
        </w:rPr>
        <w:t xml:space="preserve">praw autorskich, </w:t>
      </w:r>
      <w:r w:rsidRPr="00D73412">
        <w:rPr>
          <w:rFonts w:ascii="Arial" w:hAnsi="Arial" w:cs="Arial"/>
          <w:sz w:val="20"/>
          <w:szCs w:val="20"/>
          <w:lang w:val="pl-PL"/>
        </w:rPr>
        <w:t>licencji, gwarancji i innych wymaganych dokumentów;</w:t>
      </w:r>
    </w:p>
    <w:p w14:paraId="4189545F" w14:textId="526CC3BD" w:rsidR="00072EF1"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świadczeni</w:t>
      </w:r>
      <w:r w:rsidR="00072EF1" w:rsidRPr="00D73412">
        <w:rPr>
          <w:rFonts w:ascii="Arial" w:hAnsi="Arial" w:cs="Arial"/>
          <w:sz w:val="20"/>
          <w:szCs w:val="20"/>
          <w:lang w:val="pl-PL"/>
        </w:rPr>
        <w:t>e</w:t>
      </w:r>
      <w:r w:rsidRPr="00D73412">
        <w:rPr>
          <w:rFonts w:ascii="Arial" w:hAnsi="Arial" w:cs="Arial"/>
          <w:sz w:val="20"/>
          <w:szCs w:val="20"/>
          <w:lang w:val="pl-PL"/>
        </w:rPr>
        <w:t xml:space="preserve"> gwarancyjne, serwisowe i inne obowiązki w zakresie wskazanym w projekcie umowy EPC</w:t>
      </w:r>
      <w:r w:rsidR="00072EF1" w:rsidRPr="00D73412">
        <w:rPr>
          <w:rFonts w:ascii="Arial" w:hAnsi="Arial" w:cs="Arial"/>
          <w:sz w:val="20"/>
          <w:szCs w:val="20"/>
          <w:lang w:val="pl-PL"/>
        </w:rPr>
        <w:t>;</w:t>
      </w:r>
    </w:p>
    <w:p w14:paraId="01AEE8B5" w14:textId="78E709B8" w:rsidR="002D3124" w:rsidRPr="00D73412" w:rsidRDefault="00072EF1"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świadczenie usług O&amp;M (</w:t>
      </w:r>
      <w:r w:rsidRPr="00D73412">
        <w:rPr>
          <w:rFonts w:ascii="Arial" w:hAnsi="Arial" w:cs="Arial"/>
          <w:i/>
          <w:iCs/>
          <w:sz w:val="20"/>
          <w:szCs w:val="20"/>
          <w:lang w:val="pl-PL"/>
        </w:rPr>
        <w:t>operations and maintenance</w:t>
      </w:r>
      <w:r w:rsidRPr="00D73412">
        <w:rPr>
          <w:rFonts w:ascii="Arial" w:hAnsi="Arial" w:cs="Arial"/>
          <w:sz w:val="20"/>
          <w:szCs w:val="20"/>
          <w:lang w:val="pl-PL"/>
        </w:rPr>
        <w:t>) przez okres 2 lat od zakończenia realizacji inwestycji w zakresie określonym w projekcie umowy EPC i w załącznikach do tej umowy</w:t>
      </w:r>
      <w:r w:rsidR="00366107" w:rsidRPr="00D73412">
        <w:rPr>
          <w:rFonts w:ascii="Arial" w:hAnsi="Arial" w:cs="Arial"/>
          <w:sz w:val="20"/>
          <w:szCs w:val="20"/>
          <w:lang w:val="pl-PL"/>
        </w:rPr>
        <w:t>.</w:t>
      </w:r>
    </w:p>
    <w:p w14:paraId="7EB430A6" w14:textId="5319279F" w:rsidR="00A778E3" w:rsidRPr="00D73412" w:rsidRDefault="00072EF1" w:rsidP="00164E3A">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Przedmiot Zamówienia,</w:t>
      </w:r>
      <w:r w:rsidR="00A778E3" w:rsidRPr="00D73412">
        <w:rPr>
          <w:rFonts w:ascii="Arial" w:hAnsi="Arial" w:cs="Arial"/>
          <w:sz w:val="20"/>
          <w:szCs w:val="20"/>
          <w:lang w:val="pl-PL"/>
        </w:rPr>
        <w:t xml:space="preserve"> w zakresie obejmującym Zakres Podstawowy </w:t>
      </w:r>
      <w:r w:rsidRPr="00D73412">
        <w:rPr>
          <w:rFonts w:ascii="Arial" w:hAnsi="Arial" w:cs="Arial"/>
          <w:sz w:val="20"/>
          <w:szCs w:val="20"/>
          <w:lang w:val="pl-PL"/>
        </w:rPr>
        <w:t>i</w:t>
      </w:r>
      <w:r w:rsidR="00A778E3" w:rsidRPr="00D73412">
        <w:rPr>
          <w:rFonts w:ascii="Arial" w:hAnsi="Arial" w:cs="Arial"/>
          <w:sz w:val="20"/>
          <w:szCs w:val="20"/>
          <w:lang w:val="pl-PL"/>
        </w:rPr>
        <w:t xml:space="preserve"> Zakres Opcjonalny</w:t>
      </w:r>
      <w:r w:rsidRPr="00D73412">
        <w:rPr>
          <w:rFonts w:ascii="Arial" w:hAnsi="Arial" w:cs="Arial"/>
          <w:sz w:val="20"/>
          <w:szCs w:val="20"/>
          <w:lang w:val="pl-PL"/>
        </w:rPr>
        <w:t>,</w:t>
      </w:r>
      <w:r w:rsidR="00A778E3" w:rsidRPr="00D73412">
        <w:rPr>
          <w:rFonts w:ascii="Arial" w:hAnsi="Arial" w:cs="Arial"/>
          <w:sz w:val="20"/>
          <w:szCs w:val="20"/>
          <w:lang w:val="pl-PL"/>
        </w:rPr>
        <w:t xml:space="preserve"> obejmuje </w:t>
      </w:r>
      <w:r w:rsidRPr="00D73412">
        <w:rPr>
          <w:rFonts w:ascii="Arial" w:hAnsi="Arial" w:cs="Arial"/>
          <w:sz w:val="20"/>
          <w:szCs w:val="20"/>
          <w:lang w:val="pl-PL"/>
        </w:rPr>
        <w:t xml:space="preserve">w szczególności </w:t>
      </w:r>
      <w:r w:rsidR="00A778E3" w:rsidRPr="00D73412">
        <w:rPr>
          <w:rFonts w:ascii="Arial" w:hAnsi="Arial" w:cs="Arial"/>
          <w:sz w:val="20"/>
          <w:szCs w:val="20"/>
          <w:lang w:val="pl-PL"/>
        </w:rPr>
        <w:t xml:space="preserve">pkt. 6.1. lit. a. – </w:t>
      </w:r>
      <w:r w:rsidRPr="00D73412">
        <w:rPr>
          <w:rFonts w:ascii="Arial" w:hAnsi="Arial" w:cs="Arial"/>
          <w:sz w:val="20"/>
          <w:szCs w:val="20"/>
          <w:lang w:val="pl-PL"/>
        </w:rPr>
        <w:t>i</w:t>
      </w:r>
      <w:r w:rsidR="00A778E3" w:rsidRPr="00D73412">
        <w:rPr>
          <w:rFonts w:ascii="Arial" w:hAnsi="Arial" w:cs="Arial"/>
          <w:sz w:val="20"/>
          <w:szCs w:val="20"/>
          <w:lang w:val="pl-PL"/>
        </w:rPr>
        <w:t xml:space="preserve">. z zastrzeżeniem, że obejmuje </w:t>
      </w:r>
      <w:r w:rsidR="00A778E3" w:rsidRPr="00D73412">
        <w:rPr>
          <w:rFonts w:ascii="Arial" w:hAnsi="Arial" w:cs="Arial"/>
          <w:sz w:val="20"/>
          <w:szCs w:val="20"/>
          <w:lang w:val="pl-PL"/>
        </w:rPr>
        <w:lastRenderedPageBreak/>
        <w:t xml:space="preserve">również dostawę i zakup </w:t>
      </w:r>
      <w:r w:rsidR="00272044" w:rsidRPr="00D73412">
        <w:rPr>
          <w:rFonts w:ascii="Arial" w:hAnsi="Arial" w:cs="Arial"/>
          <w:sz w:val="20"/>
          <w:szCs w:val="20"/>
          <w:lang w:val="pl-PL"/>
        </w:rPr>
        <w:t>transformatora elektroenergetycznego wysokiego napięcia 220/33 kV</w:t>
      </w:r>
      <w:r w:rsidR="00CD7F19" w:rsidRPr="00D73412">
        <w:rPr>
          <w:rFonts w:ascii="Arial" w:hAnsi="Arial" w:cs="Arial"/>
          <w:sz w:val="20"/>
          <w:szCs w:val="20"/>
          <w:lang w:val="pl-PL"/>
        </w:rPr>
        <w:t xml:space="preserve">. </w:t>
      </w:r>
    </w:p>
    <w:p w14:paraId="5C26F783" w14:textId="0136B1D5" w:rsidR="0013158F" w:rsidRPr="00D73412" w:rsidRDefault="0013158F"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 xml:space="preserve">Zamawiający dopuszcza zmiany w umowie </w:t>
      </w:r>
      <w:r w:rsidR="00072EF1" w:rsidRPr="00D73412">
        <w:rPr>
          <w:rFonts w:ascii="Arial" w:hAnsi="Arial" w:cs="Arial"/>
          <w:sz w:val="20"/>
          <w:szCs w:val="20"/>
          <w:lang w:val="pl-PL"/>
        </w:rPr>
        <w:t xml:space="preserve">EPC </w:t>
      </w:r>
      <w:r w:rsidRPr="00D73412">
        <w:rPr>
          <w:rFonts w:ascii="Arial" w:hAnsi="Arial" w:cs="Arial"/>
          <w:sz w:val="20"/>
          <w:szCs w:val="20"/>
          <w:lang w:val="pl-PL"/>
        </w:rPr>
        <w:t>w przypadkach tam określonych, w tym w wyniku siły wyższej. Zamawiający zastrzega możliwość przedłużenia realizacji przedmiotu zamówienia w przypadku zmiany harmonogramu projektu.</w:t>
      </w:r>
      <w:r w:rsidR="00072EF1" w:rsidRPr="00D73412">
        <w:rPr>
          <w:rFonts w:ascii="Arial" w:hAnsi="Arial" w:cs="Arial"/>
          <w:sz w:val="20"/>
          <w:szCs w:val="20"/>
          <w:lang w:val="pl-PL"/>
        </w:rPr>
        <w:t xml:space="preserve"> Projekt umowy EPC stanowiący załącznik do niniejszego zapytania ofertowego przewiduje realizację Przedmiotu Zamówienia zarówno w Zakresie Podstawowym, jak i w Zakresie Opcjonalnym. W przypadku decyzji Zamawiającego o realizacji wyłącznie Zakresu Podstawowego projekt Umowy EPC podpisywany z wykonawcą zostanie odpowiednio dostosowany do Zakresu Podstawowego. </w:t>
      </w:r>
      <w:r w:rsidR="002E4A09" w:rsidRPr="00D73412">
        <w:rPr>
          <w:rFonts w:ascii="Arial" w:hAnsi="Arial" w:cs="Arial"/>
          <w:sz w:val="20"/>
          <w:szCs w:val="20"/>
          <w:lang w:val="pl-PL"/>
        </w:rPr>
        <w:t xml:space="preserve">Dopuszcza się zmianę umowy EPC po wyborze oferenta w zakresie niezmieniającym istotnych postanowień Umowy, lecz jedynie doprecyzowującym lub ujednolicającym jej treść. </w:t>
      </w:r>
    </w:p>
    <w:p w14:paraId="5DF23275" w14:textId="199CC88D" w:rsidR="0013158F" w:rsidRPr="00D73412" w:rsidRDefault="0013158F"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 xml:space="preserve">Zamawiający informuje, że w Załączniku - Umowa EPC do zapytania ofertowego zawarte zostały zapisy zastrzegające karę umowną oraz zabezpieczenia. </w:t>
      </w:r>
    </w:p>
    <w:p w14:paraId="2F86927D" w14:textId="7FC51CC5" w:rsidR="0013158F" w:rsidRPr="00D73412" w:rsidRDefault="0013158F"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 xml:space="preserve">Szczegółowe zapisy w zakresie płatności zawarte zostały w Załączniku - Umowa EPC do zapytania ofertowego. </w:t>
      </w:r>
    </w:p>
    <w:p w14:paraId="58AE9309" w14:textId="03C6EFF5" w:rsidR="0013158F" w:rsidRPr="00D73412" w:rsidRDefault="0013158F"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Przedmiot zamówienia ma być nowy i objęty gwarancją. Szczegółowe zapisy w zakresie gwarancji i rękojmi zawarte zostały w Załączniku - Umowa EPC do zapytania ofertowego.</w:t>
      </w:r>
    </w:p>
    <w:p w14:paraId="270AA5E0" w14:textId="52D7C509" w:rsidR="00533510" w:rsidRPr="00D73412" w:rsidRDefault="00366107" w:rsidP="0013158F">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Jeżeli dokumentacja postępowania odwołuje się do norm, ocen technicznych, specyfikacji, systemów referencji technicznych, producentów, znaków towarowych lub nazw własnych</w:t>
      </w:r>
      <w:r w:rsidR="0086120C">
        <w:rPr>
          <w:rFonts w:ascii="Arial" w:hAnsi="Arial" w:cs="Arial"/>
          <w:sz w:val="20"/>
          <w:szCs w:val="20"/>
          <w:lang w:val="pl-PL"/>
        </w:rPr>
        <w:t>.</w:t>
      </w:r>
    </w:p>
    <w:p w14:paraId="27722C78" w14:textId="1A8F1923" w:rsidR="0086120C" w:rsidRPr="0086120C" w:rsidRDefault="0086120C" w:rsidP="0086120C">
      <w:pPr>
        <w:pStyle w:val="Akapitzlist"/>
        <w:numPr>
          <w:ilvl w:val="1"/>
          <w:numId w:val="17"/>
        </w:numPr>
        <w:jc w:val="both"/>
        <w:rPr>
          <w:rFonts w:ascii="Arial" w:hAnsi="Arial" w:cs="Arial"/>
          <w:sz w:val="20"/>
          <w:szCs w:val="20"/>
          <w:lang w:val="pl-PL"/>
        </w:rPr>
      </w:pPr>
      <w:r w:rsidRPr="0086120C">
        <w:rPr>
          <w:rFonts w:ascii="Arial" w:hAnsi="Arial" w:cs="Arial"/>
          <w:sz w:val="20"/>
          <w:szCs w:val="20"/>
          <w:lang w:val="pl-PL"/>
        </w:rPr>
        <w:t>Zamawiający dopuszcza oferowanie materiałów i urządzeń równoważnych pod warunkiem przedstawienia porównania i wskazania punktów mających znaczący wpływ na polepszenie funkcjonowania obiektu/instalacji/urządzenia w stosunku do określonych wymagań zapytania.</w:t>
      </w:r>
    </w:p>
    <w:p w14:paraId="6220BC27" w14:textId="6B4EC842" w:rsidR="0086120C" w:rsidRPr="0086120C" w:rsidRDefault="0086120C" w:rsidP="0086120C">
      <w:pPr>
        <w:pStyle w:val="Akapitzlist"/>
        <w:numPr>
          <w:ilvl w:val="1"/>
          <w:numId w:val="17"/>
        </w:numPr>
        <w:jc w:val="both"/>
        <w:rPr>
          <w:rFonts w:ascii="Arial" w:hAnsi="Arial" w:cs="Arial"/>
          <w:sz w:val="20"/>
          <w:szCs w:val="20"/>
          <w:lang w:val="pl-PL"/>
        </w:rPr>
      </w:pPr>
      <w:r w:rsidRPr="0086120C">
        <w:rPr>
          <w:rFonts w:ascii="Arial" w:hAnsi="Arial" w:cs="Arial"/>
          <w:sz w:val="20"/>
          <w:szCs w:val="20"/>
          <w:lang w:val="pl-PL"/>
        </w:rPr>
        <w:t xml:space="preserve">Elementy równoważne zagwarantują uzyskanie parametrów technicznych nie gorszych od wskazanych </w:t>
      </w:r>
      <w:r>
        <w:rPr>
          <w:rFonts w:ascii="Arial" w:hAnsi="Arial" w:cs="Arial"/>
          <w:sz w:val="20"/>
          <w:szCs w:val="20"/>
          <w:lang w:val="pl-PL"/>
        </w:rPr>
        <w:t>w dokumentacji postępowania ofertowego, w tym w SOPZ</w:t>
      </w:r>
      <w:r w:rsidRPr="0086120C">
        <w:rPr>
          <w:rFonts w:ascii="Arial" w:hAnsi="Arial" w:cs="Arial"/>
          <w:sz w:val="20"/>
          <w:szCs w:val="20"/>
          <w:lang w:val="pl-PL"/>
        </w:rPr>
        <w:t>, w szczególności w zakresie:</w:t>
      </w:r>
    </w:p>
    <w:p w14:paraId="1CDF05BA" w14:textId="0CE386E2"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poziomu unikniętej emisji CO2,</w:t>
      </w:r>
    </w:p>
    <w:p w14:paraId="32EB7714" w14:textId="3DA0C492"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parametrów minimalnych instalacji,</w:t>
      </w:r>
    </w:p>
    <w:p w14:paraId="0E441130" w14:textId="1C87A14D"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charakteru użytkowego (tożsamość funkcji),</w:t>
      </w:r>
    </w:p>
    <w:p w14:paraId="64540686" w14:textId="05597623"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charakterystyki materiałowej (rodzaj i jakość materiałów),</w:t>
      </w:r>
    </w:p>
    <w:p w14:paraId="068B2357" w14:textId="389694E7"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parametrów technicznych (wytrzymałość, trwałość, konstrukcje),</w:t>
      </w:r>
    </w:p>
    <w:p w14:paraId="7A1BD1F2" w14:textId="72CC831F" w:rsid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parametrów bezpieczeństwa użytkowania</w:t>
      </w:r>
    </w:p>
    <w:p w14:paraId="3E57AFFC" w14:textId="0FE01627" w:rsidR="0086120C" w:rsidRPr="00D64484" w:rsidRDefault="0086120C" w:rsidP="0086120C">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Wykonawca, który proponuje rozwiązanie równoważne, jest zobowiązany wykazać jego równoważność w </w:t>
      </w:r>
      <w:r>
        <w:rPr>
          <w:rFonts w:ascii="Arial" w:hAnsi="Arial" w:cs="Arial"/>
          <w:sz w:val="20"/>
          <w:szCs w:val="20"/>
          <w:lang w:val="pl-PL"/>
        </w:rPr>
        <w:t>O</w:t>
      </w:r>
      <w:r w:rsidRPr="00D73412">
        <w:rPr>
          <w:rFonts w:ascii="Arial" w:hAnsi="Arial" w:cs="Arial"/>
          <w:sz w:val="20"/>
          <w:szCs w:val="20"/>
          <w:lang w:val="pl-PL"/>
        </w:rPr>
        <w:t>fercie, przedstawiając stosowne dokumenty techniczne, certyfikaty, karty katalogowe, obliczenia lub inne dowody.</w:t>
      </w:r>
    </w:p>
    <w:p w14:paraId="777FFB05" w14:textId="7A5025F2" w:rsidR="00533510" w:rsidRPr="00D73412" w:rsidRDefault="00366107" w:rsidP="002D3124">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TERMINY</w:t>
      </w:r>
    </w:p>
    <w:p w14:paraId="130D6915" w14:textId="77777777" w:rsidR="003F71F2" w:rsidRPr="00D73412" w:rsidRDefault="003F71F2"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Oferent pozostaje związany złożoną ofertą przez okres 60 dni, przy czym bieg terminu związania ofertą rozpoczyna się wraz z upływem terminu składania ofert. Okres ważności musi być potwierdzony w ofercie. </w:t>
      </w:r>
    </w:p>
    <w:p w14:paraId="27FCAB22" w14:textId="77777777" w:rsidR="00263C58" w:rsidRPr="00D73412" w:rsidRDefault="00174BF1"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Oferent może samodzielnie wydłużyć termin związania Ofertą składając Zamawiającemu stosowne oświadczenie w tym zakresie. </w:t>
      </w:r>
    </w:p>
    <w:p w14:paraId="22C19F1C" w14:textId="77777777" w:rsidR="00263C58" w:rsidRPr="00D73412" w:rsidRDefault="00174BF1"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lastRenderedPageBreak/>
        <w:t xml:space="preserve">Zamawiający może, tylko raz i co najmniej na 3 dni przed upływem terminu związania Ofertą, zwrócić się do Oferentów o wyrażenie zgody na przedłużenie terminu związania Ofertą o oznaczony okres, nie dłuższy jednak niż 60 dni. </w:t>
      </w:r>
    </w:p>
    <w:p w14:paraId="4A2E87C8" w14:textId="3EAEC3CC" w:rsidR="00C47EB7" w:rsidRPr="00D73412" w:rsidRDefault="00B267F2" w:rsidP="00C47EB7">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Termin zakończenia realizacji </w:t>
      </w:r>
      <w:r w:rsidRPr="00DC63E7">
        <w:rPr>
          <w:rFonts w:ascii="Arial" w:hAnsi="Arial" w:cs="Arial"/>
          <w:sz w:val="20"/>
          <w:szCs w:val="20"/>
          <w:lang w:val="pl-PL"/>
        </w:rPr>
        <w:t xml:space="preserve">zamówienia przypada na 30 </w:t>
      </w:r>
      <w:r w:rsidR="00E03247" w:rsidRPr="00DC63E7">
        <w:rPr>
          <w:rFonts w:ascii="Arial" w:hAnsi="Arial" w:cs="Arial"/>
          <w:sz w:val="20"/>
          <w:szCs w:val="20"/>
          <w:lang w:val="pl-PL"/>
        </w:rPr>
        <w:t xml:space="preserve">sierpnia </w:t>
      </w:r>
      <w:r w:rsidRPr="00DC63E7">
        <w:rPr>
          <w:rFonts w:ascii="Arial" w:hAnsi="Arial" w:cs="Arial"/>
          <w:sz w:val="20"/>
          <w:szCs w:val="20"/>
          <w:lang w:val="pl-PL"/>
        </w:rPr>
        <w:t xml:space="preserve">2028 r. </w:t>
      </w:r>
      <w:r w:rsidR="00C47EB7" w:rsidRPr="00DC63E7">
        <w:rPr>
          <w:rFonts w:ascii="Arial" w:hAnsi="Arial" w:cs="Arial"/>
          <w:sz w:val="20"/>
          <w:szCs w:val="20"/>
          <w:lang w:val="pl-PL"/>
        </w:rPr>
        <w:t>Kamienie</w:t>
      </w:r>
      <w:r w:rsidR="00C47EB7" w:rsidRPr="00D73412">
        <w:rPr>
          <w:rFonts w:ascii="Arial" w:hAnsi="Arial" w:cs="Arial"/>
          <w:sz w:val="20"/>
          <w:szCs w:val="20"/>
          <w:lang w:val="pl-PL"/>
        </w:rPr>
        <w:t xml:space="preserve"> milowe </w:t>
      </w:r>
      <w:r w:rsidR="00796F84" w:rsidRPr="00D73412">
        <w:rPr>
          <w:rFonts w:ascii="Arial" w:hAnsi="Arial" w:cs="Arial"/>
          <w:sz w:val="20"/>
          <w:szCs w:val="20"/>
          <w:lang w:val="pl-PL"/>
        </w:rPr>
        <w:t>zostały</w:t>
      </w:r>
      <w:r w:rsidR="00C47EB7" w:rsidRPr="00D73412">
        <w:rPr>
          <w:rFonts w:ascii="Arial" w:hAnsi="Arial" w:cs="Arial"/>
          <w:sz w:val="20"/>
          <w:szCs w:val="20"/>
          <w:lang w:val="pl-PL"/>
        </w:rPr>
        <w:t xml:space="preserve"> określone w projekcie Umowy EPC.</w:t>
      </w:r>
      <w:r w:rsidR="00796F84" w:rsidRPr="00D73412">
        <w:rPr>
          <w:rFonts w:ascii="Arial" w:hAnsi="Arial" w:cs="Arial"/>
          <w:sz w:val="20"/>
          <w:szCs w:val="20"/>
          <w:lang w:val="pl-PL"/>
        </w:rPr>
        <w:t xml:space="preserve"> </w:t>
      </w:r>
    </w:p>
    <w:p w14:paraId="03CDE0A3" w14:textId="28E0B0FA" w:rsidR="00533510" w:rsidRPr="00D73412" w:rsidRDefault="00796F84"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Zamawiający dopuszcza możliwość uszczegółowienia harmonogramu realizacji Przedmiotu Zamówienia, niemniej nie może to prowadzić do zmiany ww. terminu zakończenia realizacji zamówienia. </w:t>
      </w:r>
      <w:r w:rsidR="00A70DB1" w:rsidRPr="00D73412">
        <w:rPr>
          <w:rFonts w:ascii="Arial" w:hAnsi="Arial" w:cs="Arial"/>
          <w:sz w:val="20"/>
          <w:szCs w:val="20"/>
          <w:lang w:val="pl-PL"/>
        </w:rPr>
        <w:t xml:space="preserve">Szczegółowy harmonogram realizacji </w:t>
      </w:r>
      <w:r w:rsidR="00B267F2" w:rsidRPr="00D73412">
        <w:rPr>
          <w:rFonts w:ascii="Arial" w:hAnsi="Arial" w:cs="Arial"/>
          <w:sz w:val="20"/>
          <w:szCs w:val="20"/>
          <w:lang w:val="pl-PL"/>
        </w:rPr>
        <w:t xml:space="preserve">zamówienia z uwzględnieniem dat wskazanych w dokumentacji </w:t>
      </w:r>
      <w:r w:rsidR="00C47EB7" w:rsidRPr="00D73412">
        <w:rPr>
          <w:rFonts w:ascii="Arial" w:hAnsi="Arial" w:cs="Arial"/>
          <w:sz w:val="20"/>
          <w:szCs w:val="20"/>
          <w:lang w:val="pl-PL"/>
        </w:rPr>
        <w:t>Z</w:t>
      </w:r>
      <w:r w:rsidR="00B267F2" w:rsidRPr="00D73412">
        <w:rPr>
          <w:rFonts w:ascii="Arial" w:hAnsi="Arial" w:cs="Arial"/>
          <w:sz w:val="20"/>
          <w:szCs w:val="20"/>
          <w:lang w:val="pl-PL"/>
        </w:rPr>
        <w:t>apytania ofertowego będzie przedmiotem ustale</w:t>
      </w:r>
      <w:r w:rsidR="00C47EB7" w:rsidRPr="00D73412">
        <w:rPr>
          <w:rFonts w:ascii="Arial" w:hAnsi="Arial" w:cs="Arial"/>
          <w:sz w:val="20"/>
          <w:szCs w:val="20"/>
          <w:lang w:val="pl-PL"/>
        </w:rPr>
        <w:t>ń</w:t>
      </w:r>
      <w:r w:rsidR="00B267F2" w:rsidRPr="00D73412">
        <w:rPr>
          <w:rFonts w:ascii="Arial" w:hAnsi="Arial" w:cs="Arial"/>
          <w:sz w:val="20"/>
          <w:szCs w:val="20"/>
          <w:lang w:val="pl-PL"/>
        </w:rPr>
        <w:t xml:space="preserve"> </w:t>
      </w:r>
      <w:r w:rsidR="00C47EB7" w:rsidRPr="00D73412">
        <w:rPr>
          <w:rFonts w:ascii="Arial" w:hAnsi="Arial" w:cs="Arial"/>
          <w:sz w:val="20"/>
          <w:szCs w:val="20"/>
          <w:lang w:val="pl-PL"/>
        </w:rPr>
        <w:t xml:space="preserve">wykonawcy, wyłonionego w ramach postępowania i Zamawiającego </w:t>
      </w:r>
      <w:r w:rsidR="00B267F2" w:rsidRPr="00D73412">
        <w:rPr>
          <w:rFonts w:ascii="Arial" w:hAnsi="Arial" w:cs="Arial"/>
          <w:sz w:val="20"/>
          <w:szCs w:val="20"/>
          <w:lang w:val="pl-PL"/>
        </w:rPr>
        <w:t>oraz będzie załączony do Umowy EPC</w:t>
      </w:r>
      <w:r w:rsidR="00C47EB7" w:rsidRPr="00D73412">
        <w:rPr>
          <w:rFonts w:ascii="Arial" w:hAnsi="Arial" w:cs="Arial"/>
          <w:sz w:val="20"/>
          <w:szCs w:val="20"/>
          <w:lang w:val="pl-PL"/>
        </w:rPr>
        <w:t>.</w:t>
      </w:r>
      <w:r w:rsidRPr="00D73412">
        <w:rPr>
          <w:rFonts w:ascii="Arial" w:hAnsi="Arial" w:cs="Arial"/>
          <w:sz w:val="20"/>
          <w:szCs w:val="20"/>
          <w:lang w:val="pl-PL"/>
        </w:rPr>
        <w:t xml:space="preserve"> </w:t>
      </w:r>
    </w:p>
    <w:p w14:paraId="14EA5DAA" w14:textId="6977CB88" w:rsidR="00533510" w:rsidRPr="00D73412" w:rsidRDefault="003F71F2"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Oferent</w:t>
      </w:r>
      <w:r w:rsidR="00366107" w:rsidRPr="00D73412">
        <w:rPr>
          <w:rFonts w:ascii="Arial" w:hAnsi="Arial" w:cs="Arial"/>
          <w:sz w:val="20"/>
          <w:szCs w:val="20"/>
          <w:lang w:val="pl-PL"/>
        </w:rPr>
        <w:t xml:space="preserve"> zobowiązany będzie uwzględnić wymagania wynikające z układu</w:t>
      </w:r>
      <w:r w:rsidR="002D3124" w:rsidRPr="00D73412">
        <w:rPr>
          <w:rFonts w:ascii="Arial" w:hAnsi="Arial" w:cs="Arial"/>
          <w:sz w:val="20"/>
          <w:szCs w:val="20"/>
          <w:lang w:val="pl-PL"/>
        </w:rPr>
        <w:t xml:space="preserve"> </w:t>
      </w:r>
      <w:r w:rsidR="00366107" w:rsidRPr="00D73412">
        <w:rPr>
          <w:rFonts w:ascii="Arial" w:hAnsi="Arial" w:cs="Arial"/>
          <w:sz w:val="20"/>
          <w:szCs w:val="20"/>
          <w:lang w:val="pl-PL"/>
        </w:rPr>
        <w:t xml:space="preserve">przejściowego oraz harmonogramu </w:t>
      </w:r>
      <w:r w:rsidR="00B267F2" w:rsidRPr="00D73412">
        <w:rPr>
          <w:rFonts w:ascii="Arial" w:hAnsi="Arial" w:cs="Arial"/>
          <w:sz w:val="20"/>
          <w:szCs w:val="20"/>
          <w:lang w:val="pl-PL"/>
        </w:rPr>
        <w:t>wynikającego z umowy przyłączeniowej</w:t>
      </w:r>
      <w:r w:rsidR="00263C58" w:rsidRPr="00D73412">
        <w:rPr>
          <w:rFonts w:ascii="Arial" w:hAnsi="Arial" w:cs="Arial"/>
          <w:sz w:val="20"/>
          <w:szCs w:val="20"/>
          <w:lang w:val="pl-PL"/>
        </w:rPr>
        <w:t>, szerzej określone w Szczegółowym Opisie Przedmiotu Zamówienia</w:t>
      </w:r>
      <w:r w:rsidR="00366107" w:rsidRPr="00D73412">
        <w:rPr>
          <w:rFonts w:ascii="Arial" w:hAnsi="Arial" w:cs="Arial"/>
          <w:sz w:val="20"/>
          <w:szCs w:val="20"/>
          <w:lang w:val="pl-PL"/>
        </w:rPr>
        <w:t>.</w:t>
      </w:r>
    </w:p>
    <w:p w14:paraId="512187EA" w14:textId="225C6CE0" w:rsidR="005172EA" w:rsidRPr="00D73412" w:rsidRDefault="005172EA" w:rsidP="009945B7">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Planowany termin </w:t>
      </w:r>
      <w:r w:rsidRPr="00DC63E7">
        <w:rPr>
          <w:rFonts w:ascii="Arial" w:hAnsi="Arial" w:cs="Arial"/>
          <w:sz w:val="20"/>
          <w:szCs w:val="20"/>
          <w:lang w:val="pl-PL"/>
        </w:rPr>
        <w:t xml:space="preserve">podpisania umowy </w:t>
      </w:r>
      <w:r w:rsidR="00263C58" w:rsidRPr="00DC63E7">
        <w:rPr>
          <w:rFonts w:ascii="Arial" w:hAnsi="Arial" w:cs="Arial"/>
          <w:sz w:val="20"/>
          <w:szCs w:val="20"/>
          <w:lang w:val="pl-PL"/>
        </w:rPr>
        <w:t xml:space="preserve">to październik 2026 r. </w:t>
      </w:r>
      <w:r w:rsidRPr="00DC63E7">
        <w:rPr>
          <w:rFonts w:ascii="Arial" w:hAnsi="Arial" w:cs="Arial"/>
          <w:sz w:val="20"/>
          <w:szCs w:val="20"/>
          <w:lang w:val="pl-PL"/>
        </w:rPr>
        <w:t>Planowany termin podpisania umowy może ulec zmianie</w:t>
      </w:r>
      <w:r w:rsidR="00796F84" w:rsidRPr="00DC63E7">
        <w:rPr>
          <w:rFonts w:ascii="Arial" w:hAnsi="Arial" w:cs="Arial"/>
          <w:sz w:val="20"/>
          <w:szCs w:val="20"/>
          <w:lang w:val="pl-PL"/>
        </w:rPr>
        <w:t>,</w:t>
      </w:r>
      <w:r w:rsidRPr="00DC63E7">
        <w:rPr>
          <w:rFonts w:ascii="Arial" w:hAnsi="Arial" w:cs="Arial"/>
          <w:sz w:val="20"/>
          <w:szCs w:val="20"/>
          <w:lang w:val="pl-PL"/>
        </w:rPr>
        <w:t xml:space="preserve"> z uwzględnieniem czasu potrzebnego</w:t>
      </w:r>
      <w:r w:rsidRPr="00D73412">
        <w:rPr>
          <w:rFonts w:ascii="Arial" w:hAnsi="Arial" w:cs="Arial"/>
          <w:sz w:val="20"/>
          <w:szCs w:val="20"/>
          <w:lang w:val="pl-PL"/>
        </w:rPr>
        <w:t xml:space="preserve"> na zakończenie procedury niniejszego zapytania ofertowego oraz ostateczne wyłonieni</w:t>
      </w:r>
      <w:r w:rsidR="00796F84" w:rsidRPr="00D73412">
        <w:rPr>
          <w:rFonts w:ascii="Arial" w:hAnsi="Arial" w:cs="Arial"/>
          <w:sz w:val="20"/>
          <w:szCs w:val="20"/>
          <w:lang w:val="pl-PL"/>
        </w:rPr>
        <w:t>e</w:t>
      </w:r>
      <w:r w:rsidRPr="00D73412">
        <w:rPr>
          <w:rFonts w:ascii="Arial" w:hAnsi="Arial" w:cs="Arial"/>
          <w:sz w:val="20"/>
          <w:szCs w:val="20"/>
          <w:lang w:val="pl-PL"/>
        </w:rPr>
        <w:t xml:space="preserve"> wykonawcy w sposób właściwy. Niemniej jednak, nowy termin podpisania umowy nie będzie przekraczał okresu trwania wymienionych okoliczności.</w:t>
      </w:r>
    </w:p>
    <w:p w14:paraId="7E1811A7" w14:textId="531FFC80" w:rsidR="00533510" w:rsidRPr="00D73412" w:rsidRDefault="00366107" w:rsidP="008C69F5">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WARUNKI UDZIAŁU W POSTĘPOWANIU</w:t>
      </w:r>
    </w:p>
    <w:p w14:paraId="066300CC" w14:textId="3897CE48" w:rsidR="009945B7" w:rsidRPr="00D73412" w:rsidRDefault="009945B7" w:rsidP="009945B7">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Wiedza i doświadczenie</w:t>
      </w:r>
    </w:p>
    <w:p w14:paraId="1F223926" w14:textId="77777777" w:rsidR="009945B7" w:rsidRPr="00D73412" w:rsidRDefault="009945B7" w:rsidP="009945B7">
      <w:pPr>
        <w:jc w:val="both"/>
        <w:rPr>
          <w:rFonts w:ascii="Arial" w:hAnsi="Arial" w:cs="Arial"/>
          <w:sz w:val="20"/>
          <w:szCs w:val="20"/>
          <w:lang w:val="pl-PL"/>
        </w:rPr>
      </w:pPr>
      <w:r w:rsidRPr="00D73412">
        <w:rPr>
          <w:rFonts w:ascii="Arial" w:hAnsi="Arial" w:cs="Arial"/>
          <w:sz w:val="20"/>
          <w:szCs w:val="20"/>
          <w:lang w:val="pl-PL"/>
        </w:rPr>
        <w:t>O udzielenie zamówienia mogą ubiegać się Oferenci, którzy posiadają wiedzę i doświadczenie niezbędne do należytej realizacji przedmiotu zamówienia, obejmującego budowę magazynu energii elektrycznej o mocy przyłączeniowej do 60,77 MW, mocy oddawania energii do sieci 59,40 MW i pojemności 120 MWh, przyłączanego do sieci przesyłowej na poziomie napięcia 220 kV.</w:t>
      </w:r>
    </w:p>
    <w:p w14:paraId="054C24B6" w14:textId="14EADF0B" w:rsidR="00DE438C" w:rsidRPr="00D73412" w:rsidRDefault="00DE438C" w:rsidP="00DE438C">
      <w:pPr>
        <w:jc w:val="both"/>
        <w:rPr>
          <w:rFonts w:ascii="Arial" w:hAnsi="Arial" w:cs="Arial"/>
          <w:sz w:val="20"/>
          <w:szCs w:val="20"/>
          <w:lang w:val="pl-PL"/>
        </w:rPr>
      </w:pPr>
      <w:r w:rsidRPr="00D73412">
        <w:rPr>
          <w:rFonts w:ascii="Arial" w:hAnsi="Arial" w:cs="Arial"/>
          <w:sz w:val="20"/>
          <w:szCs w:val="20"/>
          <w:lang w:val="pl-PL"/>
        </w:rPr>
        <w:t>Oferent musi wykazać, że w okresie </w:t>
      </w:r>
      <w:r w:rsidRPr="00D73412">
        <w:rPr>
          <w:rFonts w:ascii="Arial" w:hAnsi="Arial" w:cs="Arial"/>
          <w:b/>
          <w:bCs/>
          <w:sz w:val="20"/>
          <w:szCs w:val="20"/>
          <w:lang w:val="pl-PL"/>
        </w:rPr>
        <w:t>ostatnich</w:t>
      </w:r>
      <w:r w:rsidR="00263C58" w:rsidRPr="00D73412">
        <w:rPr>
          <w:rFonts w:ascii="Arial" w:hAnsi="Arial" w:cs="Arial"/>
          <w:b/>
          <w:bCs/>
          <w:sz w:val="20"/>
          <w:szCs w:val="20"/>
          <w:lang w:val="pl-PL"/>
        </w:rPr>
        <w:t xml:space="preserve"> 3</w:t>
      </w:r>
      <w:r w:rsidRPr="00D73412">
        <w:rPr>
          <w:rFonts w:ascii="Arial" w:hAnsi="Arial" w:cs="Arial"/>
          <w:b/>
          <w:bCs/>
          <w:sz w:val="20"/>
          <w:szCs w:val="20"/>
          <w:lang w:val="pl-PL"/>
        </w:rPr>
        <w:t xml:space="preserve"> lat</w:t>
      </w:r>
      <w:r w:rsidRPr="00D73412">
        <w:rPr>
          <w:rFonts w:ascii="Arial" w:hAnsi="Arial" w:cs="Arial"/>
          <w:sz w:val="20"/>
          <w:szCs w:val="20"/>
          <w:lang w:val="pl-PL"/>
        </w:rPr>
        <w:t> przed upływem terminu składania ofert, a jeżeli okres prowadzenia działalności jest krótszy - w tym okresie:</w:t>
      </w:r>
    </w:p>
    <w:p w14:paraId="02CCB2DD" w14:textId="050A101F" w:rsidR="00494988" w:rsidRPr="00D73412" w:rsidRDefault="00494988" w:rsidP="00494988">
      <w:pPr>
        <w:pStyle w:val="Akapitzlist"/>
        <w:numPr>
          <w:ilvl w:val="2"/>
          <w:numId w:val="17"/>
        </w:numPr>
        <w:jc w:val="both"/>
        <w:rPr>
          <w:rFonts w:ascii="Arial" w:hAnsi="Arial" w:cs="Arial"/>
          <w:sz w:val="20"/>
          <w:szCs w:val="20"/>
          <w:lang w:val="pl-PL"/>
        </w:rPr>
      </w:pPr>
      <w:r w:rsidRPr="00D73412">
        <w:rPr>
          <w:rFonts w:ascii="Arial" w:hAnsi="Arial" w:cs="Arial"/>
          <w:sz w:val="20"/>
          <w:szCs w:val="20"/>
          <w:lang w:val="pl-PL"/>
        </w:rPr>
        <w:t xml:space="preserve">zrealizował na terenie Rzeczypospolitej Polskiej </w:t>
      </w:r>
      <w:r w:rsidR="00164E3A" w:rsidRPr="00D73412">
        <w:rPr>
          <w:rFonts w:ascii="Arial" w:hAnsi="Arial" w:cs="Arial"/>
          <w:sz w:val="20"/>
          <w:szCs w:val="20"/>
          <w:lang w:val="pl-PL"/>
        </w:rPr>
        <w:t xml:space="preserve">lub Unii Europejskiej </w:t>
      </w:r>
      <w:r w:rsidRPr="00D73412">
        <w:rPr>
          <w:rFonts w:ascii="Arial" w:hAnsi="Arial" w:cs="Arial"/>
          <w:sz w:val="20"/>
          <w:szCs w:val="20"/>
          <w:lang w:val="pl-PL"/>
        </w:rPr>
        <w:t xml:space="preserve">co najmniej </w:t>
      </w:r>
      <w:r w:rsidR="00164E3A" w:rsidRPr="00D73412">
        <w:rPr>
          <w:rFonts w:ascii="Arial" w:hAnsi="Arial" w:cs="Arial"/>
          <w:sz w:val="20"/>
          <w:szCs w:val="20"/>
          <w:lang w:val="pl-PL"/>
        </w:rPr>
        <w:t>trzy</w:t>
      </w:r>
      <w:r w:rsidRPr="00D73412">
        <w:rPr>
          <w:rFonts w:ascii="Arial" w:hAnsi="Arial" w:cs="Arial"/>
          <w:sz w:val="20"/>
          <w:szCs w:val="20"/>
          <w:lang w:val="pl-PL"/>
        </w:rPr>
        <w:t xml:space="preserve"> projekty budowlane polegające na budowie kompletnych obiektów typu GPO lub GPZ o napięciu znamionowym co najmniej 110 kV.</w:t>
      </w:r>
    </w:p>
    <w:p w14:paraId="2EFB3FD7" w14:textId="77777777" w:rsidR="00494988" w:rsidRPr="00D73412" w:rsidRDefault="00494988" w:rsidP="00164E3A">
      <w:pPr>
        <w:pStyle w:val="Akapitzlist"/>
        <w:jc w:val="both"/>
        <w:rPr>
          <w:rFonts w:ascii="Arial" w:hAnsi="Arial" w:cs="Arial"/>
          <w:sz w:val="20"/>
          <w:szCs w:val="20"/>
          <w:lang w:val="pl-PL"/>
        </w:rPr>
      </w:pPr>
    </w:p>
    <w:p w14:paraId="565E34FA" w14:textId="0B51DBAE" w:rsidR="00494988" w:rsidRPr="00D73412" w:rsidRDefault="00494988" w:rsidP="00494988">
      <w:pPr>
        <w:pStyle w:val="Akapitzlist"/>
        <w:numPr>
          <w:ilvl w:val="2"/>
          <w:numId w:val="17"/>
        </w:numPr>
        <w:jc w:val="both"/>
        <w:rPr>
          <w:rFonts w:ascii="Arial" w:hAnsi="Arial" w:cs="Arial"/>
          <w:sz w:val="20"/>
          <w:szCs w:val="20"/>
          <w:lang w:val="pl-PL"/>
        </w:rPr>
      </w:pPr>
      <w:r w:rsidRPr="00D73412">
        <w:rPr>
          <w:rFonts w:ascii="Arial" w:hAnsi="Arial" w:cs="Arial"/>
          <w:sz w:val="20"/>
          <w:szCs w:val="20"/>
          <w:lang w:val="pl-PL"/>
        </w:rPr>
        <w:t>z</w:t>
      </w:r>
      <w:r w:rsidR="00263C58" w:rsidRPr="00D73412">
        <w:rPr>
          <w:rFonts w:ascii="Arial" w:hAnsi="Arial" w:cs="Arial"/>
          <w:sz w:val="20"/>
          <w:szCs w:val="20"/>
          <w:lang w:val="pl-PL"/>
        </w:rPr>
        <w:t xml:space="preserve">awarł umowę </w:t>
      </w:r>
      <w:r w:rsidRPr="00D73412">
        <w:rPr>
          <w:rFonts w:ascii="Arial" w:hAnsi="Arial" w:cs="Arial"/>
          <w:sz w:val="20"/>
          <w:szCs w:val="20"/>
          <w:lang w:val="pl-PL"/>
        </w:rPr>
        <w:t xml:space="preserve">oraz rozpoczął realizację lub </w:t>
      </w:r>
      <w:r w:rsidR="00DE438C" w:rsidRPr="00D73412">
        <w:rPr>
          <w:rFonts w:ascii="Arial" w:hAnsi="Arial" w:cs="Arial"/>
          <w:sz w:val="20"/>
          <w:szCs w:val="20"/>
          <w:lang w:val="pl-PL"/>
        </w:rPr>
        <w:t>należycie zrealizował co najmniej </w:t>
      </w:r>
      <w:r w:rsidRPr="00D73412">
        <w:rPr>
          <w:rFonts w:ascii="Arial" w:hAnsi="Arial" w:cs="Arial"/>
          <w:sz w:val="20"/>
          <w:szCs w:val="20"/>
          <w:lang w:val="pl-PL"/>
        </w:rPr>
        <w:t xml:space="preserve">jedno (1) </w:t>
      </w:r>
      <w:r w:rsidR="00DE438C" w:rsidRPr="00D73412">
        <w:rPr>
          <w:rFonts w:ascii="Arial" w:hAnsi="Arial" w:cs="Arial"/>
          <w:sz w:val="20"/>
          <w:szCs w:val="20"/>
          <w:lang w:val="pl-PL"/>
        </w:rPr>
        <w:t>zamówienia w formule EPC</w:t>
      </w:r>
      <w:r w:rsidR="00281F98" w:rsidRPr="00D73412">
        <w:rPr>
          <w:rFonts w:ascii="Arial" w:hAnsi="Arial" w:cs="Arial"/>
          <w:sz w:val="20"/>
          <w:szCs w:val="20"/>
          <w:lang w:val="pl-PL"/>
        </w:rPr>
        <w:t xml:space="preserve"> „turn-key”</w:t>
      </w:r>
      <w:r w:rsidR="00DE438C" w:rsidRPr="00D73412">
        <w:rPr>
          <w:rFonts w:ascii="Arial" w:hAnsi="Arial" w:cs="Arial"/>
          <w:sz w:val="20"/>
          <w:szCs w:val="20"/>
          <w:lang w:val="pl-PL"/>
        </w:rPr>
        <w:t>, obejmujące zaprojektowanie, dostawę, instalację i uruchomienie kompletnego obiektu magazynu energii</w:t>
      </w:r>
      <w:r w:rsidRPr="00D73412">
        <w:rPr>
          <w:rFonts w:ascii="Arial" w:hAnsi="Arial" w:cs="Arial"/>
          <w:sz w:val="20"/>
          <w:szCs w:val="20"/>
          <w:lang w:val="pl-PL"/>
        </w:rPr>
        <w:t xml:space="preserve"> elektrycznej o mocy zainstalowanej co najmniej 50 MW</w:t>
      </w:r>
      <w:r w:rsidR="00DE438C" w:rsidRPr="00D73412">
        <w:rPr>
          <w:rFonts w:ascii="Arial" w:hAnsi="Arial" w:cs="Arial"/>
          <w:sz w:val="20"/>
          <w:szCs w:val="20"/>
          <w:lang w:val="pl-PL"/>
        </w:rPr>
        <w:t>, przyłączonego do sieci wysokiego napięcia o poziomie co najmniej 110 kV</w:t>
      </w:r>
      <w:r w:rsidRPr="00D73412">
        <w:rPr>
          <w:rFonts w:ascii="Arial" w:hAnsi="Arial" w:cs="Arial"/>
          <w:sz w:val="20"/>
          <w:szCs w:val="20"/>
          <w:lang w:val="pl-PL"/>
        </w:rPr>
        <w:t xml:space="preserve"> na terytorium Unii Europejskiej</w:t>
      </w:r>
      <w:r w:rsidR="00DE438C" w:rsidRPr="00D73412">
        <w:rPr>
          <w:rFonts w:ascii="Arial" w:hAnsi="Arial" w:cs="Arial"/>
          <w:sz w:val="20"/>
          <w:szCs w:val="20"/>
          <w:lang w:val="pl-PL"/>
        </w:rPr>
        <w:t xml:space="preserve">, </w:t>
      </w:r>
      <w:r w:rsidRPr="00D73412">
        <w:rPr>
          <w:rFonts w:ascii="Arial" w:hAnsi="Arial" w:cs="Arial"/>
          <w:sz w:val="20"/>
          <w:szCs w:val="20"/>
          <w:lang w:val="pl-PL"/>
        </w:rPr>
        <w:t>którego zakres obejmował co najmniej:</w:t>
      </w:r>
    </w:p>
    <w:p w14:paraId="77234823" w14:textId="4BC1EA00"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projekt wykonawczy stacji GPO, przyłącza WN i magazynu energii,</w:t>
      </w:r>
    </w:p>
    <w:p w14:paraId="1F936772" w14:textId="259382FF"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budowę stacji GPO,</w:t>
      </w:r>
    </w:p>
    <w:p w14:paraId="74F43649" w14:textId="77777777"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budowę przyłącza WN,</w:t>
      </w:r>
    </w:p>
    <w:p w14:paraId="57D37F5C" w14:textId="77777777"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uruchomienie przyłączanego obiektu,</w:t>
      </w:r>
    </w:p>
    <w:p w14:paraId="5199D129" w14:textId="77777777"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procedury EON i ION,</w:t>
      </w:r>
    </w:p>
    <w:p w14:paraId="6C5E43CB" w14:textId="5C7CF087" w:rsidR="009945B7" w:rsidRPr="00D73412" w:rsidRDefault="00494988">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uzyskanie pozwolenia na użytkowanie.</w:t>
      </w:r>
    </w:p>
    <w:p w14:paraId="25DA2DCD" w14:textId="77777777" w:rsidR="00E677C2" w:rsidRPr="00D73412" w:rsidRDefault="00E677C2" w:rsidP="00164E3A">
      <w:pPr>
        <w:pStyle w:val="Akapitzlist"/>
        <w:ind w:left="1418"/>
        <w:jc w:val="both"/>
        <w:rPr>
          <w:rFonts w:ascii="Arial" w:hAnsi="Arial" w:cs="Arial"/>
          <w:sz w:val="20"/>
          <w:szCs w:val="20"/>
          <w:lang w:val="pl-PL"/>
        </w:rPr>
      </w:pPr>
    </w:p>
    <w:p w14:paraId="09C4ABD1" w14:textId="31EF467C" w:rsidR="00E677C2" w:rsidRPr="00D73412" w:rsidRDefault="00E677C2" w:rsidP="00E677C2">
      <w:pPr>
        <w:pStyle w:val="Akapitzlist"/>
        <w:numPr>
          <w:ilvl w:val="2"/>
          <w:numId w:val="17"/>
        </w:numPr>
        <w:jc w:val="both"/>
        <w:rPr>
          <w:rFonts w:ascii="Arial" w:hAnsi="Arial" w:cs="Arial"/>
          <w:sz w:val="20"/>
          <w:szCs w:val="20"/>
          <w:lang w:val="pl-PL"/>
        </w:rPr>
      </w:pPr>
      <w:r w:rsidRPr="00D73412">
        <w:rPr>
          <w:rFonts w:ascii="Arial" w:hAnsi="Arial" w:cs="Arial"/>
          <w:sz w:val="20"/>
          <w:szCs w:val="20"/>
          <w:lang w:val="pl-PL"/>
        </w:rPr>
        <w:t>posiada doświadczenie we współpracy z PSE S.A. w zakresie procesu przyłączenia do sieci elektroenergetycznej, zdobyte przy realizacji co najmniej jednej inwestycji obejmującej przyłączenie obiektu elektroenergetycznego o napięciu znamionowym co najmniej 110 kV, w ramach której Oferent uczestniczył w czynnościach związanych z realizacją przyłączenia obiektu do sieci.</w:t>
      </w:r>
    </w:p>
    <w:p w14:paraId="5416E1AA" w14:textId="39A7C987" w:rsidR="009945B7" w:rsidRPr="00D73412" w:rsidRDefault="009945B7" w:rsidP="009945B7">
      <w:pPr>
        <w:jc w:val="both"/>
        <w:rPr>
          <w:rFonts w:ascii="Arial" w:hAnsi="Arial" w:cs="Arial"/>
          <w:sz w:val="20"/>
          <w:szCs w:val="20"/>
          <w:lang w:val="pl-PL"/>
        </w:rPr>
      </w:pPr>
      <w:r w:rsidRPr="00D73412">
        <w:rPr>
          <w:rFonts w:ascii="Arial" w:hAnsi="Arial" w:cs="Arial"/>
          <w:sz w:val="20"/>
          <w:szCs w:val="20"/>
          <w:lang w:val="pl-PL"/>
        </w:rPr>
        <w:t xml:space="preserve">Doświadczenie zdobyte w ramach zamówienia realizowanego przez konsorcjum zostanie uwzględnione wyłącznie w zakresie, w jakim Oferent faktycznie i samodzielnie wykonywał część zamówienia odpowiadającą wymaganiom określonym w pkt </w:t>
      </w:r>
      <w:r w:rsidR="00DF31F3" w:rsidRPr="00D73412">
        <w:rPr>
          <w:rFonts w:ascii="Arial" w:hAnsi="Arial" w:cs="Arial"/>
          <w:sz w:val="20"/>
          <w:szCs w:val="20"/>
          <w:lang w:val="pl-PL"/>
        </w:rPr>
        <w:t>8</w:t>
      </w:r>
      <w:r w:rsidR="00C450E7" w:rsidRPr="00D73412">
        <w:rPr>
          <w:rFonts w:ascii="Arial" w:hAnsi="Arial" w:cs="Arial"/>
          <w:sz w:val="20"/>
          <w:szCs w:val="20"/>
          <w:lang w:val="pl-PL"/>
        </w:rPr>
        <w:t>.1. lit.</w:t>
      </w:r>
      <w:r w:rsidRPr="00D73412">
        <w:rPr>
          <w:rFonts w:ascii="Arial" w:hAnsi="Arial" w:cs="Arial"/>
          <w:sz w:val="20"/>
          <w:szCs w:val="20"/>
          <w:lang w:val="pl-PL"/>
        </w:rPr>
        <w:t xml:space="preserve"> a)</w:t>
      </w:r>
      <w:r w:rsidR="004D569B" w:rsidRPr="00D73412">
        <w:rPr>
          <w:rFonts w:ascii="Arial" w:hAnsi="Arial" w:cs="Arial"/>
          <w:sz w:val="20"/>
          <w:szCs w:val="20"/>
          <w:lang w:val="pl-PL"/>
        </w:rPr>
        <w:t xml:space="preserve">, </w:t>
      </w:r>
      <w:r w:rsidRPr="00D73412">
        <w:rPr>
          <w:rFonts w:ascii="Arial" w:hAnsi="Arial" w:cs="Arial"/>
          <w:sz w:val="20"/>
          <w:szCs w:val="20"/>
          <w:lang w:val="pl-PL"/>
        </w:rPr>
        <w:t>b)</w:t>
      </w:r>
      <w:r w:rsidR="004D569B" w:rsidRPr="00D73412">
        <w:rPr>
          <w:rFonts w:ascii="Arial" w:hAnsi="Arial" w:cs="Arial"/>
          <w:sz w:val="20"/>
          <w:szCs w:val="20"/>
          <w:lang w:val="pl-PL"/>
        </w:rPr>
        <w:t xml:space="preserve"> i c)</w:t>
      </w:r>
      <w:r w:rsidRPr="00D73412">
        <w:rPr>
          <w:rFonts w:ascii="Arial" w:hAnsi="Arial" w:cs="Arial"/>
          <w:sz w:val="20"/>
          <w:szCs w:val="20"/>
          <w:lang w:val="pl-PL"/>
        </w:rPr>
        <w:t>. Oferent zobowiązany jest wskazać w wykazie dokładny zakres prac lub usług wykonanych przez siebie.</w:t>
      </w:r>
    </w:p>
    <w:p w14:paraId="0CDC08CF" w14:textId="65D77055" w:rsidR="009945B7" w:rsidRPr="00D73412" w:rsidRDefault="009945B7" w:rsidP="009945B7">
      <w:pPr>
        <w:jc w:val="both"/>
        <w:rPr>
          <w:rFonts w:ascii="Arial" w:hAnsi="Arial" w:cs="Arial"/>
          <w:b/>
          <w:bCs/>
          <w:color w:val="auto"/>
          <w:sz w:val="20"/>
          <w:szCs w:val="20"/>
          <w:lang w:val="pl-PL"/>
        </w:rPr>
      </w:pPr>
      <w:r w:rsidRPr="00D73412">
        <w:rPr>
          <w:rFonts w:ascii="Arial" w:hAnsi="Arial" w:cs="Arial"/>
          <w:b/>
          <w:bCs/>
          <w:color w:val="auto"/>
          <w:sz w:val="20"/>
          <w:szCs w:val="20"/>
          <w:lang w:val="pl-PL"/>
        </w:rPr>
        <w:t>Sposób oceny spełniania warunku</w:t>
      </w:r>
    </w:p>
    <w:p w14:paraId="5E1A6FD8" w14:textId="74EB0EB7" w:rsidR="00C47EB7" w:rsidRPr="00D73412" w:rsidRDefault="00C47EB7" w:rsidP="009945B7">
      <w:pPr>
        <w:jc w:val="both"/>
        <w:rPr>
          <w:rFonts w:ascii="Arial" w:hAnsi="Arial" w:cs="Arial"/>
          <w:sz w:val="20"/>
          <w:szCs w:val="20"/>
          <w:lang w:val="pl-PL"/>
        </w:rPr>
      </w:pPr>
      <w:r w:rsidRPr="00D73412">
        <w:rPr>
          <w:rFonts w:ascii="Arial" w:hAnsi="Arial" w:cs="Arial"/>
          <w:sz w:val="20"/>
          <w:szCs w:val="20"/>
          <w:lang w:val="pl-PL"/>
        </w:rPr>
        <w:t xml:space="preserve">W celu wykazania </w:t>
      </w:r>
      <w:r w:rsidR="009945B7" w:rsidRPr="00D73412">
        <w:rPr>
          <w:rFonts w:ascii="Arial" w:hAnsi="Arial" w:cs="Arial"/>
          <w:sz w:val="20"/>
          <w:szCs w:val="20"/>
          <w:lang w:val="pl-PL"/>
        </w:rPr>
        <w:t xml:space="preserve">spełniania warunku </w:t>
      </w:r>
      <w:r w:rsidRPr="00D73412">
        <w:rPr>
          <w:rFonts w:ascii="Arial" w:hAnsi="Arial" w:cs="Arial"/>
          <w:sz w:val="20"/>
          <w:szCs w:val="20"/>
          <w:lang w:val="pl-PL"/>
        </w:rPr>
        <w:t>określonego w pkt. 8.1. lit. a) należy przedstawić łącznie:</w:t>
      </w:r>
    </w:p>
    <w:p w14:paraId="75FF34D7" w14:textId="77777777" w:rsidR="00C47EB7" w:rsidRPr="00D73412" w:rsidRDefault="00C47EB7" w:rsidP="00C47EB7">
      <w:pPr>
        <w:pStyle w:val="Akapitzlist"/>
        <w:numPr>
          <w:ilvl w:val="2"/>
          <w:numId w:val="37"/>
        </w:numPr>
        <w:ind w:left="426" w:hanging="284"/>
        <w:jc w:val="both"/>
        <w:rPr>
          <w:rFonts w:ascii="Arial" w:hAnsi="Arial" w:cs="Arial"/>
          <w:sz w:val="20"/>
          <w:szCs w:val="20"/>
          <w:lang w:val="pl-PL"/>
        </w:rPr>
      </w:pPr>
      <w:r w:rsidRPr="00D73412">
        <w:rPr>
          <w:rFonts w:ascii="Arial" w:hAnsi="Arial" w:cs="Arial"/>
          <w:sz w:val="20"/>
          <w:szCs w:val="20"/>
          <w:lang w:val="pl-PL"/>
        </w:rPr>
        <w:t>oświadczenia Oferenta o spełnianiu warunków udziału w postępowaniu, złożonego w Formularzu ofertowym;</w:t>
      </w:r>
    </w:p>
    <w:p w14:paraId="5A9B109E" w14:textId="3776ADC8" w:rsidR="00C47EB7" w:rsidRPr="00D73412" w:rsidRDefault="00C47EB7" w:rsidP="00C47EB7">
      <w:pPr>
        <w:pStyle w:val="Akapitzlist"/>
        <w:numPr>
          <w:ilvl w:val="2"/>
          <w:numId w:val="37"/>
        </w:numPr>
        <w:ind w:left="426" w:hanging="284"/>
        <w:jc w:val="both"/>
        <w:rPr>
          <w:rFonts w:ascii="Arial" w:hAnsi="Arial" w:cs="Arial"/>
          <w:sz w:val="20"/>
          <w:szCs w:val="20"/>
          <w:lang w:val="pl-PL"/>
        </w:rPr>
      </w:pPr>
      <w:r w:rsidRPr="00D73412">
        <w:rPr>
          <w:rFonts w:ascii="Arial" w:hAnsi="Arial" w:cs="Arial"/>
          <w:sz w:val="20"/>
          <w:szCs w:val="20"/>
          <w:lang w:val="pl-PL"/>
        </w:rPr>
        <w:t>wykazu wykonanych zamówień dot. realizacji obiektów GPO/GPZ;</w:t>
      </w:r>
    </w:p>
    <w:p w14:paraId="7A95E94B" w14:textId="769D3F71" w:rsidR="00C47EB7" w:rsidRPr="00D73412" w:rsidRDefault="00C47EB7" w:rsidP="00C47EB7">
      <w:pPr>
        <w:pStyle w:val="Akapitzlist"/>
        <w:numPr>
          <w:ilvl w:val="2"/>
          <w:numId w:val="37"/>
        </w:numPr>
        <w:ind w:left="426" w:hanging="284"/>
        <w:jc w:val="both"/>
        <w:rPr>
          <w:rFonts w:ascii="Arial" w:hAnsi="Arial" w:cs="Arial"/>
          <w:sz w:val="20"/>
          <w:szCs w:val="20"/>
          <w:lang w:val="pl-PL"/>
        </w:rPr>
      </w:pPr>
      <w:r w:rsidRPr="00D73412">
        <w:rPr>
          <w:rFonts w:ascii="Arial" w:hAnsi="Arial" w:cs="Arial"/>
          <w:sz w:val="20"/>
          <w:szCs w:val="20"/>
          <w:lang w:val="pl-PL"/>
        </w:rPr>
        <w:t>referencji lub innych dokumentów potwierdzających zawarcie Umowy i należyte wykonanie zamówień dot. GPO/GPZ.</w:t>
      </w:r>
    </w:p>
    <w:p w14:paraId="527D5F47" w14:textId="77777777" w:rsidR="00C47EB7" w:rsidRPr="00D73412" w:rsidRDefault="00C47EB7" w:rsidP="00164E3A">
      <w:pPr>
        <w:jc w:val="both"/>
        <w:rPr>
          <w:rFonts w:ascii="Arial" w:hAnsi="Arial" w:cs="Arial"/>
          <w:sz w:val="20"/>
          <w:szCs w:val="20"/>
          <w:lang w:val="pl-PL"/>
        </w:rPr>
      </w:pPr>
      <w:r w:rsidRPr="00D73412">
        <w:rPr>
          <w:rFonts w:ascii="Arial" w:hAnsi="Arial" w:cs="Arial"/>
          <w:sz w:val="20"/>
          <w:szCs w:val="20"/>
          <w:lang w:val="pl-PL"/>
        </w:rPr>
        <w:t>W odniesieniu do warunku określonego w pkt 8.1. lit. a) dokumenty powinny umożliwiać ustalenie co najmniej: i) nazwy i lokalizacji obiektu; ii) rodzaju obiektu (GPO/GPZ); iii) poziomu napięcia znamionowego; iv) zakresu prac wykonanych przez Oferenta; v) daty zakończenia realizacji; vi) należytego wykonania zamówienia.</w:t>
      </w:r>
    </w:p>
    <w:p w14:paraId="734D7740" w14:textId="45880481" w:rsidR="00C47EB7" w:rsidRPr="00D73412" w:rsidRDefault="00C47EB7" w:rsidP="00C47EB7">
      <w:pPr>
        <w:jc w:val="both"/>
        <w:rPr>
          <w:rFonts w:ascii="Arial" w:hAnsi="Arial" w:cs="Arial"/>
          <w:sz w:val="20"/>
          <w:szCs w:val="20"/>
          <w:lang w:val="pl-PL"/>
        </w:rPr>
      </w:pPr>
      <w:r w:rsidRPr="00D73412">
        <w:rPr>
          <w:rFonts w:ascii="Arial" w:hAnsi="Arial" w:cs="Arial"/>
          <w:sz w:val="20"/>
          <w:szCs w:val="20"/>
          <w:lang w:val="pl-PL"/>
        </w:rPr>
        <w:t>W celu wykazania spełniania warunku określonego w pkt. 8.1. lit. b) należy przedstawić łącznie:</w:t>
      </w:r>
    </w:p>
    <w:p w14:paraId="6DE8E80F" w14:textId="77777777" w:rsidR="00C47EB7" w:rsidRPr="00D73412" w:rsidRDefault="00C47EB7" w:rsidP="00164E3A">
      <w:pPr>
        <w:pStyle w:val="Akapitzlist"/>
        <w:numPr>
          <w:ilvl w:val="0"/>
          <w:numId w:val="49"/>
        </w:numPr>
        <w:ind w:left="426"/>
        <w:jc w:val="both"/>
        <w:rPr>
          <w:rFonts w:ascii="Arial" w:hAnsi="Arial" w:cs="Arial"/>
          <w:sz w:val="20"/>
          <w:szCs w:val="20"/>
          <w:lang w:val="pl-PL"/>
        </w:rPr>
      </w:pPr>
      <w:r w:rsidRPr="00D73412">
        <w:rPr>
          <w:rFonts w:ascii="Arial" w:hAnsi="Arial" w:cs="Arial"/>
          <w:sz w:val="20"/>
          <w:szCs w:val="20"/>
          <w:lang w:val="pl-PL"/>
        </w:rPr>
        <w:t>oświadczenia Oferenta o spełnianiu warunków udziału w postępowaniu, złożonego w Formularzu ofertowym;</w:t>
      </w:r>
    </w:p>
    <w:p w14:paraId="73D8F31D" w14:textId="77777777" w:rsidR="00C47EB7" w:rsidRPr="00D73412" w:rsidRDefault="00C47EB7" w:rsidP="00C47EB7">
      <w:pPr>
        <w:pStyle w:val="Akapitzlist"/>
        <w:numPr>
          <w:ilvl w:val="0"/>
          <w:numId w:val="49"/>
        </w:numPr>
        <w:ind w:left="426"/>
        <w:jc w:val="both"/>
        <w:rPr>
          <w:rFonts w:ascii="Arial" w:hAnsi="Arial" w:cs="Arial"/>
          <w:sz w:val="20"/>
          <w:szCs w:val="20"/>
          <w:lang w:val="pl-PL"/>
        </w:rPr>
      </w:pPr>
      <w:r w:rsidRPr="00D73412">
        <w:rPr>
          <w:rFonts w:ascii="Arial" w:hAnsi="Arial" w:cs="Arial"/>
          <w:sz w:val="20"/>
          <w:szCs w:val="20"/>
          <w:lang w:val="pl-PL"/>
        </w:rPr>
        <w:t>wykazu wykonanych zamówień EPC obejmujących magazyn energii;</w:t>
      </w:r>
    </w:p>
    <w:p w14:paraId="6E6CB684" w14:textId="77777777" w:rsidR="00E677C2" w:rsidRPr="00D73412" w:rsidRDefault="00C47EB7" w:rsidP="00E677C2">
      <w:pPr>
        <w:pStyle w:val="Akapitzlist"/>
        <w:numPr>
          <w:ilvl w:val="0"/>
          <w:numId w:val="49"/>
        </w:numPr>
        <w:ind w:left="426"/>
        <w:jc w:val="both"/>
        <w:rPr>
          <w:rFonts w:ascii="Arial" w:hAnsi="Arial" w:cs="Arial"/>
          <w:sz w:val="20"/>
          <w:szCs w:val="20"/>
          <w:lang w:val="pl-PL"/>
        </w:rPr>
      </w:pPr>
      <w:r w:rsidRPr="00D73412">
        <w:rPr>
          <w:rFonts w:ascii="Arial" w:hAnsi="Arial" w:cs="Arial"/>
          <w:sz w:val="20"/>
          <w:szCs w:val="20"/>
          <w:lang w:val="pl-PL"/>
        </w:rPr>
        <w:t>referencji lub innych dokumentów potwierdzających zawarcie Umowy w formule EPC „turn-key”, prowadzonych prac lub należyte wykonania zamówień.</w:t>
      </w:r>
    </w:p>
    <w:p w14:paraId="4046DB63" w14:textId="5D85637F" w:rsidR="00E677C2" w:rsidRPr="00D73412" w:rsidRDefault="00E677C2" w:rsidP="00E677C2">
      <w:pPr>
        <w:jc w:val="both"/>
        <w:rPr>
          <w:rFonts w:ascii="Arial" w:hAnsi="Arial" w:cs="Arial"/>
          <w:sz w:val="20"/>
          <w:szCs w:val="20"/>
          <w:lang w:val="pl-PL"/>
        </w:rPr>
      </w:pPr>
      <w:r w:rsidRPr="00D73412">
        <w:rPr>
          <w:rFonts w:ascii="Arial" w:hAnsi="Arial" w:cs="Arial"/>
          <w:sz w:val="20"/>
          <w:szCs w:val="20"/>
          <w:lang w:val="pl-PL"/>
        </w:rPr>
        <w:t>W odniesieniu do warunku określonego w pkt 8.1. lit. b) dokumenty potwierdzające powinny wskazywać co najmniej: i) nazwę i lokalizację inwestycji; ii) zakres wykonanych prac; iii) moc i pojemność magazynu albo parametry obiektu; iv) poziom napięcia przyłączenia; v) zakres wykonany przez Oferenta; vi) datę zawarcia umowy i rozpoczęcia realizacji/zakończenia realizacji; vii) potwierdzenie należytego wykonania i przekazania instalacji do eksploatacji jeśli realizacja została zakończona.</w:t>
      </w:r>
    </w:p>
    <w:p w14:paraId="77CEE1AE" w14:textId="076B73D1" w:rsidR="00E677C2" w:rsidRPr="00D73412" w:rsidRDefault="00E677C2" w:rsidP="00164E3A">
      <w:pPr>
        <w:jc w:val="both"/>
        <w:rPr>
          <w:rFonts w:ascii="Arial" w:hAnsi="Arial" w:cs="Arial"/>
          <w:sz w:val="20"/>
          <w:szCs w:val="20"/>
          <w:lang w:val="pl-PL"/>
        </w:rPr>
      </w:pPr>
      <w:r w:rsidRPr="00D73412">
        <w:rPr>
          <w:rFonts w:ascii="Arial" w:hAnsi="Arial" w:cs="Arial"/>
          <w:sz w:val="20"/>
          <w:szCs w:val="20"/>
          <w:lang w:val="pl-PL"/>
        </w:rPr>
        <w:t>W celu wykazania spełniania warunku określonego w pkt 8.1 lit. c) należy przedstawić łącznie:</w:t>
      </w:r>
    </w:p>
    <w:p w14:paraId="56B4C938" w14:textId="21120A00" w:rsidR="00E677C2" w:rsidRPr="00D73412" w:rsidRDefault="00E677C2" w:rsidP="00164E3A">
      <w:pPr>
        <w:pStyle w:val="Akapitzlist"/>
        <w:numPr>
          <w:ilvl w:val="0"/>
          <w:numId w:val="53"/>
        </w:numPr>
        <w:ind w:left="426"/>
        <w:jc w:val="both"/>
        <w:rPr>
          <w:rFonts w:ascii="Arial" w:hAnsi="Arial" w:cs="Arial"/>
          <w:sz w:val="20"/>
          <w:szCs w:val="20"/>
          <w:lang w:val="pl-PL"/>
        </w:rPr>
      </w:pPr>
      <w:r w:rsidRPr="00D73412">
        <w:rPr>
          <w:rFonts w:ascii="Arial" w:hAnsi="Arial" w:cs="Arial"/>
          <w:sz w:val="20"/>
          <w:szCs w:val="20"/>
          <w:lang w:val="pl-PL"/>
        </w:rPr>
        <w:t>oświadczenie Oferenta o spełnianiu warunków udziału w postępowaniu, złożone w Formularzu ofertowym;</w:t>
      </w:r>
    </w:p>
    <w:p w14:paraId="2A31921A" w14:textId="0A009CF8" w:rsidR="00E677C2" w:rsidRPr="00D73412" w:rsidRDefault="00E677C2" w:rsidP="00E677C2">
      <w:pPr>
        <w:pStyle w:val="Akapitzlist"/>
        <w:numPr>
          <w:ilvl w:val="0"/>
          <w:numId w:val="53"/>
        </w:numPr>
        <w:ind w:left="426"/>
        <w:jc w:val="both"/>
        <w:rPr>
          <w:rFonts w:ascii="Arial" w:hAnsi="Arial" w:cs="Arial"/>
          <w:sz w:val="20"/>
          <w:szCs w:val="20"/>
          <w:lang w:val="pl-PL"/>
        </w:rPr>
      </w:pPr>
      <w:r w:rsidRPr="00D73412">
        <w:rPr>
          <w:rFonts w:ascii="Arial" w:hAnsi="Arial" w:cs="Arial"/>
          <w:sz w:val="20"/>
          <w:szCs w:val="20"/>
          <w:lang w:val="pl-PL"/>
        </w:rPr>
        <w:t>wykaz inwestycji, w ramach których Oferent współpracował z PSE S.A. w zakresie procesu przyłączenia do sieci elektroenergetycznej;</w:t>
      </w:r>
    </w:p>
    <w:p w14:paraId="78FD8ABB" w14:textId="5E1C2747" w:rsidR="00E677C2" w:rsidRPr="00D73412" w:rsidRDefault="00E677C2" w:rsidP="00164E3A">
      <w:pPr>
        <w:jc w:val="both"/>
        <w:rPr>
          <w:rFonts w:ascii="Arial" w:hAnsi="Arial" w:cs="Arial"/>
          <w:sz w:val="20"/>
          <w:szCs w:val="20"/>
          <w:lang w:val="pl-PL"/>
        </w:rPr>
      </w:pPr>
      <w:r w:rsidRPr="00D73412">
        <w:rPr>
          <w:rFonts w:ascii="Arial" w:hAnsi="Arial" w:cs="Arial"/>
          <w:sz w:val="20"/>
          <w:szCs w:val="20"/>
          <w:lang w:val="pl-PL"/>
        </w:rPr>
        <w:lastRenderedPageBreak/>
        <w:t>Wykaz potwierdzający spełnienie warunku określonego w pkt 8.1 lit. c) powinien umożliwiać ustalenie co najmniej: i) nazwy i lokalizacji inwestycji; ii) rodzaju obiektu; iii) poziomu napięcia przyłączenia; iv) zakresu czynności wykonywanych przez Oferenta w związku z procesem przyłączenia; v) zakresu współpracy z PSE S.A.; vi) okresu realizacji tych czynności.</w:t>
      </w:r>
    </w:p>
    <w:p w14:paraId="6BEAC338" w14:textId="77777777" w:rsidR="00E677C2" w:rsidRPr="00D73412" w:rsidRDefault="00E677C2" w:rsidP="00164E3A">
      <w:pPr>
        <w:pStyle w:val="Akapitzlist"/>
        <w:ind w:left="426"/>
        <w:jc w:val="both"/>
        <w:rPr>
          <w:rFonts w:ascii="Arial" w:hAnsi="Arial" w:cs="Arial"/>
          <w:sz w:val="20"/>
          <w:szCs w:val="20"/>
          <w:lang w:val="pl-PL"/>
        </w:rPr>
      </w:pPr>
    </w:p>
    <w:p w14:paraId="3C2BA5EA" w14:textId="4EC98FD6" w:rsidR="001C4211" w:rsidRPr="00D73412" w:rsidRDefault="001C4211" w:rsidP="005D6314">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Potencjał techniczny</w:t>
      </w:r>
    </w:p>
    <w:p w14:paraId="733600D0" w14:textId="0A30726F" w:rsidR="00BF3F07" w:rsidRPr="00D73412" w:rsidRDefault="003E0AD1" w:rsidP="003E0AD1">
      <w:pPr>
        <w:rPr>
          <w:rFonts w:ascii="Arial" w:hAnsi="Arial" w:cs="Arial"/>
          <w:sz w:val="20"/>
          <w:szCs w:val="20"/>
          <w:lang w:val="pl-PL"/>
        </w:rPr>
      </w:pPr>
      <w:r w:rsidRPr="00D73412">
        <w:rPr>
          <w:rFonts w:ascii="Arial" w:hAnsi="Arial" w:cs="Arial"/>
          <w:sz w:val="20"/>
          <w:szCs w:val="20"/>
          <w:lang w:val="pl-PL"/>
        </w:rPr>
        <w:t>Oferent zobowiązany jest zaoferować rozwiązanie BESS oparte wyłącznie na urządzeniach pochodzących od producentów zakwalifikowanych do kategorii Tier 1 zgodnie z klasyfikacją BloombergNEF (BNEF), w zakresie, w jakim dla danego rodzaju urządzenia BloombergNEF prowadzi właściwą klasyfikację Tier 1.</w:t>
      </w:r>
    </w:p>
    <w:p w14:paraId="026F9B1F" w14:textId="77777777" w:rsidR="00BF3F07" w:rsidRPr="00D73412" w:rsidRDefault="00BF3F07" w:rsidP="00BF3F07">
      <w:pPr>
        <w:rPr>
          <w:rFonts w:ascii="Arial" w:hAnsi="Arial" w:cs="Arial"/>
          <w:sz w:val="20"/>
          <w:szCs w:val="20"/>
          <w:lang w:val="pl-PL"/>
        </w:rPr>
      </w:pPr>
      <w:r w:rsidRPr="00D73412">
        <w:rPr>
          <w:rFonts w:ascii="Arial" w:hAnsi="Arial" w:cs="Arial"/>
          <w:sz w:val="20"/>
          <w:szCs w:val="20"/>
          <w:lang w:val="pl-PL"/>
        </w:rPr>
        <w:t>W szczególności:</w:t>
      </w:r>
    </w:p>
    <w:p w14:paraId="0E9EA92A" w14:textId="566D8A22" w:rsidR="00BF3F07" w:rsidRPr="00D73412" w:rsidRDefault="00BF3F07" w:rsidP="00164E3A">
      <w:pPr>
        <w:pStyle w:val="Akapitzlist"/>
        <w:numPr>
          <w:ilvl w:val="0"/>
          <w:numId w:val="46"/>
        </w:numPr>
        <w:ind w:left="426"/>
        <w:rPr>
          <w:rFonts w:ascii="Arial" w:hAnsi="Arial" w:cs="Arial"/>
          <w:sz w:val="20"/>
          <w:szCs w:val="20"/>
          <w:lang w:val="pl-PL"/>
        </w:rPr>
      </w:pPr>
      <w:r w:rsidRPr="00D73412">
        <w:rPr>
          <w:rFonts w:ascii="Arial" w:hAnsi="Arial" w:cs="Arial"/>
          <w:sz w:val="20"/>
          <w:szCs w:val="20"/>
          <w:lang w:val="pl-PL"/>
        </w:rPr>
        <w:t xml:space="preserve">oferowany system magazynowania energii BESS musi pochodzić od producenta ujętego w aktualnej na dzień </w:t>
      </w:r>
      <w:r w:rsidR="004E3C10" w:rsidRPr="00D73412">
        <w:rPr>
          <w:rFonts w:ascii="Arial" w:hAnsi="Arial" w:cs="Arial"/>
          <w:sz w:val="20"/>
          <w:szCs w:val="20"/>
          <w:lang w:val="pl-PL"/>
        </w:rPr>
        <w:t>złożenia</w:t>
      </w:r>
      <w:r w:rsidRPr="00D73412">
        <w:rPr>
          <w:rFonts w:ascii="Arial" w:hAnsi="Arial" w:cs="Arial"/>
          <w:sz w:val="20"/>
          <w:szCs w:val="20"/>
          <w:lang w:val="pl-PL"/>
        </w:rPr>
        <w:t xml:space="preserve"> ofert</w:t>
      </w:r>
      <w:r w:rsidR="00164E3A" w:rsidRPr="00D73412">
        <w:rPr>
          <w:rFonts w:ascii="Arial" w:hAnsi="Arial" w:cs="Arial"/>
          <w:sz w:val="20"/>
          <w:szCs w:val="20"/>
          <w:lang w:val="pl-PL"/>
        </w:rPr>
        <w:t>y</w:t>
      </w:r>
      <w:r w:rsidRPr="00D73412">
        <w:rPr>
          <w:rFonts w:ascii="Arial" w:hAnsi="Arial" w:cs="Arial"/>
          <w:sz w:val="20"/>
          <w:szCs w:val="20"/>
          <w:lang w:val="pl-PL"/>
        </w:rPr>
        <w:t xml:space="preserve"> klasyfikacji </w:t>
      </w:r>
      <w:r w:rsidRPr="00D73412">
        <w:rPr>
          <w:rFonts w:ascii="Arial" w:hAnsi="Arial" w:cs="Arial"/>
          <w:b/>
          <w:bCs/>
          <w:sz w:val="20"/>
          <w:szCs w:val="20"/>
          <w:lang w:val="pl-PL"/>
        </w:rPr>
        <w:t>BloombergNEF Tier 1</w:t>
      </w:r>
      <w:r w:rsidRPr="00D73412">
        <w:rPr>
          <w:rFonts w:ascii="Arial" w:hAnsi="Arial" w:cs="Arial"/>
          <w:sz w:val="20"/>
          <w:szCs w:val="20"/>
          <w:lang w:val="pl-PL"/>
        </w:rPr>
        <w:t>;</w:t>
      </w:r>
    </w:p>
    <w:p w14:paraId="2E8E0265" w14:textId="77777777" w:rsidR="00BF3F07" w:rsidRPr="00D73412" w:rsidRDefault="00BF3F07" w:rsidP="00164E3A">
      <w:pPr>
        <w:pStyle w:val="Akapitzlist"/>
        <w:ind w:left="426"/>
        <w:rPr>
          <w:rFonts w:ascii="Arial" w:hAnsi="Arial" w:cs="Arial"/>
          <w:sz w:val="20"/>
          <w:szCs w:val="20"/>
          <w:lang w:val="pl-PL"/>
        </w:rPr>
      </w:pPr>
    </w:p>
    <w:p w14:paraId="77CC6CE0" w14:textId="259FE301" w:rsidR="00BF3F07" w:rsidRPr="00D73412" w:rsidRDefault="00BF3F07" w:rsidP="00164E3A">
      <w:pPr>
        <w:pStyle w:val="Akapitzlist"/>
        <w:numPr>
          <w:ilvl w:val="0"/>
          <w:numId w:val="46"/>
        </w:numPr>
        <w:ind w:left="426"/>
        <w:jc w:val="both"/>
        <w:rPr>
          <w:rFonts w:ascii="Arial" w:hAnsi="Arial" w:cs="Arial"/>
          <w:sz w:val="20"/>
          <w:szCs w:val="20"/>
          <w:lang w:val="pl-PL"/>
        </w:rPr>
      </w:pPr>
      <w:r w:rsidRPr="00D73412">
        <w:rPr>
          <w:rFonts w:ascii="Arial" w:hAnsi="Arial" w:cs="Arial"/>
          <w:sz w:val="20"/>
          <w:szCs w:val="20"/>
          <w:lang w:val="pl-PL"/>
        </w:rPr>
        <w:t>oferowane urządzenia</w:t>
      </w:r>
      <w:r w:rsidR="00796F84" w:rsidRPr="00D73412">
        <w:rPr>
          <w:rFonts w:ascii="Arial" w:hAnsi="Arial" w:cs="Arial"/>
          <w:sz w:val="20"/>
          <w:szCs w:val="20"/>
          <w:lang w:val="pl-PL"/>
        </w:rPr>
        <w:t>,</w:t>
      </w:r>
      <w:r w:rsidRPr="00D73412">
        <w:rPr>
          <w:rFonts w:ascii="Arial" w:hAnsi="Arial" w:cs="Arial"/>
          <w:sz w:val="20"/>
          <w:szCs w:val="20"/>
          <w:lang w:val="pl-PL"/>
        </w:rPr>
        <w:t xml:space="preserve"> tj. PCS /inwertery, o ile stanowią element oferowanego rozwiązania, muszą pochodzić od producenta ujętego w aktualnej na dzień </w:t>
      </w:r>
      <w:r w:rsidR="004E3C10" w:rsidRPr="00D73412">
        <w:rPr>
          <w:rFonts w:ascii="Arial" w:hAnsi="Arial" w:cs="Arial"/>
          <w:sz w:val="20"/>
          <w:szCs w:val="20"/>
          <w:lang w:val="pl-PL"/>
        </w:rPr>
        <w:t>złożenia</w:t>
      </w:r>
      <w:r w:rsidRPr="00D73412">
        <w:rPr>
          <w:rFonts w:ascii="Arial" w:hAnsi="Arial" w:cs="Arial"/>
          <w:sz w:val="20"/>
          <w:szCs w:val="20"/>
          <w:lang w:val="pl-PL"/>
        </w:rPr>
        <w:t xml:space="preserve"> ofert</w:t>
      </w:r>
      <w:r w:rsidR="004E3C10" w:rsidRPr="00D73412">
        <w:rPr>
          <w:rFonts w:ascii="Arial" w:hAnsi="Arial" w:cs="Arial"/>
          <w:sz w:val="20"/>
          <w:szCs w:val="20"/>
          <w:lang w:val="pl-PL"/>
        </w:rPr>
        <w:t>y</w:t>
      </w:r>
      <w:r w:rsidRPr="00D73412">
        <w:rPr>
          <w:rFonts w:ascii="Arial" w:hAnsi="Arial" w:cs="Arial"/>
          <w:sz w:val="20"/>
          <w:szCs w:val="20"/>
          <w:lang w:val="pl-PL"/>
        </w:rPr>
        <w:t xml:space="preserve"> klasyfikacji </w:t>
      </w:r>
      <w:r w:rsidRPr="00D73412">
        <w:rPr>
          <w:rFonts w:ascii="Arial" w:hAnsi="Arial" w:cs="Arial"/>
          <w:b/>
          <w:bCs/>
          <w:sz w:val="20"/>
          <w:szCs w:val="20"/>
          <w:lang w:val="pl-PL"/>
        </w:rPr>
        <w:t>BloombergNEF Tier 1 (</w:t>
      </w:r>
      <w:r w:rsidRPr="00D73412">
        <w:rPr>
          <w:rFonts w:ascii="Arial" w:hAnsi="Arial" w:cs="Arial"/>
          <w:sz w:val="20"/>
          <w:szCs w:val="20"/>
          <w:lang w:val="pl-PL"/>
        </w:rPr>
        <w:t>zakresie, w jakim dla danego rodzaju urządzenia BloombergNEF prowadzi właściwą klasyfikację Tier 1.).</w:t>
      </w:r>
    </w:p>
    <w:p w14:paraId="111BA02E" w14:textId="3E433CAB" w:rsidR="003E0AD1" w:rsidRPr="00D73412" w:rsidRDefault="00BF3F07" w:rsidP="00164E3A">
      <w:pPr>
        <w:rPr>
          <w:rFonts w:ascii="Arial" w:hAnsi="Arial" w:cs="Arial"/>
          <w:sz w:val="20"/>
          <w:szCs w:val="20"/>
          <w:lang w:val="pl-PL"/>
        </w:rPr>
      </w:pPr>
      <w:r w:rsidRPr="00D73412">
        <w:rPr>
          <w:rFonts w:ascii="Arial" w:hAnsi="Arial" w:cs="Arial"/>
          <w:sz w:val="20"/>
          <w:szCs w:val="20"/>
          <w:lang w:val="pl-PL"/>
        </w:rPr>
        <w:t xml:space="preserve">Przez „aktualną klasyfikację” rozumie się ostatnią klasyfikację BloombergNEF opublikowaną </w:t>
      </w:r>
      <w:r w:rsidR="004E3C10" w:rsidRPr="00D73412">
        <w:rPr>
          <w:rFonts w:ascii="Arial" w:hAnsi="Arial" w:cs="Arial"/>
          <w:sz w:val="20"/>
          <w:szCs w:val="20"/>
          <w:lang w:val="pl-PL"/>
        </w:rPr>
        <w:t>na dzień złożenia oferty</w:t>
      </w:r>
      <w:r w:rsidRPr="00D73412">
        <w:rPr>
          <w:rFonts w:ascii="Arial" w:hAnsi="Arial" w:cs="Arial"/>
          <w:sz w:val="20"/>
          <w:szCs w:val="20"/>
          <w:lang w:val="pl-PL"/>
        </w:rPr>
        <w:t>.</w:t>
      </w:r>
    </w:p>
    <w:p w14:paraId="41D58895" w14:textId="77777777" w:rsidR="00635249" w:rsidRPr="00D73412" w:rsidRDefault="00635249" w:rsidP="00164E3A">
      <w:pPr>
        <w:rPr>
          <w:rFonts w:ascii="Arial" w:hAnsi="Arial" w:cs="Arial"/>
          <w:b/>
          <w:bCs/>
          <w:color w:val="auto"/>
          <w:sz w:val="20"/>
          <w:szCs w:val="20"/>
          <w:lang w:val="pl-PL"/>
        </w:rPr>
      </w:pPr>
      <w:r w:rsidRPr="00D73412">
        <w:rPr>
          <w:rFonts w:ascii="Arial" w:hAnsi="Arial" w:cs="Arial"/>
          <w:b/>
          <w:bCs/>
          <w:color w:val="auto"/>
          <w:sz w:val="20"/>
          <w:szCs w:val="20"/>
          <w:lang w:val="pl-PL"/>
        </w:rPr>
        <w:t>Sposób oceny spełniania warunku</w:t>
      </w:r>
    </w:p>
    <w:p w14:paraId="7D4421EF" w14:textId="1A8C767D"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Weryfikacja spełniania warunku nastąpi na podstawie:</w:t>
      </w:r>
    </w:p>
    <w:p w14:paraId="024E616A" w14:textId="701E1616" w:rsidR="00635249" w:rsidRPr="00D73412" w:rsidRDefault="00635249" w:rsidP="00164E3A">
      <w:pPr>
        <w:pStyle w:val="Akapitzlist"/>
        <w:numPr>
          <w:ilvl w:val="0"/>
          <w:numId w:val="36"/>
        </w:numPr>
        <w:ind w:left="284"/>
        <w:rPr>
          <w:rFonts w:ascii="Arial" w:hAnsi="Arial" w:cs="Arial"/>
          <w:sz w:val="20"/>
          <w:szCs w:val="20"/>
          <w:lang w:val="pl-PL"/>
        </w:rPr>
      </w:pPr>
      <w:r w:rsidRPr="00D73412">
        <w:rPr>
          <w:rFonts w:ascii="Arial" w:hAnsi="Arial" w:cs="Arial"/>
          <w:sz w:val="20"/>
          <w:szCs w:val="20"/>
          <w:lang w:val="pl-PL"/>
        </w:rPr>
        <w:t>oświadczenia Oferenta o spełnianiu warunków udziału w postępowaniu, zawartego w Załączniku nr 1 do niniejszego zapytania ofertowego - Formularzu ofertowym;</w:t>
      </w:r>
    </w:p>
    <w:p w14:paraId="4EAF541F" w14:textId="75875781" w:rsidR="008031CA" w:rsidRPr="00D73412" w:rsidRDefault="008031CA" w:rsidP="00164E3A">
      <w:pPr>
        <w:pStyle w:val="Akapitzlist"/>
        <w:numPr>
          <w:ilvl w:val="0"/>
          <w:numId w:val="36"/>
        </w:numPr>
        <w:ind w:left="284"/>
        <w:rPr>
          <w:lang w:val="pl-PL"/>
        </w:rPr>
      </w:pPr>
      <w:r w:rsidRPr="00D73412">
        <w:rPr>
          <w:rFonts w:ascii="Arial" w:hAnsi="Arial" w:cs="Arial"/>
          <w:sz w:val="20"/>
          <w:szCs w:val="20"/>
          <w:lang w:val="pl-PL"/>
        </w:rPr>
        <w:t xml:space="preserve">dokumentu potwierdzającego posiadanie przez danego producenta statusu Tier 1 na dzień </w:t>
      </w:r>
      <w:r w:rsidR="003542B7" w:rsidRPr="00D73412">
        <w:rPr>
          <w:rFonts w:ascii="Arial" w:hAnsi="Arial" w:cs="Arial"/>
          <w:sz w:val="20"/>
          <w:szCs w:val="20"/>
          <w:lang w:val="pl-PL"/>
        </w:rPr>
        <w:t xml:space="preserve">złożenia </w:t>
      </w:r>
      <w:r w:rsidRPr="00D73412">
        <w:rPr>
          <w:rFonts w:ascii="Arial" w:hAnsi="Arial" w:cs="Arial"/>
          <w:sz w:val="20"/>
          <w:szCs w:val="20"/>
          <w:lang w:val="pl-PL"/>
        </w:rPr>
        <w:t>ofert.</w:t>
      </w:r>
    </w:p>
    <w:p w14:paraId="0B981259" w14:textId="77777777" w:rsidR="001709DD" w:rsidRPr="00D73412" w:rsidRDefault="001709DD" w:rsidP="001709DD">
      <w:pPr>
        <w:pStyle w:val="Akapitzlist"/>
        <w:ind w:left="426"/>
        <w:jc w:val="both"/>
        <w:rPr>
          <w:rFonts w:ascii="Arial" w:hAnsi="Arial" w:cs="Arial"/>
          <w:sz w:val="20"/>
          <w:szCs w:val="20"/>
          <w:lang w:val="pl-PL"/>
        </w:rPr>
      </w:pPr>
    </w:p>
    <w:p w14:paraId="57B64BBA" w14:textId="29CB64C4" w:rsidR="001C4211" w:rsidRPr="00D73412" w:rsidRDefault="00635249" w:rsidP="005D6314">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 xml:space="preserve">Osoby zdolne do wykonywania zamówienia </w:t>
      </w:r>
    </w:p>
    <w:p w14:paraId="6462C476" w14:textId="3630BA82"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Wykonawca musi dysponować osobami posiadającymi kwalifikacje, uprawnienia i doświadczenie odpowiednie do funkcji powierzonych im przy realizacji zamówienia, obejmującego budowę i uruchomienie magazynu energii elektrycznej BESS</w:t>
      </w:r>
      <w:r w:rsidR="008031CA" w:rsidRPr="00D73412">
        <w:rPr>
          <w:rFonts w:ascii="Arial" w:hAnsi="Arial" w:cs="Arial"/>
          <w:sz w:val="20"/>
          <w:szCs w:val="20"/>
          <w:lang w:val="pl-PL"/>
        </w:rPr>
        <w:t>, o mocy przyłączeniowej do 60,77 MW,</w:t>
      </w:r>
      <w:r w:rsidRPr="00D73412">
        <w:rPr>
          <w:rFonts w:ascii="Arial" w:hAnsi="Arial" w:cs="Arial"/>
          <w:sz w:val="20"/>
          <w:szCs w:val="20"/>
          <w:lang w:val="pl-PL"/>
        </w:rPr>
        <w:t xml:space="preserve"> oddawania energii do sieci 59,40 MW, pojemności 120 MWh oraz przyłączeniu do sieci przesyłowej na poziomie napięcia 220 kV.</w:t>
      </w:r>
      <w:r w:rsidR="008B5E3C" w:rsidRPr="00D73412">
        <w:rPr>
          <w:rFonts w:ascii="Arial" w:hAnsi="Arial" w:cs="Arial"/>
          <w:sz w:val="20"/>
          <w:szCs w:val="20"/>
          <w:lang w:val="pl-PL"/>
        </w:rPr>
        <w:t xml:space="preserve"> Wykonawca może wykazać spełnienie niniejszego warunku zarówno poprzez osoby pozostające w jego bezpośredniej dyspozycji, jak również poprzez osoby udostępnione mu przez podwykonawcę lub inny podmiot, którego zasobami Wykonawca będzie dysponował przy realizacji zamówienia.</w:t>
      </w:r>
      <w:r w:rsidR="00321883" w:rsidRPr="00D73412">
        <w:rPr>
          <w:rFonts w:ascii="Arial" w:hAnsi="Arial" w:cs="Arial"/>
          <w:sz w:val="20"/>
          <w:szCs w:val="20"/>
          <w:lang w:val="pl-PL"/>
        </w:rPr>
        <w:t xml:space="preserve"> Wykonawca zobowiązany jest zapewnić, aby co najmniej 5 kluczowych członków personelu skierowanych do realizacji zamówienia posługiwało się językiem polskim w stopniu umożliwiającym sprawną komunikację w toku realizacji zamówienia. Wśród tych osób muszą znajdować się co najmniej kierownik budowy oraz projektant</w:t>
      </w:r>
    </w:p>
    <w:p w14:paraId="6DC82635" w14:textId="2B96787A" w:rsidR="00951778" w:rsidRPr="00D73412" w:rsidRDefault="00635249" w:rsidP="00635249">
      <w:pPr>
        <w:jc w:val="both"/>
        <w:rPr>
          <w:rFonts w:ascii="Arial" w:hAnsi="Arial" w:cs="Arial"/>
          <w:sz w:val="20"/>
          <w:szCs w:val="20"/>
          <w:lang w:val="pl-PL"/>
        </w:rPr>
      </w:pPr>
      <w:r w:rsidRPr="00D73412">
        <w:rPr>
          <w:rFonts w:ascii="Arial" w:hAnsi="Arial" w:cs="Arial"/>
          <w:sz w:val="20"/>
          <w:szCs w:val="20"/>
          <w:lang w:val="pl-PL"/>
        </w:rPr>
        <w:lastRenderedPageBreak/>
        <w:t>Wykonawca zobowiązany jest dysponować co najmniej</w:t>
      </w:r>
      <w:r w:rsidR="00796F84" w:rsidRPr="00D73412">
        <w:rPr>
          <w:rFonts w:ascii="Arial" w:hAnsi="Arial" w:cs="Arial"/>
          <w:sz w:val="20"/>
          <w:szCs w:val="20"/>
          <w:lang w:val="pl-PL"/>
        </w:rPr>
        <w:t>:</w:t>
      </w:r>
      <w:r w:rsidRPr="00D73412">
        <w:rPr>
          <w:rFonts w:ascii="Arial" w:hAnsi="Arial" w:cs="Arial"/>
          <w:sz w:val="20"/>
          <w:szCs w:val="20"/>
          <w:lang w:val="pl-PL"/>
        </w:rPr>
        <w:t xml:space="preserve"> </w:t>
      </w:r>
    </w:p>
    <w:p w14:paraId="3C17C699" w14:textId="066FD71C" w:rsidR="00635249" w:rsidRPr="00D73412" w:rsidRDefault="00635249" w:rsidP="00164E3A">
      <w:pPr>
        <w:pStyle w:val="Akapitzlist"/>
        <w:numPr>
          <w:ilvl w:val="0"/>
          <w:numId w:val="32"/>
        </w:numPr>
        <w:jc w:val="both"/>
        <w:rPr>
          <w:rFonts w:ascii="Arial" w:hAnsi="Arial" w:cs="Arial"/>
          <w:sz w:val="20"/>
          <w:szCs w:val="20"/>
          <w:lang w:val="pl-PL"/>
        </w:rPr>
      </w:pPr>
      <w:r w:rsidRPr="00D73412">
        <w:rPr>
          <w:rFonts w:ascii="Arial" w:hAnsi="Arial" w:cs="Arial"/>
          <w:sz w:val="20"/>
          <w:szCs w:val="20"/>
          <w:lang w:val="pl-PL"/>
        </w:rPr>
        <w:t xml:space="preserve">Kierownikiem </w:t>
      </w:r>
      <w:r w:rsidR="00951778" w:rsidRPr="00D73412">
        <w:rPr>
          <w:rFonts w:ascii="Arial" w:hAnsi="Arial" w:cs="Arial"/>
          <w:sz w:val="20"/>
          <w:szCs w:val="20"/>
          <w:lang w:val="pl-PL"/>
        </w:rPr>
        <w:t>b</w:t>
      </w:r>
      <w:r w:rsidRPr="00D73412">
        <w:rPr>
          <w:rFonts w:ascii="Arial" w:hAnsi="Arial" w:cs="Arial"/>
          <w:sz w:val="20"/>
          <w:szCs w:val="20"/>
          <w:lang w:val="pl-PL"/>
        </w:rPr>
        <w:t>udowy, który:</w:t>
      </w:r>
    </w:p>
    <w:p w14:paraId="35763A38" w14:textId="27F4FF8B" w:rsidR="00321883" w:rsidRPr="00D73412" w:rsidRDefault="00321883">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posługuje się językiem polskim w stopniu umożliwiającym sprawną komunikację w toku realizacji zamówienia</w:t>
      </w:r>
      <w:r w:rsidR="00DC63E7">
        <w:rPr>
          <w:rFonts w:ascii="Arial" w:hAnsi="Arial" w:cs="Arial"/>
          <w:sz w:val="20"/>
          <w:szCs w:val="20"/>
          <w:lang w:val="pl-PL"/>
        </w:rPr>
        <w:t xml:space="preserve">; </w:t>
      </w:r>
      <w:r w:rsidR="00DC63E7" w:rsidRPr="000D5640">
        <w:rPr>
          <w:rFonts w:ascii="Arial" w:hAnsi="Arial" w:cs="Arial"/>
          <w:sz w:val="20"/>
          <w:szCs w:val="20"/>
          <w:lang w:val="pl-PL"/>
        </w:rPr>
        <w:t>Zamawiający dopuszcza, w przypadku braku takich osób możliwość zapewnienia wystarczającej ilości tłumaczy (minimum jeden na każdą osobę funkcyjną nieznającą języka polskiego), wykazujących znajomość języka technicznego branżowego</w:t>
      </w:r>
      <w:r w:rsidRPr="00D73412">
        <w:rPr>
          <w:rFonts w:ascii="Arial" w:hAnsi="Arial" w:cs="Arial"/>
          <w:sz w:val="20"/>
          <w:szCs w:val="20"/>
          <w:lang w:val="pl-PL"/>
        </w:rPr>
        <w:t>;</w:t>
      </w:r>
    </w:p>
    <w:p w14:paraId="772AAC5A" w14:textId="0B9C0466" w:rsidR="00635249" w:rsidRPr="00D73412" w:rsidRDefault="00635249" w:rsidP="00164E3A">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 xml:space="preserve">posiada od co najmniej </w:t>
      </w:r>
      <w:r w:rsidR="0044692D" w:rsidRPr="00D73412">
        <w:rPr>
          <w:rFonts w:ascii="Arial" w:hAnsi="Arial" w:cs="Arial"/>
          <w:sz w:val="20"/>
          <w:szCs w:val="20"/>
          <w:lang w:val="pl-PL"/>
        </w:rPr>
        <w:t xml:space="preserve">5 </w:t>
      </w:r>
      <w:r w:rsidRPr="00D73412">
        <w:rPr>
          <w:rFonts w:ascii="Arial" w:hAnsi="Arial" w:cs="Arial"/>
          <w:sz w:val="20"/>
          <w:szCs w:val="20"/>
          <w:lang w:val="pl-PL"/>
        </w:rPr>
        <w:t>lat uprawnienia budowlane bez ograniczeń w specjalności konstrukcyjno-budowlanej albo w specjalności instalacyjnej w zakresie sieci, instalacji i urządzeń elektrycznych i elektroenergetycznych, wydane na podstawie przepisów ustawy z dnia 7 lipca 1994 r. - Prawo budowlane, lub równoważne uprawnienia uznawane zgodnie z przepisami dotyczącymi uznawania kwalifikacji zawodowych obowiązującymi w państwach członkowskich Unii Europejskiej, państwach Europejskiego Obszaru Gospodarczego lub Konfederacji Szwajcarskiej;</w:t>
      </w:r>
    </w:p>
    <w:p w14:paraId="68F17E1C" w14:textId="7B616B82" w:rsidR="00635249" w:rsidRPr="00D73412" w:rsidRDefault="00635249" w:rsidP="00164E3A">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 xml:space="preserve">posiada doświadczenie zdobyte w okresie ostatnich </w:t>
      </w:r>
      <w:r w:rsidR="0044692D" w:rsidRPr="00D73412">
        <w:rPr>
          <w:rFonts w:ascii="Arial" w:hAnsi="Arial" w:cs="Arial"/>
          <w:sz w:val="20"/>
          <w:szCs w:val="20"/>
          <w:lang w:val="pl-PL"/>
        </w:rPr>
        <w:t xml:space="preserve">5 </w:t>
      </w:r>
      <w:r w:rsidRPr="00D73412">
        <w:rPr>
          <w:rFonts w:ascii="Arial" w:hAnsi="Arial" w:cs="Arial"/>
          <w:sz w:val="20"/>
          <w:szCs w:val="20"/>
          <w:lang w:val="pl-PL"/>
        </w:rPr>
        <w:t xml:space="preserve">lat przed upływem terminu składania ofert w organizacji i zarządzaniu robotami budowlanymi przy realizacji co najmniej jednej inwestycji w formule EPC </w:t>
      </w:r>
      <w:r w:rsidR="00281F98" w:rsidRPr="00D73412">
        <w:rPr>
          <w:rFonts w:ascii="Arial" w:hAnsi="Arial" w:cs="Arial"/>
          <w:sz w:val="20"/>
          <w:szCs w:val="20"/>
          <w:lang w:val="pl-PL"/>
        </w:rPr>
        <w:t xml:space="preserve">„turn-key” </w:t>
      </w:r>
      <w:r w:rsidRPr="00D73412">
        <w:rPr>
          <w:rFonts w:ascii="Arial" w:hAnsi="Arial" w:cs="Arial"/>
          <w:sz w:val="20"/>
          <w:szCs w:val="20"/>
          <w:lang w:val="pl-PL"/>
        </w:rPr>
        <w:t>obejmującej budowę, montaż, uruchomienie i przekazanie do eksploatacji magazynu energii elektrycznej albo innego obiektu elektroenergetycznego, o mocy elektrycznej w miejscu przyłączenia nie mniejszej niż 50 MW, przyłączonego do sieci elektroenergetycznej na poziomie napięcia co najmniej 110 kV;</w:t>
      </w:r>
    </w:p>
    <w:p w14:paraId="22E05812" w14:textId="5BE230FD" w:rsidR="00C47C9B" w:rsidRPr="00D73412" w:rsidRDefault="00635249" w:rsidP="00951778">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pełnił przy tej inwestycji funkcję kierownika budowy, kierownika robót albo funkcję równoważną, obejmującą organizację i nadzór nad realizacją robót budowlanych i montażowych.</w:t>
      </w:r>
    </w:p>
    <w:p w14:paraId="543E3628" w14:textId="65891986" w:rsidR="00951778" w:rsidRPr="00D73412" w:rsidRDefault="00951778" w:rsidP="00951778">
      <w:pPr>
        <w:pStyle w:val="Akapitzlist"/>
        <w:numPr>
          <w:ilvl w:val="0"/>
          <w:numId w:val="32"/>
        </w:numPr>
        <w:jc w:val="both"/>
        <w:rPr>
          <w:rFonts w:ascii="Arial" w:hAnsi="Arial" w:cs="Arial"/>
          <w:sz w:val="20"/>
          <w:szCs w:val="20"/>
          <w:lang w:val="pl-PL"/>
        </w:rPr>
      </w:pPr>
      <w:r w:rsidRPr="00D73412">
        <w:rPr>
          <w:rFonts w:ascii="Arial" w:hAnsi="Arial" w:cs="Arial"/>
          <w:sz w:val="20"/>
          <w:szCs w:val="20"/>
          <w:lang w:val="pl-PL"/>
        </w:rPr>
        <w:t>Projektantem branży elektrycznej/elektroenergetycznej, który:</w:t>
      </w:r>
    </w:p>
    <w:p w14:paraId="6949C805" w14:textId="2D7823E8" w:rsidR="00321883" w:rsidRPr="00D73412" w:rsidRDefault="00321883" w:rsidP="00951778">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posługuje się językiem polskim w stopniu umożliwiającym sprawną komunikację w toku realizacji zamówienia;</w:t>
      </w:r>
      <w:r w:rsidR="00E945B3">
        <w:rPr>
          <w:rFonts w:ascii="Arial" w:hAnsi="Arial" w:cs="Arial"/>
          <w:sz w:val="20"/>
          <w:szCs w:val="20"/>
          <w:lang w:val="pl-PL"/>
        </w:rPr>
        <w:t xml:space="preserve"> </w:t>
      </w:r>
      <w:r w:rsidR="00E945B3" w:rsidRPr="000D5640">
        <w:rPr>
          <w:rFonts w:ascii="Arial" w:hAnsi="Arial" w:cs="Arial"/>
          <w:sz w:val="20"/>
          <w:szCs w:val="20"/>
          <w:lang w:val="pl-PL"/>
        </w:rPr>
        <w:t>Zamawiający dopuszcza, w przypadku braku takich osób możliwość zapewnienia wystarczającej ilości tłumaczy (minimum jeden na każdą osobę funkcyjną nieznającą języka polskiego), wykazujących znajomość języka technicznego branżowego</w:t>
      </w:r>
      <w:r w:rsidR="00163893">
        <w:rPr>
          <w:rFonts w:ascii="Arial" w:hAnsi="Arial" w:cs="Arial"/>
          <w:sz w:val="20"/>
          <w:szCs w:val="20"/>
          <w:lang w:val="pl-PL"/>
        </w:rPr>
        <w:t>;</w:t>
      </w:r>
    </w:p>
    <w:p w14:paraId="3FB72035" w14:textId="372D3BD8" w:rsidR="00951778" w:rsidRPr="00D73412" w:rsidRDefault="00951778" w:rsidP="00951778">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posiada od co najmniej 3 lat uprawnienia budowlane do projektowania bez ograniczeń w s</w:t>
      </w:r>
      <w:r w:rsidR="00E945B3" w:rsidRPr="00E945B3">
        <w:rPr>
          <w:rFonts w:ascii="Helvetica" w:hAnsi="Helvetica" w:cs="Helvetica"/>
          <w:szCs w:val="24"/>
          <w:lang w:val="pl-PL"/>
        </w:rPr>
        <w:t xml:space="preserve"> </w:t>
      </w:r>
      <w:r w:rsidR="00E945B3" w:rsidRPr="00E945B3">
        <w:rPr>
          <w:rFonts w:ascii="Arial" w:hAnsi="Arial" w:cs="Arial"/>
          <w:sz w:val="20"/>
          <w:szCs w:val="20"/>
          <w:lang w:val="pl-PL"/>
        </w:rPr>
        <w:t xml:space="preserve">Zamawiający dopuszcza, w przypadku braku takich osób możliwość zapewnienia wystarczającej ilości tłumaczy (minimum jeden na każdą osobę funkcyjną nie znającą języka polskiego), wykazujących znajomość języka technicznego branżowego </w:t>
      </w:r>
      <w:r w:rsidR="00AC3220">
        <w:rPr>
          <w:rFonts w:ascii="Arial" w:hAnsi="Arial" w:cs="Arial"/>
          <w:sz w:val="20"/>
          <w:szCs w:val="20"/>
          <w:lang w:val="pl-PL"/>
        </w:rPr>
        <w:t>s</w:t>
      </w:r>
      <w:r w:rsidRPr="00D73412">
        <w:rPr>
          <w:rFonts w:ascii="Arial" w:hAnsi="Arial" w:cs="Arial"/>
          <w:sz w:val="20"/>
          <w:szCs w:val="20"/>
          <w:lang w:val="pl-PL"/>
        </w:rPr>
        <w:t>pecjalności instalacyjnej w zakresie sieci, instalacji i urządzeń elektrycznych i elektroenergetycznych, wydane na podstawie przepisów ustawy z dnia 7 lipca 1994 r. – Prawo budowlane, lub równoważne uprawnienia uznawane zgodnie z przepisami dotyczącymi uznawania kwalifikacji zawodowych obowiązującymi w państwach członkowskich Unii Europejskiej, państwach Europejskiego Obszaru Gospodarczego lub Konfederacji Szwajcarskiej;</w:t>
      </w:r>
    </w:p>
    <w:p w14:paraId="77D24882" w14:textId="2BEEC2CD" w:rsidR="00951778" w:rsidRPr="00D73412" w:rsidRDefault="00951778" w:rsidP="00951778">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posiada doświadczenie zdobyte w okresie ostatnich 3 lat przed upływem terminu składania ofert w projektowaniu infrastruktury elektroenergetycznej, obejmujące udział w opracowaniu dokumentacji projektowej dla co najmniej jednej inwestycji dotyczącej: magazynu energii elektrycznej lub obiektu GPO/GPZ</w:t>
      </w:r>
      <w:r w:rsidR="00163893">
        <w:rPr>
          <w:rFonts w:ascii="Arial" w:hAnsi="Arial" w:cs="Arial"/>
          <w:sz w:val="20"/>
          <w:szCs w:val="20"/>
          <w:lang w:val="pl-PL"/>
        </w:rPr>
        <w:t>;</w:t>
      </w:r>
      <w:r w:rsidR="00163893" w:rsidRPr="00D73412">
        <w:rPr>
          <w:rFonts w:ascii="Arial" w:hAnsi="Arial" w:cs="Arial"/>
          <w:sz w:val="20"/>
          <w:szCs w:val="20"/>
          <w:lang w:val="pl-PL"/>
        </w:rPr>
        <w:t xml:space="preserve"> </w:t>
      </w:r>
    </w:p>
    <w:p w14:paraId="10294061" w14:textId="123F7495" w:rsidR="00951778" w:rsidRPr="00D73412" w:rsidRDefault="00951778" w:rsidP="00164E3A">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w ramach co najmniej jednej z inwestycji, o których mowa w pkt. b. ii</w:t>
      </w:r>
      <w:r w:rsidR="006827A2" w:rsidRPr="00D73412">
        <w:rPr>
          <w:rFonts w:ascii="Arial" w:hAnsi="Arial" w:cs="Arial"/>
          <w:sz w:val="20"/>
          <w:szCs w:val="20"/>
          <w:lang w:val="pl-PL"/>
        </w:rPr>
        <w:t>i</w:t>
      </w:r>
      <w:r w:rsidRPr="00D73412">
        <w:rPr>
          <w:rFonts w:ascii="Arial" w:hAnsi="Arial" w:cs="Arial"/>
          <w:sz w:val="20"/>
          <w:szCs w:val="20"/>
          <w:lang w:val="pl-PL"/>
        </w:rPr>
        <w:t xml:space="preserve">. pełnił funkcję projektanta, głównego projektanta, projektanta branżowego lub inną równoważną </w:t>
      </w:r>
      <w:r w:rsidRPr="00D73412">
        <w:rPr>
          <w:rFonts w:ascii="Arial" w:hAnsi="Arial" w:cs="Arial"/>
          <w:sz w:val="20"/>
          <w:szCs w:val="20"/>
          <w:lang w:val="pl-PL"/>
        </w:rPr>
        <w:lastRenderedPageBreak/>
        <w:t>funkcję obejmującą odpowiedzialność za opracowanie lub koordynację dokumentacji projektowej w branży elektrycznej lub elektroenergetycznej.</w:t>
      </w:r>
    </w:p>
    <w:p w14:paraId="5B81208D" w14:textId="77777777" w:rsidR="00635249" w:rsidRPr="00D73412" w:rsidRDefault="00635249" w:rsidP="00635249">
      <w:pPr>
        <w:jc w:val="both"/>
        <w:rPr>
          <w:rFonts w:ascii="Arial" w:hAnsi="Arial" w:cs="Arial"/>
          <w:sz w:val="20"/>
          <w:szCs w:val="20"/>
          <w:lang w:val="pl-PL"/>
        </w:rPr>
      </w:pPr>
      <w:r w:rsidRPr="00D73412">
        <w:rPr>
          <w:rFonts w:ascii="Arial" w:hAnsi="Arial" w:cs="Arial"/>
          <w:b/>
          <w:bCs/>
          <w:sz w:val="20"/>
          <w:szCs w:val="20"/>
          <w:lang w:val="pl-PL"/>
        </w:rPr>
        <w:t>Sposób oceny spełniania warunku</w:t>
      </w:r>
    </w:p>
    <w:p w14:paraId="03CAA841" w14:textId="77777777"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Weryfikacja spełniania warunku nastąpi na podstawie:</w:t>
      </w:r>
    </w:p>
    <w:p w14:paraId="10A56FBA" w14:textId="3CBDD113" w:rsidR="00635249" w:rsidRPr="00D73412" w:rsidRDefault="00635249"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oświadczenia Oferenta o spełnianiu warunków udziału w postępowaniu, zawartego w Formularzu ofertowym;</w:t>
      </w:r>
    </w:p>
    <w:p w14:paraId="35BBE932" w14:textId="08175B3A" w:rsidR="00635249" w:rsidRPr="00D73412" w:rsidRDefault="00635249"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wykazu osób skierowanych do realizacji zamówienia</w:t>
      </w:r>
      <w:r w:rsidR="00951778" w:rsidRPr="00D73412">
        <w:rPr>
          <w:rFonts w:ascii="Arial" w:hAnsi="Arial" w:cs="Arial"/>
          <w:sz w:val="20"/>
          <w:szCs w:val="20"/>
          <w:lang w:val="pl-PL"/>
        </w:rPr>
        <w:t xml:space="preserve"> </w:t>
      </w:r>
      <w:r w:rsidR="00E677C2" w:rsidRPr="00D73412">
        <w:rPr>
          <w:rFonts w:ascii="Arial" w:hAnsi="Arial" w:cs="Arial"/>
          <w:sz w:val="20"/>
          <w:szCs w:val="20"/>
          <w:lang w:val="pl-PL"/>
        </w:rPr>
        <w:t>-</w:t>
      </w:r>
      <w:r w:rsidR="00951778" w:rsidRPr="00D73412">
        <w:rPr>
          <w:rFonts w:ascii="Arial" w:hAnsi="Arial" w:cs="Arial"/>
          <w:sz w:val="20"/>
          <w:szCs w:val="20"/>
          <w:lang w:val="pl-PL"/>
        </w:rPr>
        <w:t xml:space="preserve"> co najmniej osób pełniących funkcję kierownika budowy oraz projektanta</w:t>
      </w:r>
      <w:r w:rsidRPr="00D73412">
        <w:rPr>
          <w:rFonts w:ascii="Arial" w:hAnsi="Arial" w:cs="Arial"/>
          <w:sz w:val="20"/>
          <w:szCs w:val="20"/>
          <w:lang w:val="pl-PL"/>
        </w:rPr>
        <w:t>;</w:t>
      </w:r>
    </w:p>
    <w:p w14:paraId="04EDE69A" w14:textId="63664BBE" w:rsidR="00635249" w:rsidRPr="00D73412" w:rsidRDefault="00635249"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wskazania numeru i rodzaju uprawnień;</w:t>
      </w:r>
    </w:p>
    <w:p w14:paraId="35B467B4" w14:textId="3A2DD062" w:rsidR="00635249" w:rsidRPr="00D73412" w:rsidRDefault="005D6314"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 xml:space="preserve">wskazania </w:t>
      </w:r>
      <w:r w:rsidR="00635249" w:rsidRPr="00D73412">
        <w:rPr>
          <w:rFonts w:ascii="Arial" w:hAnsi="Arial" w:cs="Arial"/>
          <w:sz w:val="20"/>
          <w:szCs w:val="20"/>
          <w:lang w:val="pl-PL"/>
        </w:rPr>
        <w:t xml:space="preserve">inwestycji, przy których </w:t>
      </w:r>
      <w:r w:rsidRPr="00D73412">
        <w:rPr>
          <w:rFonts w:ascii="Arial" w:hAnsi="Arial" w:cs="Arial"/>
          <w:sz w:val="20"/>
          <w:szCs w:val="20"/>
          <w:lang w:val="pl-PL"/>
        </w:rPr>
        <w:t xml:space="preserve">dana </w:t>
      </w:r>
      <w:r w:rsidR="00635249" w:rsidRPr="00D73412">
        <w:rPr>
          <w:rFonts w:ascii="Arial" w:hAnsi="Arial" w:cs="Arial"/>
          <w:sz w:val="20"/>
          <w:szCs w:val="20"/>
          <w:lang w:val="pl-PL"/>
        </w:rPr>
        <w:t>osoba pełniła funkcję kierownika budowy, kierownika robót</w:t>
      </w:r>
      <w:r w:rsidR="00951778" w:rsidRPr="00D73412">
        <w:rPr>
          <w:rFonts w:ascii="Arial" w:hAnsi="Arial" w:cs="Arial"/>
          <w:sz w:val="20"/>
          <w:szCs w:val="20"/>
          <w:lang w:val="pl-PL"/>
        </w:rPr>
        <w:t xml:space="preserve"> lub </w:t>
      </w:r>
      <w:r w:rsidR="00635249" w:rsidRPr="00D73412">
        <w:rPr>
          <w:rFonts w:ascii="Arial" w:hAnsi="Arial" w:cs="Arial"/>
          <w:sz w:val="20"/>
          <w:szCs w:val="20"/>
          <w:lang w:val="pl-PL"/>
        </w:rPr>
        <w:t>funkcję równoważną</w:t>
      </w:r>
      <w:r w:rsidR="00951778" w:rsidRPr="00D73412">
        <w:rPr>
          <w:rFonts w:ascii="Arial" w:hAnsi="Arial" w:cs="Arial"/>
          <w:sz w:val="20"/>
          <w:szCs w:val="20"/>
          <w:lang w:val="pl-PL"/>
        </w:rPr>
        <w:t xml:space="preserve"> albo funkcję projektanta, głównego projektanta, projektanta branżowego lub funkcję równoważną.</w:t>
      </w:r>
    </w:p>
    <w:p w14:paraId="0BD85055" w14:textId="5C435DDA" w:rsidR="008B5E3C" w:rsidRPr="00D73412" w:rsidRDefault="008B5E3C"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w przypadku gdy Oferent dysponuje daną osobą za pośrednictwem podwykonawcy lub innego podmiotu - dokumentu potwierdzającego zobowiązanie tego podmiotu do udostępnienia Oferentowi wymaganych zasobów osobowych na potrzeby realizacji zamówienia lub innego dokumentu potwierdzającego rzeczywistą możliwość dysponowania daną osobą przez Oferenta.</w:t>
      </w:r>
    </w:p>
    <w:p w14:paraId="78FD7BA7" w14:textId="4698B31E"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Wykaz</w:t>
      </w:r>
      <w:r w:rsidR="003542B7" w:rsidRPr="00D73412">
        <w:rPr>
          <w:rFonts w:ascii="Arial" w:hAnsi="Arial" w:cs="Arial"/>
          <w:sz w:val="20"/>
          <w:szCs w:val="20"/>
          <w:lang w:val="pl-PL"/>
        </w:rPr>
        <w:t>, o którym mowa w lit. b. powyżej,</w:t>
      </w:r>
      <w:r w:rsidRPr="00D73412">
        <w:rPr>
          <w:rFonts w:ascii="Arial" w:hAnsi="Arial" w:cs="Arial"/>
          <w:sz w:val="20"/>
          <w:szCs w:val="20"/>
          <w:lang w:val="pl-PL"/>
        </w:rPr>
        <w:t xml:space="preserve"> powinien zawierać co najmniej: i) imię i nazwisko osoby; ii) funkcję pełnioną przy realizacji zamówienia; iii) numer i zakres uprawnień budowlanych; iv) nazwę i lokalizację inwestycji; v) rodzaj obiektu; vi) moc obiektu i poziom napięcia przyłączenia; vii) zakres wykonywanych obowiązków; viii) okres realizacji inwestycji; </w:t>
      </w:r>
      <w:r w:rsidR="008B5E3C" w:rsidRPr="00D73412">
        <w:rPr>
          <w:rFonts w:ascii="Arial" w:hAnsi="Arial" w:cs="Arial"/>
          <w:sz w:val="20"/>
          <w:szCs w:val="20"/>
          <w:lang w:val="pl-PL"/>
        </w:rPr>
        <w:t xml:space="preserve">ix) </w:t>
      </w:r>
      <w:r w:rsidR="00321883" w:rsidRPr="00D73412">
        <w:rPr>
          <w:rFonts w:ascii="Arial" w:hAnsi="Arial" w:cs="Arial"/>
          <w:sz w:val="20"/>
          <w:szCs w:val="20"/>
          <w:lang w:val="pl-PL"/>
        </w:rPr>
        <w:t>potwierdzenie, czy osoba posługuje się językiem polskim na poziomie umożliwiającym sprawną komunikację</w:t>
      </w:r>
      <w:r w:rsidR="00796F84" w:rsidRPr="00D73412">
        <w:rPr>
          <w:rFonts w:ascii="Arial" w:hAnsi="Arial" w:cs="Arial"/>
          <w:sz w:val="20"/>
          <w:szCs w:val="20"/>
          <w:lang w:val="pl-PL"/>
        </w:rPr>
        <w:t>;</w:t>
      </w:r>
      <w:r w:rsidR="00321883" w:rsidRPr="00D73412">
        <w:rPr>
          <w:rFonts w:ascii="Arial" w:hAnsi="Arial" w:cs="Arial"/>
          <w:sz w:val="20"/>
          <w:szCs w:val="20"/>
          <w:lang w:val="pl-PL"/>
        </w:rPr>
        <w:t xml:space="preserve"> x) </w:t>
      </w:r>
      <w:r w:rsidR="008B5E3C" w:rsidRPr="00D73412">
        <w:rPr>
          <w:rFonts w:ascii="Arial" w:hAnsi="Arial" w:cs="Arial"/>
          <w:sz w:val="20"/>
          <w:szCs w:val="20"/>
          <w:lang w:val="pl-PL"/>
        </w:rPr>
        <w:t>podstawę dysponowania daną osobą przez Oferenta, w szczególności wskazanie, czy osoba pozostaje w bezpośredniej dyspozycji Oferenta, czy będzie udostępniona przez podwykonawcę lub inny podmiot.</w:t>
      </w:r>
    </w:p>
    <w:p w14:paraId="2F7DA77C" w14:textId="77777777"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 przypadku uprawnień wydanych poza terytorium Rzeczypospolitej Polskiej Oferent zobowiązany jest przedstawić dokumenty potwierdzające ich uznanie albo możliwość wykonywania samodzielnych funkcji technicznych w budownictwie na terytorium Rzeczypospolitej Polskiej.</w:t>
      </w:r>
    </w:p>
    <w:p w14:paraId="274A2DFF" w14:textId="5CC5406C" w:rsidR="001709DD" w:rsidRPr="00D73412" w:rsidRDefault="001709DD" w:rsidP="005D6314">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Sytuacja ekonomiczna i finansowa</w:t>
      </w:r>
    </w:p>
    <w:p w14:paraId="24EAA143" w14:textId="67BEDDB1" w:rsidR="001709DD" w:rsidRPr="00D73412" w:rsidRDefault="005D6314" w:rsidP="001709DD">
      <w:pPr>
        <w:jc w:val="both"/>
        <w:rPr>
          <w:rFonts w:ascii="Arial" w:hAnsi="Arial" w:cs="Arial"/>
          <w:sz w:val="20"/>
          <w:szCs w:val="20"/>
          <w:lang w:val="pl-PL"/>
        </w:rPr>
      </w:pPr>
      <w:r w:rsidRPr="00D73412">
        <w:rPr>
          <w:rFonts w:ascii="Arial" w:hAnsi="Arial" w:cs="Arial"/>
          <w:sz w:val="20"/>
          <w:szCs w:val="20"/>
          <w:lang w:val="pl-PL"/>
        </w:rPr>
        <w:t xml:space="preserve">Oferent </w:t>
      </w:r>
      <w:r w:rsidR="001709DD" w:rsidRPr="00D73412">
        <w:rPr>
          <w:rFonts w:ascii="Arial" w:hAnsi="Arial" w:cs="Arial"/>
          <w:sz w:val="20"/>
          <w:szCs w:val="20"/>
          <w:lang w:val="pl-PL"/>
        </w:rPr>
        <w:t>znajduje się w sytuacji ekonomicznej i finansowej</w:t>
      </w:r>
      <w:r w:rsidR="003663A9" w:rsidRPr="00D73412">
        <w:rPr>
          <w:rFonts w:ascii="Arial" w:hAnsi="Arial" w:cs="Arial"/>
          <w:sz w:val="20"/>
          <w:szCs w:val="20"/>
          <w:lang w:val="pl-PL"/>
        </w:rPr>
        <w:t>, która</w:t>
      </w:r>
      <w:r w:rsidR="001709DD" w:rsidRPr="00D73412">
        <w:rPr>
          <w:rFonts w:ascii="Arial" w:hAnsi="Arial" w:cs="Arial"/>
          <w:sz w:val="20"/>
          <w:szCs w:val="20"/>
          <w:lang w:val="pl-PL"/>
        </w:rPr>
        <w:t xml:space="preserve"> zapewnia prawidłowe wykonanie zamówienia. W celu wykazania spełnienia warunku</w:t>
      </w:r>
      <w:r w:rsidRPr="00D73412">
        <w:rPr>
          <w:rFonts w:ascii="Arial" w:hAnsi="Arial" w:cs="Arial"/>
          <w:sz w:val="20"/>
          <w:szCs w:val="20"/>
          <w:lang w:val="pl-PL"/>
        </w:rPr>
        <w:t xml:space="preserve"> </w:t>
      </w:r>
      <w:r w:rsidR="003663A9" w:rsidRPr="00D73412">
        <w:rPr>
          <w:rFonts w:ascii="Arial" w:hAnsi="Arial" w:cs="Arial"/>
          <w:sz w:val="20"/>
          <w:szCs w:val="20"/>
          <w:lang w:val="pl-PL"/>
        </w:rPr>
        <w:t>o</w:t>
      </w:r>
      <w:r w:rsidRPr="00D73412">
        <w:rPr>
          <w:rFonts w:ascii="Arial" w:hAnsi="Arial" w:cs="Arial"/>
          <w:sz w:val="20"/>
          <w:szCs w:val="20"/>
          <w:lang w:val="pl-PL"/>
        </w:rPr>
        <w:t>ferent musi wykazać</w:t>
      </w:r>
      <w:r w:rsidR="0044692D" w:rsidRPr="00D73412">
        <w:rPr>
          <w:rFonts w:ascii="Arial" w:hAnsi="Arial" w:cs="Arial"/>
          <w:sz w:val="20"/>
          <w:szCs w:val="20"/>
          <w:lang w:val="pl-PL"/>
        </w:rPr>
        <w:t xml:space="preserve"> łącznie</w:t>
      </w:r>
      <w:r w:rsidRPr="00D73412">
        <w:rPr>
          <w:rFonts w:ascii="Arial" w:hAnsi="Arial" w:cs="Arial"/>
          <w:sz w:val="20"/>
          <w:szCs w:val="20"/>
          <w:lang w:val="pl-PL"/>
        </w:rPr>
        <w:t>, ż</w:t>
      </w:r>
      <w:r w:rsidR="003663A9" w:rsidRPr="00D73412">
        <w:rPr>
          <w:rFonts w:ascii="Arial" w:hAnsi="Arial" w:cs="Arial"/>
          <w:sz w:val="20"/>
          <w:szCs w:val="20"/>
          <w:lang w:val="pl-PL"/>
        </w:rPr>
        <w:t>e</w:t>
      </w:r>
      <w:r w:rsidR="001709DD" w:rsidRPr="00D73412">
        <w:rPr>
          <w:rFonts w:ascii="Arial" w:hAnsi="Arial" w:cs="Arial"/>
          <w:sz w:val="20"/>
          <w:szCs w:val="20"/>
          <w:lang w:val="pl-PL"/>
        </w:rPr>
        <w:t xml:space="preserve">: </w:t>
      </w:r>
    </w:p>
    <w:p w14:paraId="1E5D6E2A" w14:textId="1D517E79" w:rsidR="00EC493B" w:rsidRPr="00D73412" w:rsidRDefault="005D6314" w:rsidP="003663A9">
      <w:pPr>
        <w:pStyle w:val="Akapitzlist"/>
        <w:numPr>
          <w:ilvl w:val="2"/>
          <w:numId w:val="45"/>
        </w:numPr>
        <w:ind w:left="426"/>
        <w:jc w:val="both"/>
        <w:rPr>
          <w:rFonts w:ascii="Arial" w:hAnsi="Arial" w:cs="Arial"/>
          <w:sz w:val="20"/>
          <w:szCs w:val="20"/>
          <w:lang w:val="pl-PL"/>
        </w:rPr>
      </w:pPr>
      <w:r w:rsidRPr="00D73412">
        <w:rPr>
          <w:rFonts w:ascii="Arial" w:hAnsi="Arial" w:cs="Arial"/>
          <w:sz w:val="20"/>
          <w:szCs w:val="20"/>
          <w:lang w:val="pl-PL"/>
        </w:rPr>
        <w:t xml:space="preserve">jest spółką zarejestrowaną </w:t>
      </w:r>
      <w:r w:rsidR="00D17E6E" w:rsidRPr="00D73412">
        <w:rPr>
          <w:rFonts w:ascii="Arial" w:hAnsi="Arial" w:cs="Arial"/>
          <w:sz w:val="20"/>
          <w:szCs w:val="20"/>
          <w:lang w:val="pl-PL"/>
        </w:rPr>
        <w:t>na terytorium państwa członkowskiego Unii Europejskiej,</w:t>
      </w:r>
    </w:p>
    <w:p w14:paraId="5E8273A9" w14:textId="33781E9A" w:rsidR="00D17E6E" w:rsidRPr="00D73412" w:rsidRDefault="00D17E6E" w:rsidP="00D17E6E">
      <w:pPr>
        <w:pStyle w:val="Akapitzlist"/>
        <w:numPr>
          <w:ilvl w:val="2"/>
          <w:numId w:val="45"/>
        </w:numPr>
        <w:ind w:left="426"/>
        <w:jc w:val="both"/>
        <w:rPr>
          <w:rFonts w:ascii="Arial" w:hAnsi="Arial" w:cs="Arial"/>
          <w:sz w:val="20"/>
          <w:szCs w:val="20"/>
          <w:lang w:val="pl-PL"/>
        </w:rPr>
      </w:pPr>
      <w:r w:rsidRPr="00D73412">
        <w:rPr>
          <w:rFonts w:ascii="Arial" w:hAnsi="Arial" w:cs="Arial"/>
          <w:sz w:val="20"/>
          <w:szCs w:val="20"/>
          <w:lang w:val="pl-PL"/>
        </w:rPr>
        <w:t xml:space="preserve">posiada kapitał zakładowy w wysokości co najmniej 500 000 PLN albo, w przypadku Oferenta będącego spółką zarejestrowaną poza terytorium Rzeczypospolitej Polskiej, kapitał zakładowy w walucie właściwej dla państwa jego rejestracji o równowartości co najmniej </w:t>
      </w:r>
      <w:r w:rsidR="003663A9" w:rsidRPr="00D73412">
        <w:rPr>
          <w:rFonts w:ascii="Arial" w:hAnsi="Arial" w:cs="Arial"/>
          <w:sz w:val="20"/>
          <w:szCs w:val="20"/>
          <w:lang w:val="pl-PL"/>
        </w:rPr>
        <w:t>500 000</w:t>
      </w:r>
      <w:r w:rsidR="00164E3A" w:rsidRPr="00D73412">
        <w:rPr>
          <w:rFonts w:ascii="Arial" w:hAnsi="Arial" w:cs="Arial"/>
          <w:sz w:val="20"/>
          <w:szCs w:val="20"/>
          <w:lang w:val="pl-PL"/>
        </w:rPr>
        <w:t xml:space="preserve"> </w:t>
      </w:r>
      <w:r w:rsidR="003663A9" w:rsidRPr="00D73412">
        <w:rPr>
          <w:rFonts w:ascii="Arial" w:hAnsi="Arial" w:cs="Arial"/>
          <w:sz w:val="20"/>
          <w:szCs w:val="20"/>
          <w:lang w:val="pl-PL"/>
        </w:rPr>
        <w:t>PLN</w:t>
      </w:r>
      <w:r w:rsidRPr="00D73412">
        <w:rPr>
          <w:rFonts w:ascii="Arial" w:hAnsi="Arial" w:cs="Arial"/>
          <w:sz w:val="20"/>
          <w:szCs w:val="20"/>
          <w:lang w:val="pl-PL"/>
        </w:rPr>
        <w:t xml:space="preserve">; </w:t>
      </w:r>
    </w:p>
    <w:p w14:paraId="4D9BFD26" w14:textId="52614612" w:rsidR="00D17E6E" w:rsidRPr="00D73412" w:rsidRDefault="00D17E6E" w:rsidP="00D17E6E">
      <w:pPr>
        <w:pStyle w:val="Akapitzlist"/>
        <w:ind w:left="426"/>
        <w:jc w:val="both"/>
        <w:rPr>
          <w:rFonts w:ascii="Arial" w:hAnsi="Arial" w:cs="Arial"/>
          <w:sz w:val="20"/>
          <w:szCs w:val="20"/>
          <w:lang w:val="pl-PL"/>
        </w:rPr>
      </w:pPr>
      <w:r w:rsidRPr="00D73412">
        <w:rPr>
          <w:rFonts w:ascii="Arial" w:hAnsi="Arial" w:cs="Arial"/>
          <w:sz w:val="20"/>
          <w:szCs w:val="20"/>
          <w:lang w:val="pl-PL"/>
        </w:rPr>
        <w:t xml:space="preserve">albo jeżeli kapitał zakładowy Oferenta jest niższy niż wskazany powyżej - Oferent wykaże, że jego spółka dominująca (posiadająca udziały reprezentujące co najmniej 51% ogólnej liczby głosów w spółce Oferenta), mająca siedzibę na terytorium Unii Europejskiej oraz kapitał zakładowy w wysokości co najmniej </w:t>
      </w:r>
      <w:r w:rsidR="003C6103" w:rsidRPr="00D73412">
        <w:rPr>
          <w:rFonts w:ascii="Arial" w:hAnsi="Arial" w:cs="Arial"/>
          <w:sz w:val="20"/>
          <w:szCs w:val="20"/>
          <w:lang w:val="pl-PL"/>
        </w:rPr>
        <w:t>1 0</w:t>
      </w:r>
      <w:r w:rsidRPr="00D73412">
        <w:rPr>
          <w:rFonts w:ascii="Arial" w:hAnsi="Arial" w:cs="Arial"/>
          <w:sz w:val="20"/>
          <w:szCs w:val="20"/>
          <w:lang w:val="pl-PL"/>
        </w:rPr>
        <w:t xml:space="preserve">00 000 EUR, udzieli na rzecz Zamawiającego </w:t>
      </w:r>
      <w:r w:rsidRPr="00D73412">
        <w:rPr>
          <w:rFonts w:ascii="Arial" w:hAnsi="Arial" w:cs="Arial"/>
          <w:sz w:val="20"/>
          <w:szCs w:val="20"/>
          <w:lang w:val="pl-PL"/>
        </w:rPr>
        <w:lastRenderedPageBreak/>
        <w:t>gwarancji zabezpieczającej należyte wykonanie zobowiązań Oferenta związanych z realizacją zamówienia.</w:t>
      </w:r>
    </w:p>
    <w:p w14:paraId="01738544" w14:textId="42408373" w:rsidR="00EE1481" w:rsidRPr="00D73412" w:rsidRDefault="00EE1481" w:rsidP="00DC63E7">
      <w:pPr>
        <w:pStyle w:val="Akapitzlist"/>
        <w:numPr>
          <w:ilvl w:val="2"/>
          <w:numId w:val="45"/>
        </w:numPr>
        <w:ind w:left="426"/>
        <w:jc w:val="both"/>
        <w:rPr>
          <w:rFonts w:ascii="Arial" w:hAnsi="Arial" w:cs="Arial"/>
          <w:sz w:val="20"/>
          <w:szCs w:val="20"/>
          <w:lang w:val="pl-PL"/>
        </w:rPr>
      </w:pPr>
      <w:r w:rsidRPr="00D73412">
        <w:rPr>
          <w:rFonts w:ascii="Arial" w:hAnsi="Arial" w:cs="Arial"/>
          <w:sz w:val="20"/>
          <w:szCs w:val="20"/>
          <w:lang w:val="pl-PL"/>
        </w:rPr>
        <w:t xml:space="preserve">osiągnął na terytorium Rzeczypospolitej Polskiej </w:t>
      </w:r>
      <w:r w:rsidR="00164E3A" w:rsidRPr="00D73412">
        <w:rPr>
          <w:rFonts w:ascii="Arial" w:hAnsi="Arial" w:cs="Arial"/>
          <w:sz w:val="20"/>
          <w:szCs w:val="20"/>
          <w:lang w:val="pl-PL"/>
        </w:rPr>
        <w:t xml:space="preserve">lub Unii Europejskiej </w:t>
      </w:r>
      <w:r w:rsidRPr="00D73412">
        <w:rPr>
          <w:rFonts w:ascii="Arial" w:hAnsi="Arial" w:cs="Arial"/>
          <w:sz w:val="20"/>
          <w:szCs w:val="20"/>
          <w:lang w:val="pl-PL"/>
        </w:rPr>
        <w:t>w roku obrotowym 2025 roczny obrót w wysokości co najmniej 100 000 000 PLN (słownie: sto milionów złotych);</w:t>
      </w:r>
    </w:p>
    <w:p w14:paraId="2CE92469" w14:textId="07738C79" w:rsidR="00EE1481" w:rsidRPr="00D73412" w:rsidRDefault="00EE1481" w:rsidP="00DE438C">
      <w:pPr>
        <w:jc w:val="both"/>
        <w:rPr>
          <w:rFonts w:ascii="Arial" w:hAnsi="Arial" w:cs="Arial"/>
          <w:sz w:val="20"/>
          <w:szCs w:val="20"/>
          <w:lang w:val="pl-PL"/>
        </w:rPr>
      </w:pPr>
      <w:r w:rsidRPr="00D73412">
        <w:rPr>
          <w:rFonts w:ascii="Arial" w:hAnsi="Arial" w:cs="Arial"/>
          <w:b/>
          <w:bCs/>
          <w:sz w:val="20"/>
          <w:szCs w:val="20"/>
          <w:lang w:val="pl-PL"/>
        </w:rPr>
        <w:t>Sposób oceny spełniania warunku</w:t>
      </w:r>
    </w:p>
    <w:p w14:paraId="5AE1363D" w14:textId="77777777" w:rsidR="00EE1481" w:rsidRPr="00D73412" w:rsidRDefault="001709DD" w:rsidP="001709DD">
      <w:pPr>
        <w:jc w:val="both"/>
        <w:rPr>
          <w:rFonts w:ascii="Arial" w:hAnsi="Arial" w:cs="Arial"/>
          <w:sz w:val="20"/>
          <w:szCs w:val="20"/>
          <w:lang w:val="pl-PL"/>
        </w:rPr>
      </w:pPr>
      <w:r w:rsidRPr="00D73412">
        <w:rPr>
          <w:rFonts w:ascii="Arial" w:hAnsi="Arial" w:cs="Arial"/>
          <w:sz w:val="20"/>
          <w:szCs w:val="20"/>
          <w:lang w:val="pl-PL"/>
        </w:rPr>
        <w:t>Weryfikacja nastąpi w oparciu o</w:t>
      </w:r>
      <w:r w:rsidR="00EE1481" w:rsidRPr="00D73412">
        <w:rPr>
          <w:rFonts w:ascii="Arial" w:hAnsi="Arial" w:cs="Arial"/>
          <w:sz w:val="20"/>
          <w:szCs w:val="20"/>
          <w:lang w:val="pl-PL"/>
        </w:rPr>
        <w:t>:</w:t>
      </w:r>
    </w:p>
    <w:p w14:paraId="1F15CD32" w14:textId="22A392F8" w:rsidR="001709DD" w:rsidRPr="00D73412" w:rsidRDefault="001709DD" w:rsidP="00164E3A">
      <w:pPr>
        <w:pStyle w:val="Akapitzlist"/>
        <w:numPr>
          <w:ilvl w:val="0"/>
          <w:numId w:val="28"/>
        </w:numPr>
        <w:jc w:val="both"/>
        <w:rPr>
          <w:rFonts w:ascii="Arial" w:hAnsi="Arial" w:cs="Arial"/>
          <w:sz w:val="20"/>
          <w:szCs w:val="20"/>
          <w:lang w:val="pl-PL"/>
        </w:rPr>
      </w:pPr>
      <w:r w:rsidRPr="00D73412">
        <w:rPr>
          <w:rFonts w:ascii="Arial" w:hAnsi="Arial" w:cs="Arial"/>
          <w:sz w:val="20"/>
          <w:szCs w:val="20"/>
          <w:lang w:val="pl-PL"/>
        </w:rPr>
        <w:t>oświadczenie Oferenta o spełnianiu warunków udziału w postępowaniu, zawarte w Załączniku nr 1 do zapytania ofertowego - Formularz ofertowy oraz:</w:t>
      </w:r>
    </w:p>
    <w:p w14:paraId="60E78356" w14:textId="5ACB7EF4" w:rsidR="001709DD" w:rsidRPr="00D73412" w:rsidRDefault="00894330" w:rsidP="00111CCF">
      <w:pPr>
        <w:pStyle w:val="Akapitzlist"/>
        <w:numPr>
          <w:ilvl w:val="0"/>
          <w:numId w:val="28"/>
        </w:numPr>
        <w:jc w:val="both"/>
        <w:rPr>
          <w:rFonts w:ascii="Arial" w:hAnsi="Arial" w:cs="Arial"/>
          <w:sz w:val="20"/>
          <w:szCs w:val="20"/>
          <w:lang w:val="pl-PL"/>
        </w:rPr>
      </w:pPr>
      <w:r>
        <w:rPr>
          <w:rFonts w:ascii="Arial" w:hAnsi="Arial" w:cs="Arial"/>
          <w:sz w:val="20"/>
          <w:szCs w:val="20"/>
          <w:lang w:val="pl-PL"/>
        </w:rPr>
        <w:t>zatwierdzone s</w:t>
      </w:r>
      <w:r w:rsidR="001709DD" w:rsidRPr="00D73412">
        <w:rPr>
          <w:rFonts w:ascii="Arial" w:hAnsi="Arial" w:cs="Arial"/>
          <w:sz w:val="20"/>
          <w:szCs w:val="20"/>
          <w:lang w:val="pl-PL"/>
        </w:rPr>
        <w:t xml:space="preserve">prawozdania finansowe za </w:t>
      </w:r>
      <w:r w:rsidR="00EE1481" w:rsidRPr="00D73412">
        <w:rPr>
          <w:rFonts w:ascii="Arial" w:hAnsi="Arial" w:cs="Arial"/>
          <w:sz w:val="20"/>
          <w:szCs w:val="20"/>
          <w:lang w:val="pl-PL"/>
        </w:rPr>
        <w:t>rok obrotowy 2025</w:t>
      </w:r>
      <w:r w:rsidR="00DE438C" w:rsidRPr="00D73412">
        <w:rPr>
          <w:rFonts w:ascii="Arial" w:hAnsi="Arial" w:cs="Arial"/>
          <w:sz w:val="20"/>
          <w:szCs w:val="20"/>
          <w:lang w:val="pl-PL"/>
        </w:rPr>
        <w:t xml:space="preserve"> </w:t>
      </w:r>
      <w:r w:rsidR="00EE1481" w:rsidRPr="00D73412">
        <w:rPr>
          <w:rFonts w:ascii="Arial" w:hAnsi="Arial" w:cs="Arial"/>
          <w:sz w:val="20"/>
          <w:szCs w:val="20"/>
          <w:lang w:val="pl-PL"/>
        </w:rPr>
        <w:t xml:space="preserve">lub </w:t>
      </w:r>
      <w:r w:rsidR="00DE438C" w:rsidRPr="00D73412">
        <w:rPr>
          <w:rFonts w:ascii="Arial" w:hAnsi="Arial" w:cs="Arial"/>
          <w:sz w:val="20"/>
          <w:szCs w:val="20"/>
          <w:lang w:val="pl-PL"/>
        </w:rPr>
        <w:t>dokumentów równoważnych.</w:t>
      </w:r>
    </w:p>
    <w:p w14:paraId="0695F801" w14:textId="51E8F148" w:rsidR="00D17E6E" w:rsidRPr="00D73412" w:rsidRDefault="00D17E6E" w:rsidP="00D17E6E">
      <w:pPr>
        <w:pStyle w:val="Akapitzlist"/>
        <w:numPr>
          <w:ilvl w:val="0"/>
          <w:numId w:val="28"/>
        </w:numPr>
        <w:jc w:val="both"/>
        <w:rPr>
          <w:rFonts w:ascii="Arial" w:hAnsi="Arial" w:cs="Arial"/>
          <w:sz w:val="20"/>
          <w:szCs w:val="20"/>
          <w:lang w:val="pl-PL"/>
        </w:rPr>
      </w:pPr>
      <w:r w:rsidRPr="00D73412">
        <w:rPr>
          <w:rFonts w:ascii="Arial" w:hAnsi="Arial" w:cs="Arial"/>
          <w:sz w:val="20"/>
          <w:szCs w:val="20"/>
          <w:lang w:val="pl-PL"/>
        </w:rPr>
        <w:t>aktualnego odpisu z właściwego rejestru przedsiębiorców lub innego równoważnego dokumentu urzędowego, potwierdzającego siedzibę Oferenta, jego formę prawną oraz wysokość kapitału zakładowego</w:t>
      </w:r>
      <w:r w:rsidR="00163893">
        <w:rPr>
          <w:rFonts w:ascii="Arial" w:hAnsi="Arial" w:cs="Arial"/>
          <w:sz w:val="20"/>
          <w:szCs w:val="20"/>
          <w:lang w:val="pl-PL"/>
        </w:rPr>
        <w:t>.</w:t>
      </w:r>
    </w:p>
    <w:p w14:paraId="629D3E39" w14:textId="356A9155" w:rsidR="00EE1481" w:rsidRPr="00D73412" w:rsidRDefault="00D17E6E" w:rsidP="00111CCF">
      <w:pPr>
        <w:pStyle w:val="Akapitzlist"/>
        <w:numPr>
          <w:ilvl w:val="0"/>
          <w:numId w:val="28"/>
        </w:numPr>
        <w:jc w:val="both"/>
        <w:rPr>
          <w:lang w:val="pl-PL"/>
        </w:rPr>
      </w:pPr>
      <w:r w:rsidRPr="00D73412">
        <w:rPr>
          <w:rFonts w:ascii="Arial" w:hAnsi="Arial" w:cs="Arial"/>
          <w:sz w:val="20"/>
          <w:szCs w:val="20"/>
          <w:lang w:val="pl-PL"/>
        </w:rPr>
        <w:t>w przypadku gdy Oferent wykazuje spełnienie warunku dotyczącego wysokości kapitału zakładowego poprzez spółkę dominującą – dokumentów potwierdzających</w:t>
      </w:r>
      <w:r w:rsidR="00EB6041">
        <w:rPr>
          <w:rFonts w:ascii="Arial" w:hAnsi="Arial" w:cs="Arial"/>
          <w:sz w:val="20"/>
          <w:szCs w:val="20"/>
          <w:lang w:val="pl-PL"/>
        </w:rPr>
        <w:t xml:space="preserve"> (przyna</w:t>
      </w:r>
      <w:r w:rsidR="006C2EE7">
        <w:rPr>
          <w:rFonts w:ascii="Arial" w:hAnsi="Arial" w:cs="Arial"/>
          <w:sz w:val="20"/>
          <w:szCs w:val="20"/>
          <w:lang w:val="pl-PL"/>
        </w:rPr>
        <w:t>j</w:t>
      </w:r>
      <w:r w:rsidR="00EB6041">
        <w:rPr>
          <w:rFonts w:ascii="Arial" w:hAnsi="Arial" w:cs="Arial"/>
          <w:sz w:val="20"/>
          <w:szCs w:val="20"/>
          <w:lang w:val="pl-PL"/>
        </w:rPr>
        <w:t xml:space="preserve">mniej odpowiednich wypisów/odpisów z rejestru właściwego dla </w:t>
      </w:r>
      <w:r w:rsidR="000A4C76">
        <w:rPr>
          <w:rFonts w:ascii="Arial" w:hAnsi="Arial" w:cs="Arial"/>
          <w:sz w:val="20"/>
          <w:szCs w:val="20"/>
          <w:lang w:val="pl-PL"/>
        </w:rPr>
        <w:t>Oferent</w:t>
      </w:r>
      <w:r w:rsidR="00EB6041">
        <w:rPr>
          <w:rFonts w:ascii="Arial" w:hAnsi="Arial" w:cs="Arial"/>
          <w:sz w:val="20"/>
          <w:szCs w:val="20"/>
          <w:lang w:val="pl-PL"/>
        </w:rPr>
        <w:t>a</w:t>
      </w:r>
      <w:r w:rsidR="000A4C76">
        <w:rPr>
          <w:rFonts w:ascii="Arial" w:hAnsi="Arial" w:cs="Arial"/>
          <w:sz w:val="20"/>
          <w:szCs w:val="20"/>
          <w:lang w:val="pl-PL"/>
        </w:rPr>
        <w:t xml:space="preserve"> sporządzonego lub przetłumaczonego na język polski lub angielski)</w:t>
      </w:r>
      <w:r w:rsidRPr="00D73412">
        <w:rPr>
          <w:rFonts w:ascii="Arial" w:hAnsi="Arial" w:cs="Arial"/>
          <w:sz w:val="20"/>
          <w:szCs w:val="20"/>
          <w:lang w:val="pl-PL"/>
        </w:rPr>
        <w:t xml:space="preserve">: i. stosunek pomiędzy Oferentem a spółką dominującą, w tym posiadanie przez tę spółkę udziałów reprezentujących co najmniej 51% ogólnej liczby głosów w </w:t>
      </w:r>
      <w:r w:rsidR="00B777F8" w:rsidRPr="00D73412">
        <w:rPr>
          <w:rFonts w:ascii="Arial" w:hAnsi="Arial" w:cs="Arial"/>
          <w:sz w:val="20"/>
          <w:szCs w:val="20"/>
          <w:lang w:val="pl-PL"/>
        </w:rPr>
        <w:t>spółce Oferenta</w:t>
      </w:r>
      <w:r w:rsidRPr="00D73412">
        <w:rPr>
          <w:rFonts w:ascii="Arial" w:hAnsi="Arial" w:cs="Arial"/>
          <w:sz w:val="20"/>
          <w:szCs w:val="20"/>
          <w:lang w:val="pl-PL"/>
        </w:rPr>
        <w:t>;</w:t>
      </w:r>
      <w:r w:rsidRPr="00D73412">
        <w:rPr>
          <w:rFonts w:ascii="Arial" w:hAnsi="Arial" w:cs="Arial"/>
          <w:sz w:val="20"/>
          <w:szCs w:val="20"/>
          <w:lang w:val="pl-PL"/>
        </w:rPr>
        <w:br/>
        <w:t>ii. miejsce rejestracji oraz wysokość kapitału zakładowego spółki dominującej;</w:t>
      </w:r>
      <w:r w:rsidR="00B777F8" w:rsidRPr="00D73412">
        <w:rPr>
          <w:rFonts w:ascii="Arial" w:hAnsi="Arial" w:cs="Arial"/>
          <w:sz w:val="20"/>
          <w:szCs w:val="20"/>
          <w:lang w:val="pl-PL"/>
        </w:rPr>
        <w:t xml:space="preserve"> iii. Dowód udzielenia przez spółkę dominującą na rzecz Zamawiającego gwarancji zabezpieczającej należyte wykonanie zobowiązań Oferenta związanych z realizacją zamówienia</w:t>
      </w:r>
      <w:r w:rsidR="000A4C76">
        <w:rPr>
          <w:rFonts w:ascii="Arial" w:hAnsi="Arial" w:cs="Arial"/>
          <w:sz w:val="20"/>
          <w:szCs w:val="20"/>
          <w:lang w:val="pl-PL"/>
        </w:rPr>
        <w:t xml:space="preserve"> (przynajmniej w formie oświadczenia pisemnego spółki dominującej zobowiązującej się do ustanowienia takiego </w:t>
      </w:r>
      <w:r w:rsidR="00CD4994">
        <w:rPr>
          <w:rFonts w:ascii="Arial" w:hAnsi="Arial" w:cs="Arial"/>
          <w:sz w:val="20"/>
          <w:szCs w:val="20"/>
          <w:lang w:val="pl-PL"/>
        </w:rPr>
        <w:t>zabezpieczenia, podpisanego przez osobę umocowaną, oraz dokument potwierdzający to umocowanie)</w:t>
      </w:r>
      <w:r w:rsidR="00B777F8" w:rsidRPr="00D73412">
        <w:rPr>
          <w:rFonts w:ascii="Arial" w:hAnsi="Arial" w:cs="Arial"/>
          <w:sz w:val="20"/>
          <w:szCs w:val="20"/>
          <w:lang w:val="pl-PL"/>
        </w:rPr>
        <w:t>.</w:t>
      </w:r>
    </w:p>
    <w:p w14:paraId="3D3461EE" w14:textId="77777777" w:rsidR="00D17E6E" w:rsidRPr="00D73412" w:rsidRDefault="00D17E6E" w:rsidP="00164E3A">
      <w:pPr>
        <w:pStyle w:val="Akapitzlist"/>
        <w:ind w:left="1080"/>
        <w:jc w:val="both"/>
        <w:rPr>
          <w:rFonts w:ascii="Arial" w:hAnsi="Arial" w:cs="Arial"/>
          <w:b/>
          <w:bCs/>
          <w:sz w:val="20"/>
          <w:szCs w:val="20"/>
          <w:lang w:val="pl-PL"/>
        </w:rPr>
      </w:pPr>
    </w:p>
    <w:p w14:paraId="5F53B301" w14:textId="4EB3EDC1" w:rsidR="00321883" w:rsidRPr="00D73412" w:rsidRDefault="00321883" w:rsidP="00321883">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Akceptacja warunków kontraktowych i standardów etycznych</w:t>
      </w:r>
    </w:p>
    <w:p w14:paraId="1E48CE4E" w14:textId="77777777" w:rsidR="00321883" w:rsidRPr="00D73412" w:rsidRDefault="00321883" w:rsidP="00164E3A">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Oferent zobowiązany jest:</w:t>
      </w:r>
    </w:p>
    <w:p w14:paraId="6A1F3709" w14:textId="1B0A56D7" w:rsidR="00321883" w:rsidRPr="00D73412" w:rsidRDefault="00321883" w:rsidP="00164E3A">
      <w:pPr>
        <w:pStyle w:val="Akapitzlist"/>
        <w:numPr>
          <w:ilvl w:val="2"/>
          <w:numId w:val="17"/>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zaakceptować projekt Umowy EPC stanowiący załącznik do niniejszego Zapytania ofertowego oraz zobowiązać się, w przypadku wyboru jego oferty, do zawarcia Umowy EPC na warunkach określonych w tym projekcie, z uwzględnieniem ewentualnych uzupełnień wprowadzonych w toku postępowania;</w:t>
      </w:r>
    </w:p>
    <w:p w14:paraId="4A8F5705" w14:textId="0985B72D" w:rsidR="00321883" w:rsidRPr="00D73412" w:rsidRDefault="00321883" w:rsidP="00164E3A">
      <w:pPr>
        <w:pStyle w:val="Akapitzlist"/>
        <w:numPr>
          <w:ilvl w:val="2"/>
          <w:numId w:val="17"/>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zaakceptować i przestrzegać Code of Ethics</w:t>
      </w:r>
      <w:r w:rsidR="005A6A1F" w:rsidRPr="00D73412">
        <w:rPr>
          <w:rFonts w:ascii="Arial" w:hAnsi="Arial" w:cs="Arial"/>
          <w:sz w:val="20"/>
          <w:szCs w:val="20"/>
          <w:lang w:val="pl-PL"/>
        </w:rPr>
        <w:t xml:space="preserve"> dla spółek z grupy Volta</w:t>
      </w:r>
      <w:r w:rsidRPr="00D73412">
        <w:rPr>
          <w:rFonts w:ascii="Arial" w:hAnsi="Arial" w:cs="Arial"/>
          <w:sz w:val="20"/>
          <w:szCs w:val="20"/>
          <w:lang w:val="pl-PL"/>
        </w:rPr>
        <w:t xml:space="preserve">, stanowiącego </w:t>
      </w:r>
      <w:r w:rsidR="002E2F64" w:rsidRPr="00D73412">
        <w:rPr>
          <w:rFonts w:ascii="Arial" w:hAnsi="Arial" w:cs="Arial"/>
          <w:sz w:val="20"/>
          <w:szCs w:val="20"/>
          <w:lang w:val="pl-PL"/>
        </w:rPr>
        <w:t xml:space="preserve">Załącznik nr 5 do niniejszego Zapytania ofertowego </w:t>
      </w:r>
      <w:r w:rsidRPr="00D73412">
        <w:rPr>
          <w:rFonts w:ascii="Arial" w:hAnsi="Arial" w:cs="Arial"/>
          <w:sz w:val="20"/>
          <w:szCs w:val="20"/>
          <w:lang w:val="pl-PL"/>
        </w:rPr>
        <w:t>oraz zobowiązać się do przestrzegania określonych w nim zasad w związku z udziałem w postępowaniu i realizacją zamówienia.</w:t>
      </w:r>
    </w:p>
    <w:p w14:paraId="0BE40CBC" w14:textId="769C0E42" w:rsidR="00A03090" w:rsidRPr="00D73412" w:rsidRDefault="00A03090" w:rsidP="00164E3A">
      <w:pPr>
        <w:jc w:val="both"/>
        <w:rPr>
          <w:rFonts w:ascii="Arial" w:hAnsi="Arial" w:cs="Arial"/>
          <w:sz w:val="20"/>
          <w:szCs w:val="20"/>
          <w:lang w:val="pl-PL"/>
        </w:rPr>
      </w:pPr>
      <w:r w:rsidRPr="00D73412">
        <w:rPr>
          <w:rFonts w:ascii="Arial" w:hAnsi="Arial" w:cs="Arial"/>
          <w:b/>
          <w:bCs/>
          <w:sz w:val="20"/>
          <w:szCs w:val="20"/>
          <w:lang w:val="pl-PL"/>
        </w:rPr>
        <w:t>Sposób oceny spełniania warunku</w:t>
      </w:r>
    </w:p>
    <w:p w14:paraId="3F7CFE75" w14:textId="2BFF9275" w:rsidR="00A03090" w:rsidRPr="00D73412" w:rsidRDefault="00A03090" w:rsidP="00164E3A">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Spełnienie powyższych wymagań zostanie potwierdzone poprzez złożenie przez Oferenta odpowiednich oświadczeń w Formularzu ofertowym.</w:t>
      </w:r>
    </w:p>
    <w:p w14:paraId="008B23CB" w14:textId="46DD034D" w:rsidR="00A03090" w:rsidRPr="00D73412" w:rsidRDefault="00A03090" w:rsidP="00A03090">
      <w:pPr>
        <w:pStyle w:val="Akapitzlist"/>
        <w:numPr>
          <w:ilvl w:val="1"/>
          <w:numId w:val="17"/>
        </w:num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Zdolność do zapewnienia usług LTSA</w:t>
      </w:r>
    </w:p>
    <w:p w14:paraId="1263B434" w14:textId="496A5E48" w:rsidR="00A03090" w:rsidRPr="00D73412" w:rsidRDefault="00A03090" w:rsidP="00A03090">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lastRenderedPageBreak/>
        <w:t>Oferent musi posiadać zdolność do zapewnienia długoterminowych usług serwisowych i utrzymaniowych dla oferowanego systemu BESS w formule LTSA (Long-Term Service Agreement), świadczonych po zakończeniu realizacji zamówienia objętego niniejszym postępowaniem.</w:t>
      </w:r>
    </w:p>
    <w:p w14:paraId="3A15425F" w14:textId="75D1B845" w:rsidR="00A03090" w:rsidRPr="00D73412" w:rsidRDefault="00A03090" w:rsidP="00A03090">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Oferent może wykazać spełnienie powyższego warunku poprzez zdolność do świadczenia usług LTSA bezpośrednio albo poprzez zapewnienie ich świadczenia przez</w:t>
      </w:r>
      <w:r w:rsidR="005A6A1F" w:rsidRPr="00D73412">
        <w:rPr>
          <w:rFonts w:ascii="Arial" w:hAnsi="Arial" w:cs="Arial"/>
          <w:sz w:val="20"/>
          <w:szCs w:val="20"/>
          <w:lang w:val="pl-PL"/>
        </w:rPr>
        <w:t xml:space="preserve"> </w:t>
      </w:r>
      <w:r w:rsidRPr="00D73412">
        <w:rPr>
          <w:rFonts w:ascii="Arial" w:hAnsi="Arial" w:cs="Arial"/>
          <w:sz w:val="20"/>
          <w:szCs w:val="20"/>
          <w:lang w:val="pl-PL"/>
        </w:rPr>
        <w:t>inny podmiot, którego zasobami lub zapleczem serwisowym Oferent będzie mógł dysponować w tym zakresie.</w:t>
      </w:r>
    </w:p>
    <w:p w14:paraId="5C9FFD3E" w14:textId="2F9D0EEE" w:rsidR="00A03090" w:rsidRPr="00D73412" w:rsidRDefault="00A03090" w:rsidP="00A03090">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Usługi LTSA nie stanowią przedmiotu niniejszego postępowania ani zakresu zamówienia udzielanego na jego podstawie. Spełnienie niniejszego warunku służy potwierdzeniu możliwości zapewnienia długoterminowej obsługi serwisowej oferowanego systemu BESS po zakończeniu realizacji EPC.</w:t>
      </w:r>
    </w:p>
    <w:p w14:paraId="00C31F59" w14:textId="6342D343" w:rsidR="00A03090" w:rsidRPr="00D73412" w:rsidRDefault="00A03090" w:rsidP="00A03090">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Spełnienie niniejszego warunku nie stanowi zobowiązania Zamawiającego do zawarcia z Oferentem umowy LTSA. Ewentualne powierzenie świadczenia usług LTSA będzie przedmiotem odrębnych ustaleń i odrębnego stosunku umownego.</w:t>
      </w:r>
    </w:p>
    <w:p w14:paraId="3B7AE3E6" w14:textId="3C350542" w:rsidR="00A03090" w:rsidRDefault="00A03090" w:rsidP="00A03090">
      <w:pPr>
        <w:spacing w:before="100" w:beforeAutospacing="1" w:after="100" w:afterAutospacing="1" w:line="240" w:lineRule="auto"/>
        <w:jc w:val="both"/>
        <w:rPr>
          <w:rFonts w:ascii="Arial" w:hAnsi="Arial" w:cs="Arial"/>
          <w:b/>
          <w:bCs/>
          <w:sz w:val="20"/>
          <w:szCs w:val="20"/>
          <w:lang w:val="pl-PL"/>
        </w:rPr>
      </w:pPr>
      <w:r w:rsidRPr="00D73412">
        <w:rPr>
          <w:rFonts w:ascii="Arial" w:hAnsi="Arial" w:cs="Arial"/>
          <w:b/>
          <w:bCs/>
          <w:sz w:val="20"/>
          <w:szCs w:val="20"/>
          <w:lang w:val="pl-PL"/>
        </w:rPr>
        <w:t>Sposób oceny spełniania warunku</w:t>
      </w:r>
    </w:p>
    <w:p w14:paraId="2CCD743E" w14:textId="4754D42D" w:rsidR="00A647B7" w:rsidRPr="00DC63E7" w:rsidRDefault="00A647B7" w:rsidP="00DC63E7">
      <w:pPr>
        <w:jc w:val="both"/>
        <w:rPr>
          <w:rFonts w:ascii="Arial" w:hAnsi="Arial" w:cs="Arial"/>
          <w:sz w:val="20"/>
          <w:szCs w:val="20"/>
          <w:lang w:val="pl-PL"/>
        </w:rPr>
      </w:pPr>
      <w:r w:rsidRPr="00D73412">
        <w:rPr>
          <w:rFonts w:ascii="Arial" w:hAnsi="Arial" w:cs="Arial"/>
          <w:sz w:val="20"/>
          <w:szCs w:val="20"/>
          <w:lang w:val="pl-PL"/>
        </w:rPr>
        <w:t>Weryfikacja nastąpi w oparciu o:</w:t>
      </w:r>
    </w:p>
    <w:p w14:paraId="3184F86A" w14:textId="28E600FE" w:rsidR="00A03090" w:rsidRDefault="00A03090" w:rsidP="00164E3A">
      <w:pPr>
        <w:pStyle w:val="Akapitzlist"/>
        <w:numPr>
          <w:ilvl w:val="0"/>
          <w:numId w:val="52"/>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oświadczenia Oferenta, zawartego w Formularzu ofertowym, o posiadaniu zdolności do zapewnienia usług LTSA dla oferowanego systemu BESS</w:t>
      </w:r>
      <w:r w:rsidR="00B777F8" w:rsidRPr="00D73412">
        <w:rPr>
          <w:rFonts w:ascii="Arial" w:hAnsi="Arial" w:cs="Arial"/>
          <w:sz w:val="20"/>
          <w:szCs w:val="20"/>
          <w:lang w:val="pl-PL"/>
        </w:rPr>
        <w:t>.</w:t>
      </w:r>
    </w:p>
    <w:p w14:paraId="0C1FC5B2" w14:textId="00F904BF" w:rsidR="00A647B7" w:rsidRPr="00A647B7" w:rsidRDefault="00A647B7" w:rsidP="00164E3A">
      <w:pPr>
        <w:pStyle w:val="Akapitzlist"/>
        <w:numPr>
          <w:ilvl w:val="0"/>
          <w:numId w:val="52"/>
        </w:numPr>
        <w:spacing w:before="100" w:beforeAutospacing="1" w:after="100" w:afterAutospacing="1" w:line="240" w:lineRule="auto"/>
        <w:jc w:val="both"/>
        <w:rPr>
          <w:rFonts w:ascii="Arial" w:hAnsi="Arial" w:cs="Arial"/>
          <w:sz w:val="20"/>
          <w:szCs w:val="20"/>
          <w:lang w:val="pl-PL"/>
        </w:rPr>
      </w:pPr>
      <w:r>
        <w:rPr>
          <w:rFonts w:ascii="Arial" w:hAnsi="Arial" w:cs="Arial"/>
          <w:sz w:val="20"/>
          <w:szCs w:val="20"/>
          <w:lang w:val="pl-PL"/>
        </w:rPr>
        <w:t xml:space="preserve">uzupełnienie arkusza </w:t>
      </w:r>
      <w:r w:rsidR="007C1C5A">
        <w:rPr>
          <w:rFonts w:ascii="Arial" w:hAnsi="Arial" w:cs="Arial"/>
          <w:sz w:val="20"/>
          <w:szCs w:val="20"/>
          <w:lang w:val="pl-PL"/>
        </w:rPr>
        <w:t>„</w:t>
      </w:r>
      <w:r w:rsidRPr="00A647B7">
        <w:rPr>
          <w:rFonts w:ascii="Arial" w:hAnsi="Arial" w:cs="Arial"/>
          <w:sz w:val="20"/>
          <w:szCs w:val="20"/>
          <w:lang w:val="pl-PL"/>
        </w:rPr>
        <w:t>3</w:t>
      </w:r>
      <w:r>
        <w:rPr>
          <w:rFonts w:ascii="Arial" w:hAnsi="Arial" w:cs="Arial"/>
          <w:sz w:val="20"/>
          <w:szCs w:val="20"/>
          <w:lang w:val="pl-PL"/>
        </w:rPr>
        <w:t>.</w:t>
      </w:r>
      <w:r w:rsidRPr="00A647B7">
        <w:rPr>
          <w:rFonts w:ascii="Arial" w:hAnsi="Arial" w:cs="Arial"/>
          <w:sz w:val="20"/>
          <w:szCs w:val="20"/>
          <w:lang w:val="pl-PL"/>
        </w:rPr>
        <w:t xml:space="preserve"> Warranties and LTSA</w:t>
      </w:r>
      <w:r w:rsidR="007C1C5A">
        <w:rPr>
          <w:rFonts w:ascii="Arial" w:hAnsi="Arial" w:cs="Arial"/>
          <w:sz w:val="20"/>
          <w:szCs w:val="20"/>
          <w:lang w:val="pl-PL"/>
        </w:rPr>
        <w:t>”</w:t>
      </w:r>
      <w:r w:rsidRPr="00A647B7">
        <w:rPr>
          <w:rFonts w:ascii="Arial" w:hAnsi="Arial" w:cs="Arial"/>
          <w:sz w:val="20"/>
          <w:szCs w:val="20"/>
          <w:lang w:val="pl-PL"/>
        </w:rPr>
        <w:t>, będącego częścią</w:t>
      </w:r>
      <w:r w:rsidRPr="00D420A5">
        <w:rPr>
          <w:rFonts w:ascii="Arial" w:hAnsi="Arial" w:cs="Arial"/>
          <w:sz w:val="20"/>
          <w:szCs w:val="20"/>
          <w:lang w:val="pl-PL"/>
        </w:rPr>
        <w:t xml:space="preserve"> Z</w:t>
      </w:r>
      <w:r>
        <w:rPr>
          <w:rFonts w:ascii="Arial" w:hAnsi="Arial" w:cs="Arial"/>
          <w:sz w:val="20"/>
          <w:szCs w:val="20"/>
          <w:lang w:val="pl-PL"/>
        </w:rPr>
        <w:t>ałącznika nr. 6 do Zapytania ofertowego</w:t>
      </w:r>
    </w:p>
    <w:p w14:paraId="1A1F7D53" w14:textId="77777777" w:rsidR="00830B7D" w:rsidRPr="00D73412" w:rsidRDefault="00830B7D" w:rsidP="00813C3C">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SKŁADANIE OFERT</w:t>
      </w:r>
    </w:p>
    <w:p w14:paraId="4517A2BB" w14:textId="0FCCB5B2" w:rsidR="00830B7D" w:rsidRPr="00D73412" w:rsidRDefault="00830B7D"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Ofertę należy złożyć w terminie do </w:t>
      </w:r>
      <w:r w:rsidR="00D420A5" w:rsidRPr="00D420A5">
        <w:rPr>
          <w:rFonts w:ascii="Arial" w:hAnsi="Arial" w:cs="Arial"/>
          <w:b/>
          <w:bCs/>
          <w:sz w:val="20"/>
          <w:szCs w:val="20"/>
          <w:lang w:val="pl-PL"/>
        </w:rPr>
        <w:t>12 października</w:t>
      </w:r>
      <w:r w:rsidR="00EB5ADD" w:rsidRPr="00D420A5">
        <w:rPr>
          <w:rFonts w:ascii="Arial" w:hAnsi="Arial" w:cs="Arial"/>
          <w:b/>
          <w:bCs/>
          <w:sz w:val="20"/>
          <w:szCs w:val="20"/>
          <w:lang w:val="pl-PL"/>
        </w:rPr>
        <w:t xml:space="preserve"> </w:t>
      </w:r>
      <w:r w:rsidRPr="00D420A5">
        <w:rPr>
          <w:rFonts w:ascii="Arial" w:hAnsi="Arial" w:cs="Arial"/>
          <w:b/>
          <w:bCs/>
          <w:sz w:val="20"/>
          <w:szCs w:val="20"/>
          <w:lang w:val="pl-PL"/>
        </w:rPr>
        <w:t>2026 r.</w:t>
      </w:r>
      <w:r w:rsidR="00D420A5" w:rsidRPr="00D420A5">
        <w:rPr>
          <w:rFonts w:ascii="Arial" w:hAnsi="Arial" w:cs="Arial"/>
          <w:b/>
          <w:bCs/>
          <w:sz w:val="20"/>
          <w:szCs w:val="20"/>
          <w:lang w:val="pl-PL"/>
        </w:rPr>
        <w:t xml:space="preserve"> do godziny </w:t>
      </w:r>
      <w:r w:rsidR="00D420A5">
        <w:rPr>
          <w:rFonts w:ascii="Arial" w:hAnsi="Arial" w:cs="Arial"/>
          <w:b/>
          <w:bCs/>
          <w:sz w:val="20"/>
          <w:szCs w:val="20"/>
          <w:lang w:val="pl-PL"/>
        </w:rPr>
        <w:t>10</w:t>
      </w:r>
      <w:r w:rsidR="00D420A5" w:rsidRPr="00D420A5">
        <w:rPr>
          <w:rFonts w:ascii="Arial" w:hAnsi="Arial" w:cs="Arial"/>
          <w:b/>
          <w:bCs/>
          <w:sz w:val="20"/>
          <w:szCs w:val="20"/>
          <w:lang w:val="pl-PL"/>
        </w:rPr>
        <w:t>.00</w:t>
      </w:r>
      <w:r w:rsidR="00D420A5">
        <w:rPr>
          <w:rFonts w:ascii="Arial" w:hAnsi="Arial" w:cs="Arial"/>
          <w:sz w:val="20"/>
          <w:szCs w:val="20"/>
          <w:lang w:val="pl-PL"/>
        </w:rPr>
        <w:t xml:space="preserve"> (CEST)</w:t>
      </w:r>
      <w:r w:rsidRPr="00D73412">
        <w:rPr>
          <w:rFonts w:ascii="Arial" w:hAnsi="Arial" w:cs="Arial"/>
          <w:sz w:val="20"/>
          <w:szCs w:val="20"/>
          <w:lang w:val="pl-PL"/>
        </w:rPr>
        <w:t xml:space="preserve"> za pośrednictwem portalu Baza konkurencyjności: https://bazakonkurencyjnosci.funduszeeuropejskie.gov.pl/ wpisując odpowiednio łączną kwotę oferty </w:t>
      </w:r>
      <w:r w:rsidR="00164E3A" w:rsidRPr="00D73412">
        <w:rPr>
          <w:rFonts w:ascii="Arial" w:hAnsi="Arial" w:cs="Arial"/>
          <w:sz w:val="20"/>
          <w:szCs w:val="20"/>
          <w:lang w:val="pl-PL"/>
        </w:rPr>
        <w:t xml:space="preserve">netto i </w:t>
      </w:r>
      <w:r w:rsidRPr="00D73412">
        <w:rPr>
          <w:rFonts w:ascii="Arial" w:hAnsi="Arial" w:cs="Arial"/>
          <w:sz w:val="20"/>
          <w:szCs w:val="20"/>
          <w:lang w:val="pl-PL"/>
        </w:rPr>
        <w:t xml:space="preserve">brutto i załączając wymagane dokumenty. </w:t>
      </w:r>
      <w:r w:rsidR="00D9208B">
        <w:rPr>
          <w:rFonts w:ascii="Arial" w:hAnsi="Arial" w:cs="Arial"/>
          <w:sz w:val="20"/>
          <w:szCs w:val="20"/>
          <w:lang w:val="pl-PL"/>
        </w:rPr>
        <w:t xml:space="preserve">Oferta złożona w innej formie podlega odrzuceniu. </w:t>
      </w:r>
    </w:p>
    <w:p w14:paraId="36CAC803" w14:textId="2D50C5C6" w:rsidR="00830B7D" w:rsidRPr="00D73412" w:rsidRDefault="00830B7D" w:rsidP="00164E3A">
      <w:pPr>
        <w:pStyle w:val="Akapitzlist"/>
        <w:numPr>
          <w:ilvl w:val="1"/>
          <w:numId w:val="17"/>
        </w:numPr>
        <w:ind w:left="1134" w:hanging="709"/>
        <w:jc w:val="both"/>
        <w:rPr>
          <w:rFonts w:ascii="Arial" w:hAnsi="Arial" w:cs="Arial"/>
          <w:sz w:val="20"/>
          <w:szCs w:val="20"/>
          <w:lang w:val="pl-PL"/>
        </w:rPr>
      </w:pPr>
      <w:r w:rsidRPr="00D73412">
        <w:rPr>
          <w:rFonts w:ascii="Arial" w:hAnsi="Arial" w:cs="Arial"/>
          <w:sz w:val="20"/>
          <w:szCs w:val="20"/>
          <w:lang w:val="pl-PL"/>
        </w:rPr>
        <w:t>O zachowaniu terminu decyduj</w:t>
      </w:r>
      <w:r w:rsidR="00D420A5">
        <w:rPr>
          <w:rFonts w:ascii="Arial" w:hAnsi="Arial" w:cs="Arial"/>
          <w:sz w:val="20"/>
          <w:szCs w:val="20"/>
          <w:lang w:val="pl-PL"/>
        </w:rPr>
        <w:t>ą</w:t>
      </w:r>
      <w:r w:rsidRPr="00D73412">
        <w:rPr>
          <w:rFonts w:ascii="Arial" w:hAnsi="Arial" w:cs="Arial"/>
          <w:sz w:val="20"/>
          <w:szCs w:val="20"/>
          <w:lang w:val="pl-PL"/>
        </w:rPr>
        <w:t xml:space="preserve"> data i godzina skutecznego złożenia oferty w sposób wymagany przez Zamawiającego. Oferty złożone po terminie nie będą rozpatrywane.</w:t>
      </w:r>
    </w:p>
    <w:p w14:paraId="4C213096" w14:textId="600B701E" w:rsidR="00830B7D" w:rsidRPr="00D73412" w:rsidRDefault="00830B7D" w:rsidP="00164E3A">
      <w:pPr>
        <w:pStyle w:val="Akapitzlist"/>
        <w:numPr>
          <w:ilvl w:val="1"/>
          <w:numId w:val="17"/>
        </w:numPr>
        <w:ind w:left="1134" w:hanging="709"/>
        <w:jc w:val="both"/>
        <w:rPr>
          <w:rFonts w:ascii="Arial" w:hAnsi="Arial" w:cs="Arial"/>
          <w:sz w:val="20"/>
          <w:szCs w:val="20"/>
          <w:lang w:val="pl-PL"/>
        </w:rPr>
      </w:pPr>
      <w:r w:rsidRPr="00D73412">
        <w:rPr>
          <w:rFonts w:ascii="Arial" w:hAnsi="Arial" w:cs="Arial"/>
          <w:sz w:val="20"/>
          <w:szCs w:val="20"/>
          <w:lang w:val="pl-PL"/>
        </w:rPr>
        <w:t xml:space="preserve">O wyborze najkorzystniejszej oferty Zamawiający powiadomi </w:t>
      </w:r>
      <w:r w:rsidR="00A074EA" w:rsidRPr="00D73412">
        <w:rPr>
          <w:rFonts w:ascii="Arial" w:hAnsi="Arial" w:cs="Arial"/>
          <w:sz w:val="20"/>
          <w:szCs w:val="20"/>
          <w:lang w:val="pl-PL"/>
        </w:rPr>
        <w:t>w</w:t>
      </w:r>
      <w:r w:rsidRPr="00D73412">
        <w:rPr>
          <w:rFonts w:ascii="Arial" w:hAnsi="Arial" w:cs="Arial"/>
          <w:sz w:val="20"/>
          <w:szCs w:val="20"/>
          <w:lang w:val="pl-PL"/>
        </w:rPr>
        <w:t>ykonawców poprzez publikacje wyników w bazie konkurencyjności oraz w siedzibie firmy Zamawiającego.</w:t>
      </w:r>
    </w:p>
    <w:p w14:paraId="03B47B76" w14:textId="006C6D2E" w:rsidR="00830B7D" w:rsidRPr="00D73412" w:rsidRDefault="00830B7D" w:rsidP="00164E3A">
      <w:pPr>
        <w:pStyle w:val="Akapitzlist"/>
        <w:numPr>
          <w:ilvl w:val="1"/>
          <w:numId w:val="17"/>
        </w:numPr>
        <w:ind w:left="1134" w:hanging="709"/>
        <w:jc w:val="both"/>
        <w:rPr>
          <w:rFonts w:ascii="Arial" w:hAnsi="Arial" w:cs="Arial"/>
          <w:sz w:val="20"/>
          <w:szCs w:val="20"/>
          <w:lang w:val="pl-PL"/>
        </w:rPr>
      </w:pPr>
      <w:r w:rsidRPr="00D73412">
        <w:rPr>
          <w:rFonts w:ascii="Arial" w:hAnsi="Arial" w:cs="Arial"/>
          <w:sz w:val="20"/>
          <w:szCs w:val="20"/>
          <w:lang w:val="pl-PL"/>
        </w:rPr>
        <w:t>Wykonawca pozostaje związany złożoną ofertą przez okres 60 dni, przy czym bieg terminu związania ofertą rozpoczyna się wraz z upływem terminu składania ofert.</w:t>
      </w:r>
    </w:p>
    <w:p w14:paraId="595C0540" w14:textId="52CF7A6D" w:rsidR="00830B7D" w:rsidRPr="00D73412" w:rsidRDefault="00830B7D" w:rsidP="00164E3A">
      <w:pPr>
        <w:pStyle w:val="Akapitzlist"/>
        <w:numPr>
          <w:ilvl w:val="1"/>
          <w:numId w:val="17"/>
        </w:numPr>
        <w:ind w:left="1134" w:hanging="709"/>
        <w:jc w:val="both"/>
        <w:rPr>
          <w:rFonts w:ascii="Arial" w:hAnsi="Arial" w:cs="Arial"/>
          <w:sz w:val="20"/>
          <w:szCs w:val="20"/>
          <w:lang w:val="pl-PL"/>
        </w:rPr>
      </w:pPr>
      <w:r w:rsidRPr="00D73412">
        <w:rPr>
          <w:rFonts w:ascii="Arial" w:hAnsi="Arial" w:cs="Arial"/>
          <w:sz w:val="20"/>
          <w:szCs w:val="20"/>
          <w:lang w:val="pl-PL"/>
        </w:rPr>
        <w:t>Wykonawca samodzielnie lub na wniosek Zamawiającego może przedłużyć termin związania ofertą.</w:t>
      </w:r>
    </w:p>
    <w:p w14:paraId="7B5626CA" w14:textId="36CB7423" w:rsidR="008C69F5" w:rsidRPr="00D73412" w:rsidRDefault="008C69F5" w:rsidP="00813C3C">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ZASADY POSTĘPOWANIA</w:t>
      </w:r>
    </w:p>
    <w:p w14:paraId="6131E4F8" w14:textId="31DF6306" w:rsidR="005172EA" w:rsidRPr="00D73412" w:rsidRDefault="005172EA" w:rsidP="00A73D7D">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 xml:space="preserve">Zamawiający nie dopuszcza składania ofert częściowych. </w:t>
      </w:r>
    </w:p>
    <w:p w14:paraId="5229F05C" w14:textId="4D8F6C6D" w:rsidR="005172EA" w:rsidRPr="00D73412" w:rsidRDefault="005172EA" w:rsidP="00A73D7D">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Z</w:t>
      </w:r>
      <w:r w:rsidR="006827A2" w:rsidRPr="00D73412">
        <w:rPr>
          <w:rFonts w:ascii="Arial" w:hAnsi="Arial" w:cs="Arial"/>
          <w:b/>
          <w:bCs/>
          <w:sz w:val="20"/>
          <w:szCs w:val="20"/>
          <w:lang w:val="pl-PL"/>
        </w:rPr>
        <w:t>a</w:t>
      </w:r>
      <w:r w:rsidRPr="00D73412">
        <w:rPr>
          <w:rFonts w:ascii="Arial" w:hAnsi="Arial" w:cs="Arial"/>
          <w:b/>
          <w:bCs/>
          <w:sz w:val="20"/>
          <w:szCs w:val="20"/>
          <w:lang w:val="pl-PL"/>
        </w:rPr>
        <w:t>mawiający nie dopuszcza składania ofert wariantowych.</w:t>
      </w:r>
    </w:p>
    <w:p w14:paraId="6123853C" w14:textId="77777777" w:rsidR="002D3124" w:rsidRPr="00D73412" w:rsidRDefault="002D3124" w:rsidP="00A73D7D">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lastRenderedPageBreak/>
        <w:t xml:space="preserve">Wykonawca może złożyć tylko jedną ofertę w odpowiedzi na zapytanie ofertowe. W przypadku złożenia więcej niż jednej oferty, wszystkie oferty wykonawcy zostaną odrzucone jako niezgodne z treścią zapytania ofertowego. </w:t>
      </w:r>
    </w:p>
    <w:p w14:paraId="4BC06C41" w14:textId="7EBF90F5" w:rsidR="003F71F2" w:rsidRDefault="003F71F2" w:rsidP="00A73D7D">
      <w:pPr>
        <w:pStyle w:val="Akapitzlist"/>
        <w:numPr>
          <w:ilvl w:val="1"/>
          <w:numId w:val="17"/>
        </w:numPr>
        <w:jc w:val="both"/>
        <w:rPr>
          <w:rFonts w:ascii="Arial" w:hAnsi="Arial" w:cs="Arial"/>
          <w:sz w:val="20"/>
          <w:szCs w:val="20"/>
          <w:lang w:val="pl-PL"/>
        </w:rPr>
      </w:pPr>
      <w:r w:rsidRPr="00D420A5">
        <w:rPr>
          <w:rFonts w:ascii="Arial" w:hAnsi="Arial" w:cs="Arial"/>
          <w:b/>
          <w:bCs/>
          <w:sz w:val="20"/>
          <w:szCs w:val="20"/>
          <w:lang w:val="pl-PL"/>
        </w:rPr>
        <w:t>Oferta musi zawierać co najmniej:</w:t>
      </w:r>
      <w:r w:rsidRPr="00D73412">
        <w:rPr>
          <w:rFonts w:ascii="Arial" w:hAnsi="Arial" w:cs="Arial"/>
          <w:sz w:val="20"/>
          <w:szCs w:val="20"/>
          <w:lang w:val="pl-PL"/>
        </w:rPr>
        <w:t xml:space="preserve"> i) formularz ofertowy wraz z załącznikami; ii) oświadczenia i dokumenty, o których mowa w niniejszym Zapytaniu ofertowym; iii) </w:t>
      </w:r>
      <w:r w:rsidR="00796F84" w:rsidRPr="00D73412">
        <w:rPr>
          <w:rFonts w:ascii="Arial" w:hAnsi="Arial" w:cs="Arial"/>
          <w:sz w:val="20"/>
          <w:szCs w:val="20"/>
          <w:lang w:val="pl-PL"/>
        </w:rPr>
        <w:t>umocowanie dla osoby występującej</w:t>
      </w:r>
      <w:r w:rsidRPr="00D73412">
        <w:rPr>
          <w:rFonts w:ascii="Arial" w:hAnsi="Arial" w:cs="Arial"/>
          <w:sz w:val="20"/>
          <w:szCs w:val="20"/>
          <w:lang w:val="pl-PL"/>
        </w:rPr>
        <w:t xml:space="preserve"> w imieniu Oferenta</w:t>
      </w:r>
      <w:r w:rsidR="00796F84" w:rsidRPr="00D73412">
        <w:rPr>
          <w:rFonts w:ascii="Arial" w:hAnsi="Arial" w:cs="Arial"/>
          <w:sz w:val="20"/>
          <w:szCs w:val="20"/>
          <w:lang w:val="pl-PL"/>
        </w:rPr>
        <w:t>.</w:t>
      </w:r>
    </w:p>
    <w:p w14:paraId="01F3C382" w14:textId="16C5F027" w:rsidR="003444F7" w:rsidRPr="00D73412" w:rsidRDefault="003444F7" w:rsidP="00A73D7D">
      <w:pPr>
        <w:pStyle w:val="Akapitzlist"/>
        <w:numPr>
          <w:ilvl w:val="1"/>
          <w:numId w:val="17"/>
        </w:numPr>
        <w:jc w:val="both"/>
        <w:rPr>
          <w:rFonts w:ascii="Arial" w:hAnsi="Arial" w:cs="Arial"/>
          <w:sz w:val="20"/>
          <w:szCs w:val="20"/>
          <w:lang w:val="pl-PL"/>
        </w:rPr>
      </w:pPr>
      <w:r w:rsidRPr="00DC63E7">
        <w:rPr>
          <w:rFonts w:ascii="Arial" w:hAnsi="Arial" w:cs="Arial"/>
          <w:b/>
          <w:bCs/>
          <w:sz w:val="20"/>
          <w:szCs w:val="20"/>
          <w:lang w:val="pl-PL"/>
        </w:rPr>
        <w:t xml:space="preserve">Oferent zobowiązany jest uzupełnić Załącznik nr 6 do Zapytania ofertowego i przedłożyć go wraz z Ofertą. </w:t>
      </w:r>
      <w:r w:rsidRPr="00D420A5">
        <w:rPr>
          <w:rFonts w:ascii="Arial" w:hAnsi="Arial" w:cs="Arial"/>
          <w:sz w:val="20"/>
          <w:szCs w:val="20"/>
          <w:lang w:val="pl-PL"/>
        </w:rPr>
        <w:t>Uzupełnienie arkusza „3 Warranties and LTSA” stanowi potwierdzenie spełnienia warunku określonego w pkt 8.6 Zapytania ofertowego. Pozostałe arkusze Załącznika nr 6 („2 Scope of Works”, „4 Offer &amp; equipment details” oraz „5 Sizing summary sheet” należy uzupełnić w celach informacyjnych na potrzeby Zamawiającego.</w:t>
      </w:r>
    </w:p>
    <w:p w14:paraId="468B70D1" w14:textId="6FB37851" w:rsidR="003F71F2" w:rsidRPr="00D73412" w:rsidRDefault="003F71F2" w:rsidP="00164E3A">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Jeżeli Oferent przedstawia w ofercie informacje stanowiące tajemnicę przedsiębiorstwa w rozumieniu ustawy z dnia 16 kwietnia 1993 r. o zwalczaniu nieuczciwej konkurencji, winien jednoznacznie wskazać, które sekcje oferty stanowią tajemnicę przedsiębiorstwa i nie mogą być ujawniane podmiotom trzecim.</w:t>
      </w:r>
    </w:p>
    <w:p w14:paraId="0CECA1E9" w14:textId="47677C3A" w:rsidR="00724C17" w:rsidRPr="00D73412" w:rsidRDefault="00724C17" w:rsidP="00A73D7D">
      <w:pPr>
        <w:pStyle w:val="Akapitzlist"/>
        <w:numPr>
          <w:ilvl w:val="1"/>
          <w:numId w:val="17"/>
        </w:numPr>
        <w:jc w:val="both"/>
        <w:rPr>
          <w:rFonts w:ascii="Arial" w:hAnsi="Arial" w:cs="Arial"/>
          <w:color w:val="auto"/>
          <w:sz w:val="20"/>
          <w:szCs w:val="20"/>
          <w:lang w:val="pl-PL"/>
        </w:rPr>
      </w:pPr>
      <w:r w:rsidRPr="00D73412">
        <w:rPr>
          <w:rFonts w:ascii="Arial" w:hAnsi="Arial" w:cs="Arial"/>
          <w:sz w:val="20"/>
          <w:szCs w:val="20"/>
          <w:lang w:val="pl-PL"/>
        </w:rPr>
        <w:t>Zamawiający dopuszcza składanie ofert przez wykonawców wspólnie ubiegających się o udzielenie zamówienia (</w:t>
      </w:r>
      <w:r w:rsidR="00796F84" w:rsidRPr="00D73412">
        <w:rPr>
          <w:rFonts w:ascii="Arial" w:hAnsi="Arial" w:cs="Arial"/>
          <w:sz w:val="20"/>
          <w:szCs w:val="20"/>
          <w:lang w:val="pl-PL"/>
        </w:rPr>
        <w:t>k</w:t>
      </w:r>
      <w:r w:rsidRPr="00D73412">
        <w:rPr>
          <w:rFonts w:ascii="Arial" w:hAnsi="Arial" w:cs="Arial"/>
          <w:sz w:val="20"/>
          <w:szCs w:val="20"/>
          <w:lang w:val="pl-PL"/>
        </w:rPr>
        <w:t>onsorcjum). W przypadku składania oferty przez wykonawców wspólnie ubiegających się o udzielenie zamówienia (</w:t>
      </w:r>
      <w:r w:rsidR="005A2B2F" w:rsidRPr="00D73412">
        <w:rPr>
          <w:rFonts w:ascii="Arial" w:hAnsi="Arial" w:cs="Arial"/>
          <w:sz w:val="20"/>
          <w:szCs w:val="20"/>
          <w:lang w:val="pl-PL"/>
        </w:rPr>
        <w:t>k</w:t>
      </w:r>
      <w:r w:rsidRPr="00D73412">
        <w:rPr>
          <w:rFonts w:ascii="Arial" w:hAnsi="Arial" w:cs="Arial"/>
          <w:sz w:val="20"/>
          <w:szCs w:val="20"/>
          <w:lang w:val="pl-PL"/>
        </w:rPr>
        <w:t>onsorcjum), wykonawcy będą solidarnie odpowiadali wobec Zamawiającego za zaciągnięte wobec niego zobowiązania, w tym za ewentualne szkody powstałe na skutek niewykonania lub nienależytego wykonania umowy zawartej</w:t>
      </w:r>
      <w:r w:rsidRPr="00D73412">
        <w:rPr>
          <w:rFonts w:ascii="Arial" w:hAnsi="Arial" w:cs="Arial"/>
          <w:color w:val="auto"/>
          <w:sz w:val="20"/>
          <w:szCs w:val="20"/>
          <w:lang w:val="pl-PL"/>
        </w:rPr>
        <w:t xml:space="preserve"> z Zamawiającym. W szczególności wykonawcy będą solidarnie zobowiązani do uiszczenia ewentualnych kar umownych na rzecz Zamawiającego oraz będą solidarnie zobowiązani do wykonania obowiązków wynikających z rękojmi lub gwarancji w przypadku wystąpienia wad w przedmiocie zamówienia, niezależnie od zakresu wykonanych czynności przez danego wykonawcę oraz podziału obowiązków wynikającego z umowy konsorcjum.  </w:t>
      </w:r>
    </w:p>
    <w:p w14:paraId="2A7D0EEC" w14:textId="118FAE56" w:rsidR="002D3124" w:rsidRPr="00D73412" w:rsidRDefault="002D3124"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Wszelkie zmiany w tekście oferty (przekreślenia, poprawki, dopiski) powinny być podpisane lub parafowane przez osobę/-y umocowaną/-e do reprezentowania wykonawcy zgodnie z reprezentacją wynikającą z właściwego rejestru lub na podstawie udzielonego pełnomocnictwa lub innego dokumentu potwierdzającego umocowanie do reprezentowania wykonawcy. W przeciwnym wypadku nie będą one uwzględniane. Przekreślenia, poprawki, dopiski nie mogą dotyczyć ceny oferty. </w:t>
      </w:r>
    </w:p>
    <w:p w14:paraId="44D50276" w14:textId="405894EC" w:rsidR="008C69F5" w:rsidRPr="00D73412" w:rsidRDefault="008C69F5"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W toku badania i oceny ofert Zamawiający może żądać od </w:t>
      </w:r>
      <w:r w:rsidR="005A2B2F" w:rsidRPr="00D73412">
        <w:rPr>
          <w:rFonts w:ascii="Arial" w:hAnsi="Arial" w:cs="Arial"/>
          <w:sz w:val="20"/>
          <w:szCs w:val="20"/>
          <w:lang w:val="pl-PL"/>
        </w:rPr>
        <w:t>oferentów</w:t>
      </w:r>
      <w:r w:rsidRPr="00D73412">
        <w:rPr>
          <w:rFonts w:ascii="Arial" w:hAnsi="Arial" w:cs="Arial"/>
          <w:sz w:val="20"/>
          <w:szCs w:val="20"/>
          <w:lang w:val="pl-PL"/>
        </w:rPr>
        <w:t xml:space="preserve"> wyjaśnień oraz dokumentów dotyczących treści złożonej oferty, w szczególności</w:t>
      </w:r>
      <w:r w:rsidR="005A2B2F" w:rsidRPr="00D73412">
        <w:rPr>
          <w:rFonts w:ascii="Arial" w:hAnsi="Arial" w:cs="Arial"/>
          <w:sz w:val="20"/>
          <w:szCs w:val="20"/>
          <w:lang w:val="pl-PL"/>
        </w:rPr>
        <w:t>,</w:t>
      </w:r>
      <w:r w:rsidRPr="00D73412">
        <w:rPr>
          <w:rFonts w:ascii="Arial" w:hAnsi="Arial" w:cs="Arial"/>
          <w:sz w:val="20"/>
          <w:szCs w:val="20"/>
          <w:lang w:val="pl-PL"/>
        </w:rPr>
        <w:t xml:space="preserve"> Zamawiający może żądać przesłania próbek, opisów lub fotografii dostarczanych produktów, których autentyczność musi zostać poświadczona przez wykonawcę na żądanie Zamawiającego w celu potwierdzenia, że oferowany produkt odpowiada wymaganiom określonym przez Zamawiającego w treści zapytania ofertowego. Ewentualne wezwanie wykonawcy do złożenia wyjaśnień </w:t>
      </w:r>
      <w:r w:rsidR="005A2B2F" w:rsidRPr="00D73412">
        <w:rPr>
          <w:rFonts w:ascii="Arial" w:hAnsi="Arial" w:cs="Arial"/>
          <w:sz w:val="20"/>
          <w:szCs w:val="20"/>
          <w:lang w:val="pl-PL"/>
        </w:rPr>
        <w:t xml:space="preserve">dotyczących </w:t>
      </w:r>
      <w:r w:rsidRPr="00D73412">
        <w:rPr>
          <w:rFonts w:ascii="Arial" w:hAnsi="Arial" w:cs="Arial"/>
          <w:sz w:val="20"/>
          <w:szCs w:val="20"/>
          <w:lang w:val="pl-PL"/>
        </w:rPr>
        <w:t>treści oferty będzie miało charakter fakultatywny, a ewentualne zaniechanie jego skierowania przez Zamawiającego nie będzie skutkować możliwością dochodzenia roszczeń przez potencjalnego wykonawcę z tytułu oceny oferty. Termin do złożenia ewentualnych wyjaśnień będzie każdorazowo określony w treści wezwania.</w:t>
      </w:r>
    </w:p>
    <w:p w14:paraId="3ACC3884" w14:textId="42717EED" w:rsidR="008C69F5" w:rsidRPr="00D73412" w:rsidRDefault="008C69F5"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W przypadku gdy </w:t>
      </w:r>
      <w:r w:rsidR="005A2B2F" w:rsidRPr="00D73412">
        <w:rPr>
          <w:rFonts w:ascii="Arial" w:hAnsi="Arial" w:cs="Arial"/>
          <w:sz w:val="20"/>
          <w:szCs w:val="20"/>
          <w:lang w:val="pl-PL"/>
        </w:rPr>
        <w:t>oferent,</w:t>
      </w:r>
      <w:r w:rsidRPr="00D73412">
        <w:rPr>
          <w:rFonts w:ascii="Arial" w:hAnsi="Arial" w:cs="Arial"/>
          <w:sz w:val="20"/>
          <w:szCs w:val="20"/>
          <w:lang w:val="pl-PL"/>
        </w:rPr>
        <w:t xml:space="preserve"> składając ofertę</w:t>
      </w:r>
      <w:r w:rsidR="005A2B2F" w:rsidRPr="00D73412">
        <w:rPr>
          <w:rFonts w:ascii="Arial" w:hAnsi="Arial" w:cs="Arial"/>
          <w:sz w:val="20"/>
          <w:szCs w:val="20"/>
          <w:lang w:val="pl-PL"/>
        </w:rPr>
        <w:t>,</w:t>
      </w:r>
      <w:r w:rsidRPr="00D73412">
        <w:rPr>
          <w:rFonts w:ascii="Arial" w:hAnsi="Arial" w:cs="Arial"/>
          <w:sz w:val="20"/>
          <w:szCs w:val="20"/>
          <w:lang w:val="pl-PL"/>
        </w:rPr>
        <w:t xml:space="preserve"> złoży dokumenty w języku obcym, Zamawiający ma prawo wezwać </w:t>
      </w:r>
      <w:r w:rsidR="005A2B2F" w:rsidRPr="00D73412">
        <w:rPr>
          <w:rFonts w:ascii="Arial" w:hAnsi="Arial" w:cs="Arial"/>
          <w:sz w:val="20"/>
          <w:szCs w:val="20"/>
          <w:lang w:val="pl-PL"/>
        </w:rPr>
        <w:t>oferenta</w:t>
      </w:r>
      <w:r w:rsidRPr="00D73412">
        <w:rPr>
          <w:rFonts w:ascii="Arial" w:hAnsi="Arial" w:cs="Arial"/>
          <w:sz w:val="20"/>
          <w:szCs w:val="20"/>
          <w:lang w:val="pl-PL"/>
        </w:rPr>
        <w:t xml:space="preserve"> do dostarczenia tłumaczenia tych </w:t>
      </w:r>
      <w:r w:rsidRPr="00D73412">
        <w:rPr>
          <w:rFonts w:ascii="Arial" w:hAnsi="Arial" w:cs="Arial"/>
          <w:sz w:val="20"/>
          <w:szCs w:val="20"/>
          <w:lang w:val="pl-PL"/>
        </w:rPr>
        <w:lastRenderedPageBreak/>
        <w:t xml:space="preserve">dokumentów na język polski. Tłumaczenie </w:t>
      </w:r>
      <w:r w:rsidR="005A2B2F" w:rsidRPr="00D73412">
        <w:rPr>
          <w:rFonts w:ascii="Arial" w:hAnsi="Arial" w:cs="Arial"/>
          <w:sz w:val="20"/>
          <w:szCs w:val="20"/>
          <w:lang w:val="pl-PL"/>
        </w:rPr>
        <w:t xml:space="preserve">nie </w:t>
      </w:r>
      <w:r w:rsidRPr="00D73412">
        <w:rPr>
          <w:rFonts w:ascii="Arial" w:hAnsi="Arial" w:cs="Arial"/>
          <w:sz w:val="20"/>
          <w:szCs w:val="20"/>
          <w:lang w:val="pl-PL"/>
        </w:rPr>
        <w:t xml:space="preserve">wymaga korzystania z tłumacza przysięgłego. </w:t>
      </w:r>
    </w:p>
    <w:p w14:paraId="3138AB53" w14:textId="03AA5279" w:rsidR="007D0126" w:rsidRPr="00D73412" w:rsidRDefault="007D0126"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Zamawiający dopuszcza możliwość powierzenia wykonania części zamówienia podwykonawcy</w:t>
      </w:r>
      <w:r w:rsidR="0024155E" w:rsidRPr="00D73412">
        <w:rPr>
          <w:rFonts w:ascii="Arial" w:hAnsi="Arial" w:cs="Arial"/>
          <w:sz w:val="20"/>
          <w:szCs w:val="20"/>
          <w:lang w:val="pl-PL"/>
        </w:rPr>
        <w:t>/podwykonawcom</w:t>
      </w:r>
      <w:r w:rsidRPr="00D73412">
        <w:rPr>
          <w:rFonts w:ascii="Arial" w:hAnsi="Arial" w:cs="Arial"/>
          <w:sz w:val="20"/>
          <w:szCs w:val="20"/>
          <w:lang w:val="pl-PL"/>
        </w:rPr>
        <w:t xml:space="preserve">. </w:t>
      </w:r>
    </w:p>
    <w:p w14:paraId="47A0FD04" w14:textId="42302F32" w:rsidR="008C69F5" w:rsidRPr="00D73412" w:rsidRDefault="008C69F5"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W trakcie postępowania Zamawiający zastrzega sobie prawo do kontaktowania się z </w:t>
      </w:r>
      <w:r w:rsidR="00497099" w:rsidRPr="00D73412">
        <w:rPr>
          <w:rFonts w:ascii="Arial" w:hAnsi="Arial" w:cs="Arial"/>
          <w:sz w:val="20"/>
          <w:szCs w:val="20"/>
          <w:lang w:val="pl-PL"/>
        </w:rPr>
        <w:t>oferentem</w:t>
      </w:r>
      <w:r w:rsidRPr="00D73412">
        <w:rPr>
          <w:rFonts w:ascii="Arial" w:hAnsi="Arial" w:cs="Arial"/>
          <w:sz w:val="20"/>
          <w:szCs w:val="20"/>
          <w:lang w:val="pl-PL"/>
        </w:rPr>
        <w:t xml:space="preserve"> </w:t>
      </w:r>
      <w:r w:rsidRPr="00D420A5">
        <w:rPr>
          <w:rFonts w:ascii="Arial" w:hAnsi="Arial" w:cs="Arial"/>
          <w:sz w:val="20"/>
          <w:szCs w:val="20"/>
          <w:lang w:val="pl-PL"/>
        </w:rPr>
        <w:t>drogą mailową</w:t>
      </w:r>
      <w:r w:rsidR="00497099" w:rsidRPr="00D420A5">
        <w:rPr>
          <w:rFonts w:ascii="Arial" w:hAnsi="Arial" w:cs="Arial"/>
          <w:sz w:val="20"/>
          <w:szCs w:val="20"/>
          <w:lang w:val="pl-PL"/>
        </w:rPr>
        <w:t xml:space="preserve"> lub </w:t>
      </w:r>
      <w:r w:rsidR="00830B7D" w:rsidRPr="00D420A5">
        <w:rPr>
          <w:rFonts w:ascii="Arial" w:hAnsi="Arial" w:cs="Arial"/>
          <w:sz w:val="20"/>
          <w:szCs w:val="20"/>
          <w:lang w:val="pl-PL"/>
        </w:rPr>
        <w:t>poprzez Bazę konkurencyjności</w:t>
      </w:r>
      <w:r w:rsidRPr="00D73412">
        <w:rPr>
          <w:rFonts w:ascii="Arial" w:hAnsi="Arial" w:cs="Arial"/>
          <w:sz w:val="20"/>
          <w:szCs w:val="20"/>
          <w:lang w:val="pl-PL"/>
        </w:rPr>
        <w:t xml:space="preserve">. </w:t>
      </w:r>
    </w:p>
    <w:p w14:paraId="06174CDC" w14:textId="4B286074" w:rsidR="008C69F5" w:rsidRPr="00D73412" w:rsidRDefault="00497099"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Oferent</w:t>
      </w:r>
      <w:r w:rsidR="008C69F5" w:rsidRPr="00D73412">
        <w:rPr>
          <w:rFonts w:ascii="Arial" w:hAnsi="Arial" w:cs="Arial"/>
          <w:sz w:val="20"/>
          <w:szCs w:val="20"/>
          <w:lang w:val="pl-PL"/>
        </w:rPr>
        <w:t xml:space="preserve"> może wycofać ofertę za pomocą pisemnego powiadomienia Zamawiającego, przed upływem terminu składania ofert. </w:t>
      </w:r>
      <w:r w:rsidR="006C23EE" w:rsidRPr="00D73412">
        <w:rPr>
          <w:rFonts w:ascii="Arial" w:hAnsi="Arial" w:cs="Arial"/>
          <w:sz w:val="20"/>
          <w:szCs w:val="20"/>
          <w:lang w:val="pl-PL"/>
        </w:rPr>
        <w:t xml:space="preserve">Wycofania należy dokonać poprzez </w:t>
      </w:r>
      <w:r w:rsidR="002703E3" w:rsidRPr="00D73412">
        <w:rPr>
          <w:rFonts w:ascii="Arial" w:hAnsi="Arial" w:cs="Arial"/>
          <w:sz w:val="20"/>
          <w:szCs w:val="20"/>
          <w:lang w:val="pl-PL"/>
        </w:rPr>
        <w:t>B</w:t>
      </w:r>
      <w:r w:rsidR="006C23EE" w:rsidRPr="00D73412">
        <w:rPr>
          <w:rFonts w:ascii="Arial" w:hAnsi="Arial" w:cs="Arial"/>
          <w:sz w:val="20"/>
          <w:szCs w:val="20"/>
          <w:lang w:val="pl-PL"/>
        </w:rPr>
        <w:t xml:space="preserve">azę </w:t>
      </w:r>
      <w:r w:rsidR="002703E3" w:rsidRPr="00D73412">
        <w:rPr>
          <w:rFonts w:ascii="Arial" w:hAnsi="Arial" w:cs="Arial"/>
          <w:sz w:val="20"/>
          <w:szCs w:val="20"/>
          <w:lang w:val="pl-PL"/>
        </w:rPr>
        <w:t>K</w:t>
      </w:r>
      <w:r w:rsidR="006C23EE" w:rsidRPr="00D73412">
        <w:rPr>
          <w:rFonts w:ascii="Arial" w:hAnsi="Arial" w:cs="Arial"/>
          <w:sz w:val="20"/>
          <w:szCs w:val="20"/>
          <w:lang w:val="pl-PL"/>
        </w:rPr>
        <w:t>onkurencyjności.</w:t>
      </w:r>
    </w:p>
    <w:p w14:paraId="3315B2A2" w14:textId="27ED9FCC" w:rsidR="006C23EE" w:rsidRPr="00D73412" w:rsidRDefault="006C23EE"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 xml:space="preserve">Oferta złożona w toku zapytania ofertowego przestaje wiązać, gdy została wybrana inna oferta albo gdy </w:t>
      </w:r>
      <w:r w:rsidR="003444F7">
        <w:rPr>
          <w:rFonts w:ascii="Arial" w:hAnsi="Arial" w:cs="Arial"/>
          <w:color w:val="auto"/>
          <w:sz w:val="20"/>
          <w:szCs w:val="20"/>
          <w:lang w:val="pl-PL"/>
        </w:rPr>
        <w:t>Z</w:t>
      </w:r>
      <w:r w:rsidR="003444F7" w:rsidRPr="00D73412">
        <w:rPr>
          <w:rFonts w:ascii="Arial" w:hAnsi="Arial" w:cs="Arial"/>
          <w:color w:val="auto"/>
          <w:sz w:val="20"/>
          <w:szCs w:val="20"/>
          <w:lang w:val="pl-PL"/>
        </w:rPr>
        <w:t xml:space="preserve">apytanie </w:t>
      </w:r>
      <w:r w:rsidRPr="00D73412">
        <w:rPr>
          <w:rFonts w:ascii="Arial" w:hAnsi="Arial" w:cs="Arial"/>
          <w:color w:val="auto"/>
          <w:sz w:val="20"/>
          <w:szCs w:val="20"/>
          <w:lang w:val="pl-PL"/>
        </w:rPr>
        <w:t xml:space="preserve">ofertowe zostało zamknięte bez wybrania którejkolwiek z ofert lub postępowanie zostało odwołane, unieważnione, chyba że w warunkach </w:t>
      </w:r>
      <w:r w:rsidR="003444F7">
        <w:rPr>
          <w:rFonts w:ascii="Arial" w:hAnsi="Arial" w:cs="Arial"/>
          <w:color w:val="auto"/>
          <w:sz w:val="20"/>
          <w:szCs w:val="20"/>
          <w:lang w:val="pl-PL"/>
        </w:rPr>
        <w:t>Z</w:t>
      </w:r>
      <w:r w:rsidR="003444F7" w:rsidRPr="00D73412">
        <w:rPr>
          <w:rFonts w:ascii="Arial" w:hAnsi="Arial" w:cs="Arial"/>
          <w:color w:val="auto"/>
          <w:sz w:val="20"/>
          <w:szCs w:val="20"/>
          <w:lang w:val="pl-PL"/>
        </w:rPr>
        <w:t xml:space="preserve">apytania </w:t>
      </w:r>
      <w:r w:rsidRPr="00D73412">
        <w:rPr>
          <w:rFonts w:ascii="Arial" w:hAnsi="Arial" w:cs="Arial"/>
          <w:color w:val="auto"/>
          <w:sz w:val="20"/>
          <w:szCs w:val="20"/>
          <w:lang w:val="pl-PL"/>
        </w:rPr>
        <w:t xml:space="preserve">ofertowego zastrzeżono inaczej. </w:t>
      </w:r>
    </w:p>
    <w:p w14:paraId="6272AC7E" w14:textId="17008FC3" w:rsidR="006C23EE" w:rsidRPr="00D73412" w:rsidRDefault="006C23EE"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Jeżeli wykonawca, którego oferta zostanie wybrana, będzie uchylał się od zawarcia umowy, nie wniesie wymaganego zabezpieczenia należytego wykonania umowy, nie zawarł i nie przedłożył Zamawiającemu wymaganego ubezpieczenia od odpowiedzialności cywilnej w zakresie prowadzonej działalności gospodarczej, lub odstąpi od zawarcia umowy z Zamawiającym,</w:t>
      </w:r>
      <w:r w:rsidR="00497099" w:rsidRPr="00D73412">
        <w:rPr>
          <w:rFonts w:ascii="Arial" w:hAnsi="Arial" w:cs="Arial"/>
          <w:color w:val="auto"/>
          <w:sz w:val="20"/>
          <w:szCs w:val="20"/>
          <w:lang w:val="pl-PL"/>
        </w:rPr>
        <w:t xml:space="preserve"> lub od umowy odstąpi Zamawiający z przyczyn leżących po stronie wykonawcy lub okres związania umowy ulegnie zakończeniu wskutek innych zdarzeń leżących po stronie wykonawcy (niezależnie od etapu realizacji umowy),</w:t>
      </w:r>
      <w:r w:rsidRPr="00D73412">
        <w:rPr>
          <w:rFonts w:ascii="Arial" w:hAnsi="Arial" w:cs="Arial"/>
          <w:color w:val="auto"/>
          <w:sz w:val="20"/>
          <w:szCs w:val="20"/>
          <w:lang w:val="pl-PL"/>
        </w:rPr>
        <w:t xml:space="preserve"> Zamawiający wybiera ofertę najkorzystniejszą spośród pozostałych ofert bez przeprowadzania ich ponownego badania i oceny, chyba że zachodzą przesłanki unieważnienia postępowania. </w:t>
      </w:r>
    </w:p>
    <w:p w14:paraId="0983D15A" w14:textId="1947C213" w:rsidR="00C35AAF" w:rsidRPr="00D73412" w:rsidRDefault="00C35AAF" w:rsidP="00164E3A">
      <w:pPr>
        <w:pStyle w:val="Akapitzlist"/>
        <w:numPr>
          <w:ilvl w:val="1"/>
          <w:numId w:val="17"/>
        </w:numPr>
        <w:spacing w:after="160" w:line="259" w:lineRule="auto"/>
        <w:ind w:left="1134"/>
        <w:jc w:val="both"/>
        <w:rPr>
          <w:rFonts w:ascii="Arial" w:hAnsi="Arial" w:cs="Arial"/>
          <w:color w:val="000000" w:themeColor="text1"/>
          <w:sz w:val="20"/>
          <w:szCs w:val="20"/>
          <w:lang w:val="pl-PL"/>
        </w:rPr>
      </w:pPr>
      <w:r w:rsidRPr="00D73412">
        <w:rPr>
          <w:rFonts w:ascii="Arial" w:hAnsi="Arial" w:cs="Arial"/>
          <w:color w:val="000000" w:themeColor="text1"/>
          <w:sz w:val="20"/>
          <w:szCs w:val="20"/>
          <w:lang w:val="pl-PL"/>
        </w:rPr>
        <w:t xml:space="preserve">Oferenci są zobowiązani do dokładnego zapoznania się z informacjami zawartymi w zapytaniu ofertowym </w:t>
      </w:r>
      <w:r w:rsidR="00497099" w:rsidRPr="00D73412">
        <w:rPr>
          <w:rFonts w:ascii="Arial" w:hAnsi="Arial" w:cs="Arial"/>
          <w:color w:val="000000" w:themeColor="text1"/>
          <w:sz w:val="20"/>
          <w:szCs w:val="20"/>
          <w:lang w:val="pl-PL"/>
        </w:rPr>
        <w:t xml:space="preserve">(przez co należy rozumieć także wszystkie załączniki, w tym także załączniki do umowy EPC) </w:t>
      </w:r>
      <w:r w:rsidRPr="00D73412">
        <w:rPr>
          <w:rFonts w:ascii="Arial" w:hAnsi="Arial" w:cs="Arial"/>
          <w:color w:val="000000" w:themeColor="text1"/>
          <w:sz w:val="20"/>
          <w:szCs w:val="20"/>
          <w:lang w:val="pl-PL"/>
        </w:rPr>
        <w:t xml:space="preserve">oraz z ewentualnymi zmianami w treści zapytania, wyjaśnieniami i odpowiedziami opublikowanymi przez Zamawiającego w trakcie trwania procedury i przygotowania oferty zgodnie z wymaganiami określonymi przez Zamawiającego. </w:t>
      </w:r>
    </w:p>
    <w:p w14:paraId="1B863758" w14:textId="6B9091F3" w:rsidR="006C23EE" w:rsidRPr="00D73412" w:rsidRDefault="006C23EE" w:rsidP="00164E3A">
      <w:pPr>
        <w:pStyle w:val="Akapitzlist"/>
        <w:numPr>
          <w:ilvl w:val="1"/>
          <w:numId w:val="17"/>
        </w:numPr>
        <w:spacing w:after="160" w:line="259" w:lineRule="auto"/>
        <w:ind w:left="1134"/>
        <w:jc w:val="both"/>
        <w:rPr>
          <w:rFonts w:ascii="Arial" w:hAnsi="Arial" w:cs="Arial"/>
          <w:color w:val="000000" w:themeColor="text1"/>
          <w:sz w:val="20"/>
          <w:szCs w:val="20"/>
          <w:lang w:val="pl-PL"/>
        </w:rPr>
      </w:pPr>
      <w:r w:rsidRPr="00D73412">
        <w:rPr>
          <w:rFonts w:ascii="Arial" w:hAnsi="Arial" w:cs="Arial"/>
          <w:color w:val="000000" w:themeColor="text1"/>
          <w:sz w:val="20"/>
          <w:szCs w:val="20"/>
          <w:lang w:val="pl-PL"/>
        </w:rPr>
        <w:t xml:space="preserve">Od rozstrzygnięcia </w:t>
      </w:r>
      <w:r w:rsidR="00A663B4">
        <w:rPr>
          <w:rFonts w:ascii="Arial" w:hAnsi="Arial" w:cs="Arial"/>
          <w:color w:val="000000" w:themeColor="text1"/>
          <w:sz w:val="20"/>
          <w:szCs w:val="20"/>
          <w:lang w:val="pl-PL"/>
        </w:rPr>
        <w:t>w</w:t>
      </w:r>
      <w:r w:rsidRPr="00D73412">
        <w:rPr>
          <w:rFonts w:ascii="Arial" w:hAnsi="Arial" w:cs="Arial"/>
          <w:color w:val="000000" w:themeColor="text1"/>
          <w:sz w:val="20"/>
          <w:szCs w:val="20"/>
          <w:lang w:val="pl-PL"/>
        </w:rPr>
        <w:t xml:space="preserve"> </w:t>
      </w:r>
      <w:r w:rsidR="00A663B4">
        <w:rPr>
          <w:rFonts w:ascii="Arial" w:hAnsi="Arial" w:cs="Arial"/>
          <w:color w:val="000000" w:themeColor="text1"/>
          <w:sz w:val="20"/>
          <w:szCs w:val="20"/>
          <w:lang w:val="pl-PL"/>
        </w:rPr>
        <w:t>niniejszym postępowaniu</w:t>
      </w:r>
      <w:r w:rsidRPr="00D73412">
        <w:rPr>
          <w:rFonts w:ascii="Arial" w:hAnsi="Arial" w:cs="Arial"/>
          <w:color w:val="000000" w:themeColor="text1"/>
          <w:sz w:val="20"/>
          <w:szCs w:val="20"/>
          <w:lang w:val="pl-PL"/>
        </w:rPr>
        <w:t xml:space="preserve"> nie przysługuje możliwość odwołania. </w:t>
      </w:r>
    </w:p>
    <w:p w14:paraId="2F53C92A" w14:textId="6DC60537" w:rsidR="00D9208B" w:rsidRDefault="00D9208B" w:rsidP="008618F3">
      <w:pPr>
        <w:pStyle w:val="Akapitzlist"/>
        <w:numPr>
          <w:ilvl w:val="1"/>
          <w:numId w:val="17"/>
        </w:numPr>
        <w:spacing w:after="160" w:line="259" w:lineRule="auto"/>
        <w:ind w:left="1134"/>
        <w:jc w:val="both"/>
        <w:rPr>
          <w:rFonts w:ascii="Arial" w:hAnsi="Arial" w:cs="Arial"/>
          <w:color w:val="000000" w:themeColor="text1"/>
          <w:sz w:val="20"/>
          <w:szCs w:val="20"/>
          <w:lang w:val="pl-PL"/>
        </w:rPr>
      </w:pPr>
      <w:r w:rsidRPr="008618F3">
        <w:rPr>
          <w:rFonts w:ascii="Arial" w:hAnsi="Arial" w:cs="Arial"/>
          <w:color w:val="000000" w:themeColor="text1"/>
          <w:sz w:val="20"/>
          <w:szCs w:val="20"/>
          <w:lang w:val="pl-PL"/>
        </w:rPr>
        <w:t>Oferta powinna być podpisana kwalifikowanym podpisem elektronicznym</w:t>
      </w:r>
      <w:r w:rsidR="00A663B4">
        <w:rPr>
          <w:rFonts w:ascii="Arial" w:hAnsi="Arial" w:cs="Arial"/>
          <w:color w:val="000000" w:themeColor="text1"/>
          <w:sz w:val="20"/>
          <w:szCs w:val="20"/>
          <w:lang w:val="pl-PL"/>
        </w:rPr>
        <w:t>,</w:t>
      </w:r>
      <w:r w:rsidRPr="008618F3">
        <w:rPr>
          <w:rFonts w:ascii="Arial" w:hAnsi="Arial" w:cs="Arial"/>
          <w:color w:val="000000" w:themeColor="text1"/>
          <w:sz w:val="20"/>
          <w:szCs w:val="20"/>
          <w:lang w:val="pl-PL"/>
        </w:rPr>
        <w:t xml:space="preserve"> podpisem zaufanym</w:t>
      </w:r>
      <w:r w:rsidR="008618F3">
        <w:rPr>
          <w:rFonts w:ascii="Arial" w:hAnsi="Arial" w:cs="Arial"/>
          <w:color w:val="000000" w:themeColor="text1"/>
          <w:sz w:val="20"/>
          <w:szCs w:val="20"/>
          <w:lang w:val="pl-PL"/>
        </w:rPr>
        <w:t xml:space="preserve"> (profil zaufany ePUAP)</w:t>
      </w:r>
      <w:r w:rsidRPr="008618F3">
        <w:rPr>
          <w:rFonts w:ascii="Arial" w:hAnsi="Arial" w:cs="Arial"/>
          <w:color w:val="000000" w:themeColor="text1"/>
          <w:sz w:val="20"/>
          <w:szCs w:val="20"/>
          <w:lang w:val="pl-PL"/>
        </w:rPr>
        <w:t xml:space="preserve"> lub podpisem osobistym</w:t>
      </w:r>
      <w:r w:rsidR="008618F3">
        <w:rPr>
          <w:rFonts w:ascii="Arial" w:hAnsi="Arial" w:cs="Arial"/>
          <w:color w:val="000000" w:themeColor="text1"/>
          <w:sz w:val="20"/>
          <w:szCs w:val="20"/>
          <w:lang w:val="pl-PL"/>
        </w:rPr>
        <w:t xml:space="preserve"> (skany)</w:t>
      </w:r>
      <w:r w:rsidRPr="008618F3">
        <w:rPr>
          <w:rFonts w:ascii="Arial" w:hAnsi="Arial" w:cs="Arial"/>
          <w:color w:val="000000" w:themeColor="text1"/>
          <w:sz w:val="20"/>
          <w:szCs w:val="20"/>
          <w:lang w:val="pl-PL"/>
        </w:rPr>
        <w:t xml:space="preserve"> przez osobę/y uprawnioną/e</w:t>
      </w:r>
      <w:r w:rsidR="00A663B4">
        <w:rPr>
          <w:rFonts w:ascii="Arial" w:hAnsi="Arial" w:cs="Arial"/>
          <w:color w:val="000000" w:themeColor="text1"/>
          <w:sz w:val="20"/>
          <w:szCs w:val="20"/>
          <w:lang w:val="pl-PL"/>
        </w:rPr>
        <w:t>,</w:t>
      </w:r>
      <w:r w:rsidRPr="008618F3">
        <w:rPr>
          <w:rFonts w:ascii="Arial" w:hAnsi="Arial" w:cs="Arial"/>
          <w:color w:val="000000" w:themeColor="text1"/>
          <w:sz w:val="20"/>
          <w:szCs w:val="20"/>
          <w:lang w:val="pl-PL"/>
        </w:rPr>
        <w:t xml:space="preserve"> pod rygorem </w:t>
      </w:r>
      <w:r w:rsidR="008618F3">
        <w:rPr>
          <w:rFonts w:ascii="Arial" w:hAnsi="Arial" w:cs="Arial"/>
          <w:color w:val="000000" w:themeColor="text1"/>
          <w:sz w:val="20"/>
          <w:szCs w:val="20"/>
          <w:lang w:val="pl-PL"/>
        </w:rPr>
        <w:t>odrzucenia oferty</w:t>
      </w:r>
      <w:r w:rsidR="006518A9">
        <w:rPr>
          <w:rFonts w:ascii="Arial" w:hAnsi="Arial" w:cs="Arial"/>
          <w:color w:val="000000" w:themeColor="text1"/>
          <w:sz w:val="20"/>
          <w:szCs w:val="20"/>
          <w:lang w:val="pl-PL"/>
        </w:rPr>
        <w:t xml:space="preserve">. Należy załączyć </w:t>
      </w:r>
      <w:r w:rsidR="00370287">
        <w:rPr>
          <w:rFonts w:ascii="Arial" w:hAnsi="Arial" w:cs="Arial"/>
          <w:color w:val="000000" w:themeColor="text1"/>
          <w:sz w:val="20"/>
          <w:szCs w:val="20"/>
          <w:lang w:val="pl-PL"/>
        </w:rPr>
        <w:t>dokument</w:t>
      </w:r>
      <w:r w:rsidR="004A4D42">
        <w:rPr>
          <w:rFonts w:ascii="Arial" w:hAnsi="Arial" w:cs="Arial"/>
          <w:color w:val="000000" w:themeColor="text1"/>
          <w:sz w:val="20"/>
          <w:szCs w:val="20"/>
          <w:lang w:val="pl-PL"/>
        </w:rPr>
        <w:t>(y)</w:t>
      </w:r>
      <w:r w:rsidR="00370287">
        <w:rPr>
          <w:rFonts w:ascii="Arial" w:hAnsi="Arial" w:cs="Arial"/>
          <w:color w:val="000000" w:themeColor="text1"/>
          <w:sz w:val="20"/>
          <w:szCs w:val="20"/>
          <w:lang w:val="pl-PL"/>
        </w:rPr>
        <w:t>, z którego</w:t>
      </w:r>
      <w:r w:rsidR="00A663B4">
        <w:rPr>
          <w:rFonts w:ascii="Arial" w:hAnsi="Arial" w:cs="Arial"/>
          <w:color w:val="000000" w:themeColor="text1"/>
          <w:sz w:val="20"/>
          <w:szCs w:val="20"/>
          <w:lang w:val="pl-PL"/>
        </w:rPr>
        <w:t>(ich)</w:t>
      </w:r>
      <w:r w:rsidR="00370287">
        <w:rPr>
          <w:rFonts w:ascii="Arial" w:hAnsi="Arial" w:cs="Arial"/>
          <w:color w:val="000000" w:themeColor="text1"/>
          <w:sz w:val="20"/>
          <w:szCs w:val="20"/>
          <w:lang w:val="pl-PL"/>
        </w:rPr>
        <w:t xml:space="preserve"> wynika umocowanie </w:t>
      </w:r>
      <w:r w:rsidR="00A663B4">
        <w:rPr>
          <w:rFonts w:ascii="Arial" w:hAnsi="Arial" w:cs="Arial"/>
          <w:color w:val="000000" w:themeColor="text1"/>
          <w:sz w:val="20"/>
          <w:szCs w:val="20"/>
          <w:lang w:val="pl-PL"/>
        </w:rPr>
        <w:t>osoby</w:t>
      </w:r>
      <w:r w:rsidR="00370287">
        <w:rPr>
          <w:rFonts w:ascii="Arial" w:hAnsi="Arial" w:cs="Arial"/>
          <w:color w:val="000000" w:themeColor="text1"/>
          <w:sz w:val="20"/>
          <w:szCs w:val="20"/>
          <w:lang w:val="pl-PL"/>
        </w:rPr>
        <w:t xml:space="preserve"> </w:t>
      </w:r>
      <w:r w:rsidR="00A663B4">
        <w:rPr>
          <w:rFonts w:ascii="Arial" w:hAnsi="Arial" w:cs="Arial"/>
          <w:color w:val="000000" w:themeColor="text1"/>
          <w:sz w:val="20"/>
          <w:szCs w:val="20"/>
          <w:lang w:val="pl-PL"/>
        </w:rPr>
        <w:t>podpisującej</w:t>
      </w:r>
      <w:r w:rsidR="00370287">
        <w:rPr>
          <w:rFonts w:ascii="Arial" w:hAnsi="Arial" w:cs="Arial"/>
          <w:color w:val="000000" w:themeColor="text1"/>
          <w:sz w:val="20"/>
          <w:szCs w:val="20"/>
          <w:lang w:val="pl-PL"/>
        </w:rPr>
        <w:t xml:space="preserve"> ofer</w:t>
      </w:r>
      <w:r w:rsidR="00A663B4">
        <w:rPr>
          <w:rFonts w:ascii="Arial" w:hAnsi="Arial" w:cs="Arial"/>
          <w:color w:val="000000" w:themeColor="text1"/>
          <w:sz w:val="20"/>
          <w:szCs w:val="20"/>
          <w:lang w:val="pl-PL"/>
        </w:rPr>
        <w:t>tę</w:t>
      </w:r>
      <w:r w:rsidR="00370287">
        <w:rPr>
          <w:rFonts w:ascii="Arial" w:hAnsi="Arial" w:cs="Arial"/>
          <w:color w:val="000000" w:themeColor="text1"/>
          <w:sz w:val="20"/>
          <w:szCs w:val="20"/>
          <w:lang w:val="pl-PL"/>
        </w:rPr>
        <w:t xml:space="preserve"> </w:t>
      </w:r>
      <w:r w:rsidR="00A663B4">
        <w:rPr>
          <w:rFonts w:ascii="Arial" w:hAnsi="Arial" w:cs="Arial"/>
          <w:color w:val="000000" w:themeColor="text1"/>
          <w:sz w:val="20"/>
          <w:szCs w:val="20"/>
          <w:lang w:val="pl-PL"/>
        </w:rPr>
        <w:t>do</w:t>
      </w:r>
      <w:r w:rsidR="00370287">
        <w:rPr>
          <w:rFonts w:ascii="Arial" w:hAnsi="Arial" w:cs="Arial"/>
          <w:color w:val="000000" w:themeColor="text1"/>
          <w:sz w:val="20"/>
          <w:szCs w:val="20"/>
          <w:lang w:val="pl-PL"/>
        </w:rPr>
        <w:t xml:space="preserve"> </w:t>
      </w:r>
      <w:r w:rsidR="00A663B4">
        <w:rPr>
          <w:rFonts w:ascii="Arial" w:hAnsi="Arial" w:cs="Arial"/>
          <w:color w:val="000000" w:themeColor="text1"/>
          <w:sz w:val="20"/>
          <w:szCs w:val="20"/>
          <w:lang w:val="pl-PL"/>
        </w:rPr>
        <w:t>reprezentowania</w:t>
      </w:r>
      <w:r w:rsidR="00370287">
        <w:rPr>
          <w:rFonts w:ascii="Arial" w:hAnsi="Arial" w:cs="Arial"/>
          <w:color w:val="000000" w:themeColor="text1"/>
          <w:sz w:val="20"/>
          <w:szCs w:val="20"/>
          <w:lang w:val="pl-PL"/>
        </w:rPr>
        <w:t xml:space="preserve"> ofer</w:t>
      </w:r>
      <w:r w:rsidR="00A663B4">
        <w:rPr>
          <w:rFonts w:ascii="Arial" w:hAnsi="Arial" w:cs="Arial"/>
          <w:color w:val="000000" w:themeColor="text1"/>
          <w:sz w:val="20"/>
          <w:szCs w:val="20"/>
          <w:lang w:val="pl-PL"/>
        </w:rPr>
        <w:t>enta</w:t>
      </w:r>
      <w:r w:rsidR="00370287">
        <w:rPr>
          <w:rFonts w:ascii="Arial" w:hAnsi="Arial" w:cs="Arial"/>
          <w:color w:val="000000" w:themeColor="text1"/>
          <w:sz w:val="20"/>
          <w:szCs w:val="20"/>
          <w:lang w:val="pl-PL"/>
        </w:rPr>
        <w:t>. Jeśli umocowanie wynika z pełno</w:t>
      </w:r>
      <w:r w:rsidR="00A663B4">
        <w:rPr>
          <w:rFonts w:ascii="Arial" w:hAnsi="Arial" w:cs="Arial"/>
          <w:color w:val="000000" w:themeColor="text1"/>
          <w:sz w:val="20"/>
          <w:szCs w:val="20"/>
          <w:lang w:val="pl-PL"/>
        </w:rPr>
        <w:t>mocnictwa,</w:t>
      </w:r>
      <w:r w:rsidR="00370287">
        <w:rPr>
          <w:rFonts w:ascii="Arial" w:hAnsi="Arial" w:cs="Arial"/>
          <w:color w:val="000000" w:themeColor="text1"/>
          <w:sz w:val="20"/>
          <w:szCs w:val="20"/>
          <w:lang w:val="pl-PL"/>
        </w:rPr>
        <w:t xml:space="preserve"> należy wykazać umocowanie </w:t>
      </w:r>
      <w:r w:rsidR="00A663B4">
        <w:rPr>
          <w:rFonts w:ascii="Arial" w:hAnsi="Arial" w:cs="Arial"/>
          <w:color w:val="000000" w:themeColor="text1"/>
          <w:sz w:val="20"/>
          <w:szCs w:val="20"/>
          <w:lang w:val="pl-PL"/>
        </w:rPr>
        <w:t xml:space="preserve">osób podpisujących pełnomocnictwo. </w:t>
      </w:r>
    </w:p>
    <w:p w14:paraId="7D01562C" w14:textId="51BBDE81" w:rsidR="006C23EE" w:rsidRPr="00D73412" w:rsidRDefault="006C23EE" w:rsidP="00164E3A">
      <w:pPr>
        <w:pStyle w:val="Akapitzlist"/>
        <w:numPr>
          <w:ilvl w:val="1"/>
          <w:numId w:val="17"/>
        </w:numPr>
        <w:spacing w:after="160" w:line="256" w:lineRule="auto"/>
        <w:ind w:left="1134"/>
        <w:jc w:val="both"/>
        <w:rPr>
          <w:rFonts w:ascii="Arial" w:hAnsi="Arial" w:cs="Arial"/>
          <w:color w:val="000000" w:themeColor="text1"/>
          <w:sz w:val="20"/>
          <w:szCs w:val="20"/>
          <w:lang w:val="pl-PL"/>
        </w:rPr>
      </w:pPr>
      <w:r w:rsidRPr="00D73412">
        <w:rPr>
          <w:rFonts w:ascii="Arial" w:hAnsi="Arial" w:cs="Arial"/>
          <w:color w:val="000000" w:themeColor="text1"/>
          <w:sz w:val="20"/>
          <w:szCs w:val="20"/>
          <w:lang w:val="pl-PL"/>
        </w:rPr>
        <w:t>W sprawach nieuregulowanych w niniejszym ogłoszeniu stosuje się kodeks cywilny</w:t>
      </w:r>
      <w:r w:rsidR="00497099" w:rsidRPr="00D73412">
        <w:rPr>
          <w:rFonts w:ascii="Arial" w:hAnsi="Arial" w:cs="Arial"/>
          <w:color w:val="000000" w:themeColor="text1"/>
          <w:sz w:val="20"/>
          <w:szCs w:val="20"/>
          <w:lang w:val="pl-PL"/>
        </w:rPr>
        <w:t>.</w:t>
      </w:r>
    </w:p>
    <w:p w14:paraId="66E7CF11" w14:textId="6DBF0C47" w:rsidR="000C631A" w:rsidRPr="00D73412" w:rsidRDefault="000C631A" w:rsidP="00164E3A">
      <w:pPr>
        <w:pStyle w:val="Nagwek1"/>
        <w:numPr>
          <w:ilvl w:val="0"/>
          <w:numId w:val="17"/>
        </w:numPr>
        <w:spacing w:line="360" w:lineRule="auto"/>
        <w:ind w:left="426" w:hanging="426"/>
        <w:rPr>
          <w:rFonts w:ascii="Arial" w:hAnsi="Arial" w:cs="Arial"/>
          <w:sz w:val="20"/>
          <w:szCs w:val="20"/>
          <w:lang w:val="pl-PL"/>
        </w:rPr>
      </w:pPr>
      <w:r w:rsidRPr="00D73412">
        <w:rPr>
          <w:rFonts w:ascii="Arial" w:hAnsi="Arial" w:cs="Arial"/>
          <w:sz w:val="20"/>
          <w:szCs w:val="20"/>
          <w:lang w:val="pl-PL"/>
        </w:rPr>
        <w:t>UPRAWNIENIA ZAMAWIAJĄCEGO</w:t>
      </w:r>
    </w:p>
    <w:p w14:paraId="50B3CE21" w14:textId="77777777" w:rsidR="000C631A" w:rsidRPr="00D73412" w:rsidRDefault="000C631A" w:rsidP="00164E3A">
      <w:pPr>
        <w:pStyle w:val="Akapitzlist"/>
        <w:numPr>
          <w:ilvl w:val="1"/>
          <w:numId w:val="17"/>
        </w:numPr>
        <w:spacing w:after="160" w:line="259" w:lineRule="auto"/>
        <w:ind w:left="1134"/>
        <w:jc w:val="both"/>
        <w:rPr>
          <w:rFonts w:ascii="Arial" w:hAnsi="Arial" w:cs="Arial"/>
          <w:color w:val="000000" w:themeColor="text1"/>
          <w:sz w:val="20"/>
          <w:szCs w:val="20"/>
          <w:lang w:val="pl-PL"/>
        </w:rPr>
      </w:pPr>
      <w:r w:rsidRPr="00D73412">
        <w:rPr>
          <w:rFonts w:ascii="Arial" w:hAnsi="Arial" w:cs="Arial"/>
          <w:color w:val="000000" w:themeColor="text1"/>
          <w:sz w:val="20"/>
          <w:szCs w:val="20"/>
          <w:lang w:val="pl-PL"/>
        </w:rPr>
        <w:t>Zamawiający zastrzega sobie możliwość zmiany lub uzupełnienia treści zapytania ofertowego lub załączników przed upływem terminu na składanie ofert. Informacja o wprowadzeniu zmiany lub uzupełnieniu treści zapytania ofertowego zostanie opublikowana w miejscach publikacji zapytania. Jeżeli wprowadzone zmiany lub uzupełnienia treści zapytania ofertowego będą wymagały zmiany treści ofert, Zamawiający przedłuży termin składania ofert o czas potrzebny na dokonanie zmian w ofercie.</w:t>
      </w:r>
    </w:p>
    <w:p w14:paraId="1CF7A1D4" w14:textId="598F2DCA" w:rsidR="000C631A" w:rsidRPr="00D73412" w:rsidRDefault="000C631A"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 xml:space="preserve">Zamawiający zastrzega sobie możliwość niewybrania żadnej oferty, odwołania, unieważnienia, bez ponoszenia jakichkolwiek skutków prawnych i finansowych – tj. </w:t>
      </w:r>
      <w:r w:rsidRPr="00D73412">
        <w:rPr>
          <w:rFonts w:ascii="Arial" w:hAnsi="Arial" w:cs="Arial"/>
          <w:color w:val="auto"/>
          <w:sz w:val="20"/>
          <w:szCs w:val="20"/>
          <w:lang w:val="pl-PL"/>
        </w:rPr>
        <w:lastRenderedPageBreak/>
        <w:t xml:space="preserve">wykonawcy nie przysługują żadne roszczenia w stosunku do Zamawiającego. W informacji o odwołaniu lub unieważnieniu zapytania ofertowego Zamawiający poda uzasadnienie faktyczne tych działań.  </w:t>
      </w:r>
    </w:p>
    <w:p w14:paraId="582CB331" w14:textId="77777777" w:rsidR="000C631A" w:rsidRPr="00D73412" w:rsidRDefault="000C631A"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 xml:space="preserve">Zamawiający zastrzega sobie prawo do unieważnienia postępowania ofertowego w szczególności w wypadku: </w:t>
      </w:r>
    </w:p>
    <w:p w14:paraId="45E34959" w14:textId="4EB39364" w:rsidR="000C631A" w:rsidRPr="00D73412" w:rsidRDefault="000C631A" w:rsidP="00164E3A">
      <w:pPr>
        <w:pStyle w:val="Akapitzlist"/>
        <w:numPr>
          <w:ilvl w:val="2"/>
          <w:numId w:val="17"/>
        </w:numPr>
        <w:spacing w:after="160" w:line="256" w:lineRule="auto"/>
        <w:ind w:left="1560"/>
        <w:jc w:val="both"/>
        <w:rPr>
          <w:rFonts w:ascii="Arial" w:hAnsi="Arial" w:cs="Arial"/>
          <w:color w:val="auto"/>
          <w:sz w:val="20"/>
          <w:szCs w:val="20"/>
          <w:lang w:val="pl-PL"/>
        </w:rPr>
      </w:pPr>
      <w:r w:rsidRPr="00D73412">
        <w:rPr>
          <w:rFonts w:ascii="Arial" w:hAnsi="Arial" w:cs="Arial"/>
          <w:color w:val="auto"/>
          <w:sz w:val="20"/>
          <w:szCs w:val="20"/>
          <w:lang w:val="pl-PL"/>
        </w:rPr>
        <w:t>stwierdzenia w nim błędów formalnych i proceduralnych, gdy cena najkorzystniejszej oferty przekracza budżet na to zadanie</w:t>
      </w:r>
      <w:r w:rsidR="00497099" w:rsidRPr="00D73412">
        <w:rPr>
          <w:rFonts w:ascii="Arial" w:hAnsi="Arial" w:cs="Arial"/>
          <w:color w:val="auto"/>
          <w:sz w:val="20"/>
          <w:szCs w:val="20"/>
          <w:lang w:val="pl-PL"/>
        </w:rPr>
        <w:t xml:space="preserve"> lub</w:t>
      </w:r>
      <w:r w:rsidRPr="00D73412">
        <w:rPr>
          <w:rFonts w:ascii="Arial" w:hAnsi="Arial" w:cs="Arial"/>
          <w:color w:val="auto"/>
          <w:sz w:val="20"/>
          <w:szCs w:val="20"/>
          <w:lang w:val="pl-PL"/>
        </w:rPr>
        <w:t xml:space="preserve"> gdy zaistnieją przesłanki niezależne od Zamawiającego uniemożliwiające realizacje przedmiotu zamówienia lub konieczne jest wprowadzenie innych zmian w przedmiocie zamówienia;</w:t>
      </w:r>
    </w:p>
    <w:p w14:paraId="3B81C069" w14:textId="77777777" w:rsidR="000C631A" w:rsidRPr="00D73412" w:rsidRDefault="000C631A" w:rsidP="00164E3A">
      <w:pPr>
        <w:pStyle w:val="Akapitzlist"/>
        <w:numPr>
          <w:ilvl w:val="2"/>
          <w:numId w:val="17"/>
        </w:numPr>
        <w:spacing w:after="160" w:line="256" w:lineRule="auto"/>
        <w:ind w:left="1560"/>
        <w:jc w:val="both"/>
        <w:rPr>
          <w:rFonts w:ascii="Arial" w:hAnsi="Arial" w:cs="Arial"/>
          <w:color w:val="auto"/>
          <w:sz w:val="20"/>
          <w:szCs w:val="20"/>
          <w:lang w:val="pl-PL"/>
        </w:rPr>
      </w:pPr>
      <w:r w:rsidRPr="00D73412">
        <w:rPr>
          <w:rFonts w:ascii="Arial" w:hAnsi="Arial" w:cs="Arial"/>
          <w:color w:val="auto"/>
          <w:sz w:val="20"/>
          <w:szCs w:val="20"/>
          <w:lang w:val="pl-PL"/>
        </w:rPr>
        <w:t>postępowanie obarczone jest wadą powodującą, że zawarta umowa będzie sprzeczna z postanowieniami umowy o dofinansowanie projektu;</w:t>
      </w:r>
    </w:p>
    <w:p w14:paraId="6621C8D7" w14:textId="2D15E6CF" w:rsidR="000C631A" w:rsidRPr="00D73412" w:rsidRDefault="000C631A" w:rsidP="00164E3A">
      <w:pPr>
        <w:pStyle w:val="Akapitzlist"/>
        <w:numPr>
          <w:ilvl w:val="2"/>
          <w:numId w:val="17"/>
        </w:numPr>
        <w:spacing w:after="160" w:line="256" w:lineRule="auto"/>
        <w:ind w:left="1560"/>
        <w:jc w:val="both"/>
        <w:rPr>
          <w:rFonts w:ascii="Arial" w:hAnsi="Arial" w:cs="Arial"/>
          <w:color w:val="auto"/>
          <w:sz w:val="20"/>
          <w:szCs w:val="20"/>
          <w:lang w:val="pl-PL"/>
        </w:rPr>
      </w:pPr>
      <w:r w:rsidRPr="00D73412">
        <w:rPr>
          <w:rFonts w:ascii="Arial" w:hAnsi="Arial" w:cs="Arial"/>
          <w:color w:val="auto"/>
          <w:sz w:val="20"/>
          <w:szCs w:val="20"/>
          <w:lang w:val="pl-PL"/>
        </w:rPr>
        <w:t>wystąpiła istotna zmiana okoliczności powodująca, iż realizacja zamówienia nie leży w interesie Zamawiającego, czego nie można było przewidzieć w chwili wszczynania postępowania.</w:t>
      </w:r>
    </w:p>
    <w:p w14:paraId="35635289" w14:textId="71B76C1F" w:rsidR="000C631A" w:rsidRPr="00D73412" w:rsidRDefault="000C631A"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W razie unieważnienia postępowania bądź jego zamknięcia bez wybrania którejkolwiek z ofert, wykonawcom nie przysługują jakiekolwiek roszczenia względem Zamawiającego, w szczególności roszczenie o zwrot kosztów uczestnictwa w postępowaniu, przede wszystkim zaś kosztów przygotowania oferty.</w:t>
      </w:r>
    </w:p>
    <w:p w14:paraId="65FFB543" w14:textId="48BDD363" w:rsidR="000C631A" w:rsidRPr="00D73412" w:rsidRDefault="000C631A"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Zamawiający zastrzega sobie możliwość ewentualnego nieprzystąpienia do zawarcia umowy z wybranym wykonawcą w przypadku wystąpienia którejś z niżej wymienionych sytuacji: </w:t>
      </w:r>
    </w:p>
    <w:p w14:paraId="1DD9AF5F" w14:textId="77777777" w:rsidR="000C631A" w:rsidRPr="00D73412" w:rsidRDefault="000C631A" w:rsidP="00164E3A">
      <w:pPr>
        <w:pStyle w:val="Akapitzlist"/>
        <w:numPr>
          <w:ilvl w:val="2"/>
          <w:numId w:val="17"/>
        </w:numPr>
        <w:spacing w:after="160" w:line="259" w:lineRule="auto"/>
        <w:ind w:left="1560" w:hanging="425"/>
        <w:jc w:val="both"/>
        <w:rPr>
          <w:rFonts w:ascii="Arial" w:hAnsi="Arial" w:cs="Arial"/>
          <w:sz w:val="20"/>
          <w:szCs w:val="20"/>
          <w:lang w:val="pl-PL"/>
        </w:rPr>
      </w:pPr>
      <w:r w:rsidRPr="00D73412">
        <w:rPr>
          <w:rFonts w:ascii="Arial" w:hAnsi="Arial" w:cs="Arial"/>
          <w:sz w:val="20"/>
          <w:szCs w:val="20"/>
          <w:lang w:val="pl-PL"/>
        </w:rPr>
        <w:t xml:space="preserve">konieczności powtórzenia postępowania ofertowego m.in. na skutek weryfikacji warunków rynkowych, zidentyfikowania nieprawidłowości w procesie zakupowym, konieczności modyfikacji zakresu i/lub wymagań dotyczących przedmiotu zamówienia; </w:t>
      </w:r>
    </w:p>
    <w:p w14:paraId="432995CB" w14:textId="77777777" w:rsidR="000C631A" w:rsidRPr="00D73412" w:rsidRDefault="000C631A" w:rsidP="00164E3A">
      <w:pPr>
        <w:pStyle w:val="Akapitzlist"/>
        <w:numPr>
          <w:ilvl w:val="2"/>
          <w:numId w:val="17"/>
        </w:numPr>
        <w:spacing w:after="160" w:line="259" w:lineRule="auto"/>
        <w:ind w:left="1560" w:hanging="425"/>
        <w:jc w:val="both"/>
        <w:rPr>
          <w:rFonts w:ascii="Arial" w:hAnsi="Arial" w:cs="Arial"/>
          <w:sz w:val="20"/>
          <w:szCs w:val="20"/>
          <w:lang w:val="pl-PL"/>
        </w:rPr>
      </w:pPr>
      <w:r w:rsidRPr="00D73412">
        <w:rPr>
          <w:rFonts w:ascii="Arial" w:hAnsi="Arial" w:cs="Arial"/>
          <w:sz w:val="20"/>
          <w:szCs w:val="20"/>
          <w:lang w:val="pl-PL"/>
        </w:rPr>
        <w:t xml:space="preserve">rezygnacji z rozpoczęcia realizacji Projektu, w ramach którego zamierzano sfinansować część lub całość przedmiotu zamówienia; </w:t>
      </w:r>
    </w:p>
    <w:p w14:paraId="2D64751F" w14:textId="77777777" w:rsidR="000C631A" w:rsidRPr="00D73412" w:rsidRDefault="000C631A" w:rsidP="00164E3A">
      <w:pPr>
        <w:pStyle w:val="Akapitzlist"/>
        <w:numPr>
          <w:ilvl w:val="2"/>
          <w:numId w:val="17"/>
        </w:numPr>
        <w:spacing w:after="160" w:line="259" w:lineRule="auto"/>
        <w:ind w:left="1560" w:hanging="425"/>
        <w:jc w:val="both"/>
        <w:rPr>
          <w:rFonts w:ascii="Arial" w:hAnsi="Arial" w:cs="Arial"/>
          <w:sz w:val="20"/>
          <w:szCs w:val="20"/>
          <w:lang w:val="pl-PL"/>
        </w:rPr>
      </w:pPr>
      <w:r w:rsidRPr="00D73412">
        <w:rPr>
          <w:rFonts w:ascii="Arial" w:hAnsi="Arial" w:cs="Arial"/>
          <w:sz w:val="20"/>
          <w:szCs w:val="20"/>
          <w:lang w:val="pl-PL"/>
        </w:rPr>
        <w:t>wystąpienia istotnej zmiany okoliczności powodującej, że prowadzenie postępowania lub wykonanie przedmiotu zamówienia nie leży w interesie Zamawiającego, czego nie można było wcześniej przewidzieć.</w:t>
      </w:r>
    </w:p>
    <w:p w14:paraId="01EE0114" w14:textId="627D36C4" w:rsidR="000C631A" w:rsidRPr="00D73412" w:rsidRDefault="000C631A"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Zamawiający zastrzega sobie prawo </w:t>
      </w:r>
      <w:r w:rsidR="0030441A" w:rsidRPr="00D73412">
        <w:rPr>
          <w:rFonts w:ascii="Arial" w:hAnsi="Arial" w:cs="Arial"/>
          <w:sz w:val="20"/>
          <w:szCs w:val="20"/>
          <w:lang w:val="pl-PL"/>
        </w:rPr>
        <w:t xml:space="preserve">do </w:t>
      </w:r>
      <w:r w:rsidRPr="00D73412">
        <w:rPr>
          <w:rFonts w:ascii="Arial" w:hAnsi="Arial" w:cs="Arial"/>
          <w:sz w:val="20"/>
          <w:szCs w:val="20"/>
          <w:lang w:val="pl-PL"/>
        </w:rPr>
        <w:t>rozwiązania umowy i płatności wyłącznie za zrealizowaną część Umowy w przypadku zaistnienia obiektywnych przesłanek wskazujących na brak celowości kontynuowania projektu lub dalszej realizacji przedmiotu zamówienia.</w:t>
      </w:r>
    </w:p>
    <w:p w14:paraId="49D7709F" w14:textId="2587603C" w:rsidR="000C631A" w:rsidRPr="00D73412" w:rsidRDefault="000C631A"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W przypadku rozwiązania</w:t>
      </w:r>
      <w:r w:rsidR="0030441A" w:rsidRPr="00D73412">
        <w:rPr>
          <w:rFonts w:ascii="Arial" w:hAnsi="Arial" w:cs="Arial"/>
          <w:sz w:val="20"/>
          <w:szCs w:val="20"/>
          <w:lang w:val="pl-PL"/>
        </w:rPr>
        <w:t>/odstąpienia od Umowy (lub innej formy zakończenia umowy EPC)</w:t>
      </w:r>
      <w:r w:rsidRPr="00D73412">
        <w:rPr>
          <w:rFonts w:ascii="Arial" w:hAnsi="Arial" w:cs="Arial"/>
          <w:sz w:val="20"/>
          <w:szCs w:val="20"/>
          <w:lang w:val="pl-PL"/>
        </w:rPr>
        <w:t xml:space="preserve"> z przyczyn leżących po stronie wykonawcy Zamawiający może powierzyć dokończenie niezrealizowanego zakresu Oferentowi, którego oferta w niniejszym postępowaniu uzyskała kolejną najwyższą liczbę punktów, na warunkach nie mniej korzystnych niż wynikające z jego oferty, z odpowiednim uwzględnieniem zakresu już zrealizowanego.</w:t>
      </w:r>
    </w:p>
    <w:p w14:paraId="234425B5" w14:textId="2415FC5D" w:rsidR="00E80B1B" w:rsidRDefault="00E80B1B" w:rsidP="00164E3A">
      <w:pPr>
        <w:pStyle w:val="Akapitzlist"/>
        <w:numPr>
          <w:ilvl w:val="1"/>
          <w:numId w:val="17"/>
        </w:numPr>
        <w:spacing w:after="0"/>
        <w:ind w:left="1134"/>
        <w:jc w:val="both"/>
        <w:rPr>
          <w:rFonts w:ascii="Arial" w:hAnsi="Arial" w:cs="Arial"/>
          <w:sz w:val="20"/>
          <w:szCs w:val="20"/>
          <w:lang w:val="pl-PL"/>
        </w:rPr>
      </w:pPr>
      <w:r w:rsidRPr="00E80B1B">
        <w:rPr>
          <w:rFonts w:ascii="Arial" w:hAnsi="Arial" w:cs="Arial"/>
          <w:sz w:val="20"/>
          <w:szCs w:val="20"/>
          <w:lang w:val="pl-PL"/>
        </w:rPr>
        <w:t>Zamawiający przewiduje możliwość udzielenia wykonawcy wyłonionemu w niniejszym postępowaniu, w okresie 3 lat od udzielenia zamówienia, zamówień uzupełniających na usługi lub roboty budowlane, polegających na powtórzeniu usług lub robót budowlanych podobnych do objętych Przedmiotem Zamówienia.</w:t>
      </w:r>
    </w:p>
    <w:p w14:paraId="60CD6C6D" w14:textId="6A4CE6EE" w:rsidR="000C631A" w:rsidRPr="00D73412" w:rsidRDefault="000C631A" w:rsidP="00164E3A">
      <w:pPr>
        <w:pStyle w:val="Akapitzlist"/>
        <w:numPr>
          <w:ilvl w:val="1"/>
          <w:numId w:val="17"/>
        </w:numPr>
        <w:spacing w:after="0"/>
        <w:ind w:left="1134"/>
        <w:jc w:val="both"/>
        <w:rPr>
          <w:rFonts w:ascii="Arial" w:hAnsi="Arial" w:cs="Arial"/>
          <w:sz w:val="20"/>
          <w:szCs w:val="20"/>
          <w:lang w:val="pl-PL"/>
        </w:rPr>
      </w:pPr>
      <w:r w:rsidRPr="00D73412">
        <w:rPr>
          <w:rFonts w:ascii="Arial" w:hAnsi="Arial" w:cs="Arial"/>
          <w:sz w:val="20"/>
          <w:szCs w:val="20"/>
          <w:lang w:val="pl-PL"/>
        </w:rPr>
        <w:t xml:space="preserve">Zamawiający jest uprawniony do korygowania oczywistych omyłek pisarskich lub rachunkowych w tekście oferty, o czym niezwłocznie informuje danego wykonawcę. W przypadku rozbieżności co do kwoty oferty, za cenę oferty zamawiający przyjmie kwotę brutto wpisaną słownie. </w:t>
      </w:r>
    </w:p>
    <w:p w14:paraId="4656E068" w14:textId="1BBA017A" w:rsidR="006C23EE" w:rsidRPr="00D73412" w:rsidRDefault="006C23EE" w:rsidP="00164E3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lastRenderedPageBreak/>
        <w:t>Odrzucenie oferty</w:t>
      </w:r>
    </w:p>
    <w:p w14:paraId="590A200B" w14:textId="334F1805" w:rsidR="008C69F5" w:rsidRPr="00D73412" w:rsidRDefault="008C69F5"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Zamawiający odrzuci ofertę, jeśli</w:t>
      </w:r>
      <w:r w:rsidR="0030441A" w:rsidRPr="00D73412">
        <w:rPr>
          <w:rFonts w:ascii="Arial" w:hAnsi="Arial" w:cs="Arial"/>
          <w:sz w:val="20"/>
          <w:szCs w:val="20"/>
          <w:lang w:val="pl-PL"/>
        </w:rPr>
        <w:t xml:space="preserve"> (wystarczy wystąpienie jednej z poniższych okoliczności)</w:t>
      </w:r>
      <w:r w:rsidRPr="00D73412">
        <w:rPr>
          <w:rFonts w:ascii="Arial" w:hAnsi="Arial" w:cs="Arial"/>
          <w:sz w:val="20"/>
          <w:szCs w:val="20"/>
          <w:lang w:val="pl-PL"/>
        </w:rPr>
        <w:t xml:space="preserve">:  </w:t>
      </w:r>
    </w:p>
    <w:p w14:paraId="747C3B1B" w14:textId="7E0D51BF"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została złożona po wyznaczonym terminie</w:t>
      </w:r>
      <w:r w:rsidR="00724506" w:rsidRPr="00D73412">
        <w:rPr>
          <w:rFonts w:ascii="Arial" w:hAnsi="Arial" w:cs="Arial"/>
          <w:sz w:val="20"/>
          <w:szCs w:val="20"/>
          <w:lang w:val="pl-PL"/>
        </w:rPr>
        <w:t xml:space="preserve"> lub w sposób niezgodny z wymaganiami dotyczącymi sposobu jej złożenia;</w:t>
      </w:r>
    </w:p>
    <w:p w14:paraId="5CF482CD" w14:textId="1E348D96"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jest niezgodna z treścią </w:t>
      </w:r>
      <w:r w:rsidR="00724506" w:rsidRPr="00D73412">
        <w:rPr>
          <w:rFonts w:ascii="Arial" w:hAnsi="Arial" w:cs="Arial"/>
          <w:sz w:val="20"/>
          <w:szCs w:val="20"/>
          <w:lang w:val="pl-PL"/>
        </w:rPr>
        <w:t>Z</w:t>
      </w:r>
      <w:r w:rsidRPr="00D73412">
        <w:rPr>
          <w:rFonts w:ascii="Arial" w:hAnsi="Arial" w:cs="Arial"/>
          <w:sz w:val="20"/>
          <w:szCs w:val="20"/>
          <w:lang w:val="pl-PL"/>
        </w:rPr>
        <w:t xml:space="preserve">apytania ofertowego, </w:t>
      </w:r>
      <w:r w:rsidR="00724506" w:rsidRPr="00D73412">
        <w:rPr>
          <w:rFonts w:ascii="Arial" w:hAnsi="Arial" w:cs="Arial"/>
          <w:sz w:val="20"/>
          <w:szCs w:val="20"/>
          <w:lang w:val="pl-PL"/>
        </w:rPr>
        <w:t>dokumentacją postępowania lub wymaganiami dotyczącymi Przedmiotu Zamówienia</w:t>
      </w:r>
    </w:p>
    <w:p w14:paraId="2A43132C" w14:textId="06AA2328" w:rsidR="00C607FD" w:rsidRPr="00D73412" w:rsidRDefault="00C607FD"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nie obejmuje któregokolwiek z wymaganych zakresów, tj. Zakresu Podstawowego albo Zakresu Opcjonalnego, lub Oferent nie wskazał odrębnie ceny dla każdego z tych zakresów;</w:t>
      </w:r>
    </w:p>
    <w:p w14:paraId="2CDE15D2" w14:textId="695F532F" w:rsidR="00C607FD" w:rsidRPr="00D73412" w:rsidRDefault="00C607FD"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ma charakter częściowy lub wariantowy;</w:t>
      </w:r>
    </w:p>
    <w:p w14:paraId="2B4AE663" w14:textId="14E4D81A"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zawiera rażąco niską cenę,  </w:t>
      </w:r>
    </w:p>
    <w:p w14:paraId="73753DBA" w14:textId="1CCAA7A1"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została złożona przez </w:t>
      </w:r>
      <w:r w:rsidR="0030441A" w:rsidRPr="00D73412">
        <w:rPr>
          <w:rFonts w:ascii="Arial" w:hAnsi="Arial" w:cs="Arial"/>
          <w:sz w:val="20"/>
          <w:szCs w:val="20"/>
          <w:lang w:val="pl-PL"/>
        </w:rPr>
        <w:t>oferenta</w:t>
      </w:r>
      <w:r w:rsidRPr="00D73412">
        <w:rPr>
          <w:rFonts w:ascii="Arial" w:hAnsi="Arial" w:cs="Arial"/>
          <w:sz w:val="20"/>
          <w:szCs w:val="20"/>
          <w:lang w:val="pl-PL"/>
        </w:rPr>
        <w:t xml:space="preserve"> podlegającego wykluczeniu, </w:t>
      </w:r>
    </w:p>
    <w:p w14:paraId="73CDF9A2" w14:textId="4D90BBFE"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została złożona przez </w:t>
      </w:r>
      <w:r w:rsidR="0030441A" w:rsidRPr="00D73412">
        <w:rPr>
          <w:rFonts w:ascii="Arial" w:hAnsi="Arial" w:cs="Arial"/>
          <w:sz w:val="20"/>
          <w:szCs w:val="20"/>
          <w:lang w:val="pl-PL"/>
        </w:rPr>
        <w:t>oferenta</w:t>
      </w:r>
      <w:r w:rsidRPr="00D73412">
        <w:rPr>
          <w:rFonts w:ascii="Arial" w:hAnsi="Arial" w:cs="Arial"/>
          <w:sz w:val="20"/>
          <w:szCs w:val="20"/>
          <w:lang w:val="pl-PL"/>
        </w:rPr>
        <w:t xml:space="preserve"> niespełniającego warunków udziału w</w:t>
      </w:r>
      <w:r w:rsidR="000C631A" w:rsidRPr="00D73412">
        <w:rPr>
          <w:rFonts w:ascii="Arial" w:hAnsi="Arial" w:cs="Arial"/>
          <w:sz w:val="20"/>
          <w:szCs w:val="20"/>
          <w:lang w:val="pl-PL"/>
        </w:rPr>
        <w:t xml:space="preserve">            </w:t>
      </w:r>
      <w:r w:rsidRPr="00D73412">
        <w:rPr>
          <w:rFonts w:ascii="Arial" w:hAnsi="Arial" w:cs="Arial"/>
          <w:sz w:val="20"/>
          <w:szCs w:val="20"/>
          <w:lang w:val="pl-PL"/>
        </w:rPr>
        <w:t xml:space="preserve">postępowaniu,  </w:t>
      </w:r>
    </w:p>
    <w:p w14:paraId="6ED99C3F" w14:textId="06B286FB" w:rsidR="00C607FD" w:rsidRPr="00D73412" w:rsidRDefault="00C607FD"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nie spełnia któregokolwiek z minimalnych wymagań lub progów określonych przez Zamawiającego w ramach kryteriów oceny Ofert, których niespełnienie zgodnie z Zapytaniem ofertowym skutkuje odrzuceniem Ofert;</w:t>
      </w:r>
    </w:p>
    <w:p w14:paraId="3FEEBFCD" w14:textId="09070F10"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jest nieważna na podstawie odrębnych przepisów, </w:t>
      </w:r>
    </w:p>
    <w:p w14:paraId="4540F05E" w14:textId="77777777"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nie została sporządzona lub przekazana w sposób zgodny z wymaganiami technicznymi oraz organizacyjnymi sporządzania lub przekazywania ofert określonymi przez Zamawiającego, </w:t>
      </w:r>
    </w:p>
    <w:p w14:paraId="67521845" w14:textId="77777777"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została złożona w warunkach czynu nieuczciwej konkurencji w rozumieniu ustawy z dnia 16 kwietnia 1993 r. o zwalczaniu nieuczciwej konkurencji, </w:t>
      </w:r>
    </w:p>
    <w:p w14:paraId="5379EBE7" w14:textId="4E1DE268"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zawiera błędy w obliczeniu ceny,</w:t>
      </w:r>
      <w:r w:rsidR="00A663B4">
        <w:rPr>
          <w:rFonts w:ascii="Arial" w:hAnsi="Arial" w:cs="Arial"/>
          <w:sz w:val="20"/>
          <w:szCs w:val="20"/>
          <w:lang w:val="pl-PL"/>
        </w:rPr>
        <w:t xml:space="preserve"> których nie sposób rozstrzygnąć zgodnie z punktem 15.8. poniżej. </w:t>
      </w:r>
      <w:r w:rsidRPr="00D73412">
        <w:rPr>
          <w:rFonts w:ascii="Arial" w:hAnsi="Arial" w:cs="Arial"/>
          <w:sz w:val="20"/>
          <w:szCs w:val="20"/>
          <w:lang w:val="pl-PL"/>
        </w:rPr>
        <w:t xml:space="preserve"> </w:t>
      </w:r>
    </w:p>
    <w:p w14:paraId="075BD8C9" w14:textId="77777777"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Wykonawca złożył więcej niż jedną ofertę,</w:t>
      </w:r>
    </w:p>
    <w:p w14:paraId="69983EA8" w14:textId="6A23101A"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Wykonawca zakwestionował poprawienie omyłki</w:t>
      </w:r>
      <w:r w:rsidR="0030441A" w:rsidRPr="00D73412">
        <w:rPr>
          <w:rFonts w:ascii="Arial" w:hAnsi="Arial" w:cs="Arial"/>
          <w:sz w:val="20"/>
          <w:szCs w:val="20"/>
          <w:lang w:val="pl-PL"/>
        </w:rPr>
        <w:t>,</w:t>
      </w:r>
    </w:p>
    <w:p w14:paraId="4E0FEE49" w14:textId="06D06AB7" w:rsidR="0030441A" w:rsidRPr="00D73412" w:rsidRDefault="0030441A"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W przypadku oferty złożonej przez konsorcjum oferentów – taka oferta podlega odrzuceniu, jeśli którakolwiek z powyższych okoliczności zaistniej co najmniej w stosunku do jednego z podmiotów wchodzących w skład konsorcjum.</w:t>
      </w:r>
    </w:p>
    <w:p w14:paraId="758AAD79" w14:textId="4B0EDA78" w:rsidR="00533510" w:rsidRPr="00D73412" w:rsidRDefault="00366107" w:rsidP="00164E3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PODSTAWY WYKLUCZENIA</w:t>
      </w:r>
    </w:p>
    <w:p w14:paraId="4A0BE564" w14:textId="77777777" w:rsidR="00DB3524" w:rsidRPr="00D73412" w:rsidRDefault="0013158F"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Z postępowania o udzielenie niniejszego zamówienia wyklucza się:</w:t>
      </w:r>
    </w:p>
    <w:p w14:paraId="47668EDC" w14:textId="7A75836F" w:rsidR="00DB3524" w:rsidRPr="00D73412" w:rsidRDefault="0013158F" w:rsidP="00164E3A">
      <w:pPr>
        <w:pStyle w:val="Akapitzlist"/>
        <w:numPr>
          <w:ilvl w:val="2"/>
          <w:numId w:val="17"/>
        </w:numPr>
        <w:spacing w:after="160" w:line="259" w:lineRule="auto"/>
        <w:ind w:left="1418"/>
        <w:jc w:val="both"/>
        <w:rPr>
          <w:rFonts w:ascii="Arial" w:hAnsi="Arial" w:cs="Arial"/>
          <w:sz w:val="20"/>
          <w:szCs w:val="20"/>
          <w:lang w:val="pl-PL"/>
        </w:rPr>
      </w:pPr>
      <w:r w:rsidRPr="00D73412">
        <w:rPr>
          <w:rFonts w:ascii="Arial" w:hAnsi="Arial" w:cs="Arial"/>
          <w:sz w:val="20"/>
          <w:szCs w:val="20"/>
          <w:lang w:val="pl-PL"/>
        </w:rPr>
        <w:t xml:space="preserve">podmioty powiązane osobowo i kapitałowo z </w:t>
      </w:r>
      <w:r w:rsidR="00164E3A" w:rsidRPr="00D73412">
        <w:rPr>
          <w:rFonts w:ascii="Arial" w:hAnsi="Arial" w:cs="Arial"/>
          <w:sz w:val="20"/>
          <w:szCs w:val="20"/>
          <w:lang w:val="pl-PL"/>
        </w:rPr>
        <w:t>Z</w:t>
      </w:r>
      <w:r w:rsidRPr="00D73412">
        <w:rPr>
          <w:rFonts w:ascii="Arial" w:hAnsi="Arial" w:cs="Arial"/>
          <w:sz w:val="20"/>
          <w:szCs w:val="20"/>
          <w:lang w:val="pl-PL"/>
        </w:rPr>
        <w:t xml:space="preserve">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 a wykonawcą, polegające w szczególności na: i) uczestniczeniu w spółce jako wspólnik spółki cywilnej lub spółki osobowej, posiadaniu co najmniej 10% udziałów lub akcji (o ile niższy próg nie wynika z przepisów prawa), pełnieniu funkcji członka organu nadzorczego lub zarządzającego, prokurenta, pełnomocnika, ii) 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iii) pozostawaniu z wykonawcą w takim stosunku prawnym lub faktycznym, że istnieje uzasadniona wątpliwość co do ich </w:t>
      </w:r>
      <w:r w:rsidRPr="00D73412">
        <w:rPr>
          <w:rFonts w:ascii="Arial" w:hAnsi="Arial" w:cs="Arial"/>
          <w:sz w:val="20"/>
          <w:szCs w:val="20"/>
          <w:lang w:val="pl-PL"/>
        </w:rPr>
        <w:lastRenderedPageBreak/>
        <w:t>bezstronności lub niezależności w związku z postępowaniem o udzielenie zamówienia.</w:t>
      </w:r>
    </w:p>
    <w:p w14:paraId="775CBF22" w14:textId="448359AD" w:rsidR="00DB3524" w:rsidRPr="00D73412" w:rsidRDefault="00DB3524" w:rsidP="00164E3A">
      <w:pPr>
        <w:pStyle w:val="Akapitzlist"/>
        <w:numPr>
          <w:ilvl w:val="2"/>
          <w:numId w:val="17"/>
        </w:numPr>
        <w:spacing w:after="0" w:line="259" w:lineRule="auto"/>
        <w:ind w:left="1418"/>
        <w:jc w:val="both"/>
        <w:rPr>
          <w:rFonts w:ascii="Arial" w:hAnsi="Arial" w:cs="Arial"/>
          <w:sz w:val="20"/>
          <w:szCs w:val="20"/>
          <w:lang w:val="pl-PL"/>
        </w:rPr>
      </w:pPr>
      <w:r w:rsidRPr="00D73412">
        <w:rPr>
          <w:rFonts w:ascii="Arial" w:hAnsi="Arial" w:cs="Arial"/>
          <w:sz w:val="20"/>
          <w:szCs w:val="20"/>
          <w:lang w:val="pl-PL"/>
        </w:rPr>
        <w:t>podmioty i osoby, które w bezpośredni lub pośredni sposób wspierają działania wojenne Federacji Rosyjskiej lub są za nie odpowiedzialne i podlegają wykluczeniu z postępowania na podstawie następujących przepisów: i) art. 5k rozporządzenia Rady (UE) nr 833/2014 z dnia 31 lipca 2014 r. dotyczącego środków ograniczających w związku z działaniami Rosji destabilizującymi sytuację na Ukrainie (Dz. Urz. UE nr L 229 z 31.7.2014,, dalej: rozporządzenie 833/2014, w brzmieniu nadanym rozporządzeniem Rady (UE) 2022/576 w sprawie zmiany rozporządzenia (UE) nr 833/2014 dotyczącego środków ograniczających w związku z działaniami Rosji destabilizującymi sytuację na Ukrainie (Dz. Urz. UE nr L 111 z 8.4.2022); ii) Ustawa z dnia 13 kwietnia 2022r. o szczególnych rozwiązaniach w zakresie przeciwdziałania wspieraniu agresji na Ukrainę oraz służących ochronie bezpieczeństwa narodowego (Dz.U. 2022 poz. 835 z późn. zm.).</w:t>
      </w:r>
    </w:p>
    <w:p w14:paraId="19510D34" w14:textId="6896329C" w:rsidR="00DB3524" w:rsidRPr="00D73412" w:rsidRDefault="00DB3524"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 xml:space="preserve">Warunki wskazane w punkcie </w:t>
      </w:r>
      <w:r w:rsidR="006C23EE" w:rsidRPr="00D73412">
        <w:rPr>
          <w:rFonts w:ascii="Arial" w:hAnsi="Arial" w:cs="Arial"/>
          <w:sz w:val="20"/>
          <w:szCs w:val="20"/>
          <w:lang w:val="pl-PL"/>
        </w:rPr>
        <w:t>1</w:t>
      </w:r>
      <w:r w:rsidR="00EA557C" w:rsidRPr="00D73412">
        <w:rPr>
          <w:rFonts w:ascii="Arial" w:hAnsi="Arial" w:cs="Arial"/>
          <w:sz w:val="20"/>
          <w:szCs w:val="20"/>
          <w:lang w:val="pl-PL"/>
        </w:rPr>
        <w:t>3</w:t>
      </w:r>
      <w:r w:rsidR="006C23EE" w:rsidRPr="00D73412">
        <w:rPr>
          <w:rFonts w:ascii="Arial" w:hAnsi="Arial" w:cs="Arial"/>
          <w:sz w:val="20"/>
          <w:szCs w:val="20"/>
          <w:lang w:val="pl-PL"/>
        </w:rPr>
        <w:t>.1</w:t>
      </w:r>
      <w:r w:rsidRPr="00D73412">
        <w:rPr>
          <w:rFonts w:ascii="Arial" w:hAnsi="Arial" w:cs="Arial"/>
          <w:sz w:val="20"/>
          <w:szCs w:val="20"/>
          <w:lang w:val="pl-PL"/>
        </w:rPr>
        <w:t xml:space="preserve">. </w:t>
      </w:r>
      <w:r w:rsidR="0030441A" w:rsidRPr="00D73412">
        <w:rPr>
          <w:rFonts w:ascii="Arial" w:hAnsi="Arial" w:cs="Arial"/>
          <w:sz w:val="20"/>
          <w:szCs w:val="20"/>
          <w:lang w:val="pl-PL"/>
        </w:rPr>
        <w:t>będą oceniane metodą zero-jedynkową, tj. spełnia/nie spełnia, na podstawie oświadczenia zawartego w Załączniku nr 1 do zapytania ofertowego –</w:t>
      </w:r>
      <w:r w:rsidR="00C057C6" w:rsidRPr="00D73412">
        <w:rPr>
          <w:rFonts w:ascii="Arial" w:hAnsi="Arial" w:cs="Arial"/>
          <w:sz w:val="20"/>
          <w:szCs w:val="20"/>
          <w:lang w:val="pl-PL"/>
        </w:rPr>
        <w:t xml:space="preserve"> Formularz ofertowy.</w:t>
      </w:r>
    </w:p>
    <w:p w14:paraId="4064228D" w14:textId="190402F1" w:rsidR="00851979" w:rsidRPr="00D73412" w:rsidRDefault="00DB3524" w:rsidP="00164E3A">
      <w:pPr>
        <w:pStyle w:val="Akapitzlist"/>
        <w:numPr>
          <w:ilvl w:val="1"/>
          <w:numId w:val="17"/>
        </w:numPr>
        <w:spacing w:after="0" w:line="240" w:lineRule="auto"/>
        <w:ind w:left="1134"/>
        <w:jc w:val="both"/>
        <w:rPr>
          <w:lang w:val="pl-PL"/>
        </w:rPr>
      </w:pPr>
      <w:r w:rsidRPr="00D73412">
        <w:rPr>
          <w:rFonts w:ascii="Arial" w:hAnsi="Arial" w:cs="Arial"/>
          <w:sz w:val="20"/>
          <w:szCs w:val="20"/>
          <w:lang w:val="pl-PL"/>
        </w:rPr>
        <w:t xml:space="preserve">Oferta, która nie spełni jakiegokolwiek warunku określonego w punkcie </w:t>
      </w:r>
      <w:r w:rsidR="00C057C6" w:rsidRPr="00D73412">
        <w:rPr>
          <w:rFonts w:ascii="Arial" w:hAnsi="Arial" w:cs="Arial"/>
          <w:sz w:val="20"/>
          <w:szCs w:val="20"/>
          <w:lang w:val="pl-PL"/>
        </w:rPr>
        <w:t>1</w:t>
      </w:r>
      <w:r w:rsidR="00EA557C" w:rsidRPr="00D73412">
        <w:rPr>
          <w:rFonts w:ascii="Arial" w:hAnsi="Arial" w:cs="Arial"/>
          <w:sz w:val="20"/>
          <w:szCs w:val="20"/>
          <w:lang w:val="pl-PL"/>
        </w:rPr>
        <w:t>3</w:t>
      </w:r>
      <w:r w:rsidR="00C057C6" w:rsidRPr="00D73412">
        <w:rPr>
          <w:rFonts w:ascii="Arial" w:hAnsi="Arial" w:cs="Arial"/>
          <w:sz w:val="20"/>
          <w:szCs w:val="20"/>
          <w:lang w:val="pl-PL"/>
        </w:rPr>
        <w:t>.1.</w:t>
      </w:r>
      <w:r w:rsidRPr="00D73412">
        <w:rPr>
          <w:rFonts w:ascii="Arial" w:hAnsi="Arial" w:cs="Arial"/>
          <w:sz w:val="20"/>
          <w:szCs w:val="20"/>
          <w:lang w:val="pl-PL"/>
        </w:rPr>
        <w:t xml:space="preserve"> zostanie odrzucona.</w:t>
      </w:r>
    </w:p>
    <w:p w14:paraId="7F524441" w14:textId="3105BE55" w:rsidR="00533510" w:rsidRPr="00D73412" w:rsidRDefault="00366107" w:rsidP="00164E3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WIZJA LOKALNA</w:t>
      </w:r>
    </w:p>
    <w:p w14:paraId="12117F75" w14:textId="2549E7D3" w:rsidR="00533510" w:rsidRPr="00D73412" w:rsidRDefault="00366107"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 xml:space="preserve">Zamawiający dopuszcza przeprowadzenie wizji lokalnej przez zainteresowanych </w:t>
      </w:r>
      <w:r w:rsidR="0030441A" w:rsidRPr="00D73412">
        <w:rPr>
          <w:rFonts w:ascii="Arial" w:hAnsi="Arial" w:cs="Arial"/>
          <w:sz w:val="20"/>
          <w:szCs w:val="20"/>
          <w:lang w:val="pl-PL"/>
        </w:rPr>
        <w:t>oferentów</w:t>
      </w:r>
      <w:r w:rsidRPr="00D73412">
        <w:rPr>
          <w:rFonts w:ascii="Arial" w:hAnsi="Arial" w:cs="Arial"/>
          <w:sz w:val="20"/>
          <w:szCs w:val="20"/>
          <w:lang w:val="pl-PL"/>
        </w:rPr>
        <w:t xml:space="preserve">. </w:t>
      </w:r>
      <w:r w:rsidR="009B1809" w:rsidRPr="00D73412">
        <w:rPr>
          <w:rFonts w:ascii="Arial" w:hAnsi="Arial" w:cs="Arial"/>
          <w:sz w:val="20"/>
          <w:szCs w:val="20"/>
          <w:lang w:val="pl-PL"/>
        </w:rPr>
        <w:t>Oferent musi zgłosić chęć przeprowadzenia wizji lokalnej pocztą elektroniczną na adres e-mail:</w:t>
      </w:r>
      <w:r w:rsidR="00EA557C" w:rsidRPr="00D73412">
        <w:rPr>
          <w:rFonts w:ascii="Arial" w:hAnsi="Arial" w:cs="Arial"/>
          <w:sz w:val="20"/>
          <w:szCs w:val="20"/>
          <w:lang w:val="pl-PL"/>
        </w:rPr>
        <w:t xml:space="preserve"> jfdobron@Voltapolska.pl.</w:t>
      </w:r>
      <w:r w:rsidR="009B1809" w:rsidRPr="00D73412">
        <w:rPr>
          <w:rFonts w:ascii="Arial" w:hAnsi="Arial" w:cs="Arial"/>
          <w:sz w:val="20"/>
          <w:szCs w:val="20"/>
          <w:lang w:val="pl-PL"/>
        </w:rPr>
        <w:t xml:space="preserve"> Gwarancję odbycia wizji lokalnej będą mieli wszyscy </w:t>
      </w:r>
      <w:r w:rsidR="0030441A" w:rsidRPr="00D73412">
        <w:rPr>
          <w:rFonts w:ascii="Arial" w:hAnsi="Arial" w:cs="Arial"/>
          <w:sz w:val="20"/>
          <w:szCs w:val="20"/>
          <w:lang w:val="pl-PL"/>
        </w:rPr>
        <w:t>o</w:t>
      </w:r>
      <w:r w:rsidR="00EA557C" w:rsidRPr="00D73412">
        <w:rPr>
          <w:rFonts w:ascii="Arial" w:hAnsi="Arial" w:cs="Arial"/>
          <w:sz w:val="20"/>
          <w:szCs w:val="20"/>
          <w:lang w:val="pl-PL"/>
        </w:rPr>
        <w:t>ferenci</w:t>
      </w:r>
      <w:r w:rsidR="009B1809" w:rsidRPr="00D73412">
        <w:rPr>
          <w:rFonts w:ascii="Arial" w:hAnsi="Arial" w:cs="Arial"/>
          <w:sz w:val="20"/>
          <w:szCs w:val="20"/>
          <w:lang w:val="pl-PL"/>
        </w:rPr>
        <w:t xml:space="preserve">, którzy prześlą wniosek nie później niż 5 dni roboczych przed terminem składania ofert. Wniosek o odbycie wizji lokalnej zostanie rozpatrzony w </w:t>
      </w:r>
      <w:r w:rsidR="00EA557C" w:rsidRPr="00D73412">
        <w:rPr>
          <w:rFonts w:ascii="Arial" w:hAnsi="Arial" w:cs="Arial"/>
          <w:sz w:val="20"/>
          <w:szCs w:val="20"/>
          <w:lang w:val="pl-PL"/>
        </w:rPr>
        <w:t>ciągu 2 dni roboczych.</w:t>
      </w:r>
    </w:p>
    <w:p w14:paraId="44535923" w14:textId="66E30371" w:rsidR="00533510" w:rsidRPr="00D73412" w:rsidRDefault="009B1809"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Przedstawiciel Zamawiającego może wziąć udział w wizji lokalnej nieruchomości.</w:t>
      </w:r>
    </w:p>
    <w:p w14:paraId="40E9E072" w14:textId="647D3F89" w:rsidR="009B1809" w:rsidRPr="00D73412" w:rsidRDefault="009B1809"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 xml:space="preserve">Po zakończeniu wizji lokalnej </w:t>
      </w:r>
      <w:r w:rsidR="0030441A" w:rsidRPr="00D73412">
        <w:rPr>
          <w:rFonts w:ascii="Arial" w:hAnsi="Arial" w:cs="Arial"/>
          <w:sz w:val="20"/>
          <w:szCs w:val="20"/>
          <w:lang w:val="pl-PL"/>
        </w:rPr>
        <w:t>o</w:t>
      </w:r>
      <w:r w:rsidR="00EA557C" w:rsidRPr="00D73412">
        <w:rPr>
          <w:rFonts w:ascii="Arial" w:hAnsi="Arial" w:cs="Arial"/>
          <w:sz w:val="20"/>
          <w:szCs w:val="20"/>
          <w:lang w:val="pl-PL"/>
        </w:rPr>
        <w:t xml:space="preserve">ferent ma obowiązek sporządzić </w:t>
      </w:r>
      <w:r w:rsidRPr="00D73412">
        <w:rPr>
          <w:rFonts w:ascii="Arial" w:hAnsi="Arial" w:cs="Arial"/>
          <w:sz w:val="20"/>
          <w:szCs w:val="20"/>
          <w:lang w:val="pl-PL"/>
        </w:rPr>
        <w:t>protokół wraz z oświadczeniem o odbyciu wizji lokalnej</w:t>
      </w:r>
      <w:r w:rsidR="00EA557C" w:rsidRPr="00D73412">
        <w:rPr>
          <w:rFonts w:ascii="Arial" w:hAnsi="Arial" w:cs="Arial"/>
          <w:sz w:val="20"/>
          <w:szCs w:val="20"/>
          <w:lang w:val="pl-PL"/>
        </w:rPr>
        <w:t xml:space="preserve"> oraz przedłożyć </w:t>
      </w:r>
      <w:r w:rsidR="0030441A" w:rsidRPr="00D73412">
        <w:rPr>
          <w:rFonts w:ascii="Arial" w:hAnsi="Arial" w:cs="Arial"/>
          <w:sz w:val="20"/>
          <w:szCs w:val="20"/>
          <w:lang w:val="pl-PL"/>
        </w:rPr>
        <w:t>go</w:t>
      </w:r>
      <w:r w:rsidR="00EA557C" w:rsidRPr="00D73412">
        <w:rPr>
          <w:rFonts w:ascii="Arial" w:hAnsi="Arial" w:cs="Arial"/>
          <w:sz w:val="20"/>
          <w:szCs w:val="20"/>
          <w:lang w:val="pl-PL"/>
        </w:rPr>
        <w:t xml:space="preserve"> Zamawiającemu.</w:t>
      </w:r>
    </w:p>
    <w:p w14:paraId="4C8F5EF1" w14:textId="0B5C8142" w:rsidR="00533510" w:rsidRPr="00D73412" w:rsidRDefault="009B1809"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 xml:space="preserve">Koszt odbycia wizji lokalnej po stronie </w:t>
      </w:r>
      <w:r w:rsidR="0030441A" w:rsidRPr="00D73412">
        <w:rPr>
          <w:rFonts w:ascii="Arial" w:hAnsi="Arial" w:cs="Arial"/>
          <w:sz w:val="20"/>
          <w:szCs w:val="20"/>
          <w:lang w:val="pl-PL"/>
        </w:rPr>
        <w:t>o</w:t>
      </w:r>
      <w:r w:rsidRPr="00D73412">
        <w:rPr>
          <w:rFonts w:ascii="Arial" w:hAnsi="Arial" w:cs="Arial"/>
          <w:sz w:val="20"/>
          <w:szCs w:val="20"/>
          <w:lang w:val="pl-PL"/>
        </w:rPr>
        <w:t xml:space="preserve">ferenta ponosi </w:t>
      </w:r>
      <w:r w:rsidR="0030441A" w:rsidRPr="00D73412">
        <w:rPr>
          <w:rFonts w:ascii="Arial" w:hAnsi="Arial" w:cs="Arial"/>
          <w:sz w:val="20"/>
          <w:szCs w:val="20"/>
          <w:lang w:val="pl-PL"/>
        </w:rPr>
        <w:t>o</w:t>
      </w:r>
      <w:r w:rsidRPr="00D73412">
        <w:rPr>
          <w:rFonts w:ascii="Arial" w:hAnsi="Arial" w:cs="Arial"/>
          <w:sz w:val="20"/>
          <w:szCs w:val="20"/>
          <w:lang w:val="pl-PL"/>
        </w:rPr>
        <w:t>ferent.</w:t>
      </w:r>
    </w:p>
    <w:p w14:paraId="24493ED8" w14:textId="59E20EF2" w:rsidR="00AB6DB3" w:rsidRPr="00D73412" w:rsidRDefault="002E2F64" w:rsidP="00164E3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 xml:space="preserve"> </w:t>
      </w:r>
      <w:r w:rsidR="00AB6DB3" w:rsidRPr="00D73412">
        <w:rPr>
          <w:rFonts w:ascii="Arial" w:hAnsi="Arial" w:cs="Arial"/>
          <w:sz w:val="20"/>
          <w:szCs w:val="20"/>
          <w:lang w:val="pl-PL"/>
        </w:rPr>
        <w:t>OPIS SPOSOBU OBLICZENIA CENY OFERTY</w:t>
      </w:r>
    </w:p>
    <w:p w14:paraId="496FFD4F" w14:textId="6A4A635D"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Oferent poda w Formularzu ofertowym Cenę Oferty Netto, kwotę podatku od towarów i usług (VAT) oraz Cenę Oferty Brutto.</w:t>
      </w:r>
    </w:p>
    <w:p w14:paraId="7DC713B4" w14:textId="79744642"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„Cena Oferty Netto” oznacza całkowite, ryczałtowe wynagrodzenie netto należne Oferentowi za kompletne i należyte wykonanie pełnego zakresu Przedmiotu Zamówienia w formule EPC, wynikającego z całej dokumentacji postępowania, w tym z projektu umowy EPC i jej załączników. VAT wykazuje się odrębnie; VAT nie podlega punktacji.</w:t>
      </w:r>
    </w:p>
    <w:p w14:paraId="6A63300A" w14:textId="239C5542"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Cena Oferty Netto obejmuje wszelkie koszty, nakłady, opłaty, ryzyka i obowiązki przypisane Oferentowi, niezależnie od tego, czy zostały wyraźnie wskazane w Formularzu ofertowym, o ile są niezbędne do osiągnięcia kompletnego, bezpiecznego, zgodnego z prawem i zdatnego do eksploatacji rezultatu EPC. W szczególności Cena Oferty Netto obejmuje </w:t>
      </w:r>
      <w:r w:rsidR="0030441A" w:rsidRPr="00D73412">
        <w:rPr>
          <w:rFonts w:ascii="Arial" w:hAnsi="Arial" w:cs="Arial"/>
          <w:sz w:val="20"/>
          <w:szCs w:val="20"/>
          <w:lang w:val="pl-PL"/>
        </w:rPr>
        <w:t>m.in.</w:t>
      </w:r>
      <w:r w:rsidRPr="00D73412">
        <w:rPr>
          <w:rFonts w:ascii="Arial" w:hAnsi="Arial" w:cs="Arial"/>
          <w:sz w:val="20"/>
          <w:szCs w:val="20"/>
          <w:lang w:val="pl-PL"/>
        </w:rPr>
        <w:t>:</w:t>
      </w:r>
    </w:p>
    <w:p w14:paraId="628AE233" w14:textId="08F54BFC"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lastRenderedPageBreak/>
        <w:t>opracowanie, weryfikację, koordynację i aktualizację dokumentacji projektowej, wykonawczej, powykonawczej i odbiorowej oraz uzyskanie uzgodnień i pozwoleń przypisanych wykonawcy;</w:t>
      </w:r>
    </w:p>
    <w:p w14:paraId="06401436" w14:textId="612DD395"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dostawę wszystkich </w:t>
      </w:r>
      <w:r w:rsidR="0030441A" w:rsidRPr="00D73412">
        <w:rPr>
          <w:rFonts w:ascii="Arial" w:hAnsi="Arial" w:cs="Arial"/>
          <w:sz w:val="20"/>
          <w:szCs w:val="20"/>
          <w:lang w:val="pl-PL"/>
        </w:rPr>
        <w:t>p</w:t>
      </w:r>
      <w:r w:rsidRPr="00D73412">
        <w:rPr>
          <w:rFonts w:ascii="Arial" w:hAnsi="Arial" w:cs="Arial"/>
          <w:sz w:val="20"/>
          <w:szCs w:val="20"/>
          <w:lang w:val="pl-PL"/>
        </w:rPr>
        <w:t>roduktów, materiałów i urządzeń, w tym zakup, produkcję, transport, rozładunek, magazynowanie, ubezpieczenie, cła, podatki i opłaty należne po stronie wykonawcy;</w:t>
      </w:r>
    </w:p>
    <w:p w14:paraId="01D14F04" w14:textId="77777777"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roboty budowlane, montażowe, elektroenergetyczne, instalacyjne, integracyjne, programistyczne i odtworzeniowe, wraz z pracami tymczasowymi, zapleczem i gospodarką odpadami;</w:t>
      </w:r>
    </w:p>
    <w:p w14:paraId="31A35E8B" w14:textId="77777777"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integrację BESS z infrastrukturą towarzyszącą, systemami sterowania, zabezpieczeń, telekomunikacji i systemami wymaganymi dla przyłączenia;</w:t>
      </w:r>
    </w:p>
    <w:p w14:paraId="6759BC34" w14:textId="77777777"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testy FAT, SAT, rozruch, próby, odbiory, testy sieciowe, testy parametrów gwarantowanych, usuwanie wad oraz wszelkie czynności niezbędne do przekazania Przedmiotu Umowy do eksploatacji;</w:t>
      </w:r>
    </w:p>
    <w:p w14:paraId="129F5E6C" w14:textId="2C232A24"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dokumentację, instrukcje, szkolenia, licencje, prawa do korzystania z oprogramowania, części i wyposażenie wymagane dokumentacją postępowania;</w:t>
      </w:r>
    </w:p>
    <w:p w14:paraId="3B5523A6" w14:textId="2CC5945B"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koszty podwykonawców, zabezpieczeń, ubezpieczeń, koordynacji, uzgodnień oraz wszelkich świadczeń gwarancyjnych zaoferowanych w ramach kryteriów oceny ofert.</w:t>
      </w:r>
    </w:p>
    <w:p w14:paraId="7240669A" w14:textId="1C1A84A1" w:rsidR="0030441A" w:rsidRPr="00D73412" w:rsidRDefault="0030441A"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świadczenie usług O&amp;M w zakresie określonym w umowie EPC przez okres 2 lat po zakończeniu realizacji inwestycji. </w:t>
      </w:r>
    </w:p>
    <w:p w14:paraId="6A89A9E3" w14:textId="468BEA1E"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Rozbicie Ceny Oferty Netto na pozycje, etapy lub elementy przedstawione w Formularzu ofertowym ma charakter wyłącznie informacyjny i rozliczeniowy oraz nie zmienia ryczałtowego charakteru wynagrodzenia.</w:t>
      </w:r>
    </w:p>
    <w:p w14:paraId="0172207D" w14:textId="1808517A"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Wykonawca jest zobowiązany kompletnie wypełnić Formularz ofertowy, w tym wszystkie wymagane pozycje cenowe</w:t>
      </w:r>
      <w:r w:rsidR="00BC3B0C" w:rsidRPr="00D73412">
        <w:rPr>
          <w:rFonts w:ascii="Arial" w:hAnsi="Arial" w:cs="Arial"/>
          <w:sz w:val="20"/>
          <w:szCs w:val="20"/>
          <w:lang w:val="pl-PL"/>
        </w:rPr>
        <w:t>, załączniki</w:t>
      </w:r>
      <w:r w:rsidRPr="00D73412">
        <w:rPr>
          <w:rFonts w:ascii="Arial" w:hAnsi="Arial" w:cs="Arial"/>
          <w:sz w:val="20"/>
          <w:szCs w:val="20"/>
          <w:lang w:val="pl-PL"/>
        </w:rPr>
        <w:t xml:space="preserve">. Brak istotnej pozycji, niejednoznaczność jej wyceny albo rozbieżność pomiędzy Formularzem ofertowym a innymi częściami </w:t>
      </w:r>
      <w:r w:rsidR="00BC3B0C" w:rsidRPr="00D73412">
        <w:rPr>
          <w:rFonts w:ascii="Arial" w:hAnsi="Arial" w:cs="Arial"/>
          <w:sz w:val="20"/>
          <w:szCs w:val="20"/>
          <w:lang w:val="pl-PL"/>
        </w:rPr>
        <w:t>o</w:t>
      </w:r>
      <w:r w:rsidRPr="00D73412">
        <w:rPr>
          <w:rFonts w:ascii="Arial" w:hAnsi="Arial" w:cs="Arial"/>
          <w:sz w:val="20"/>
          <w:szCs w:val="20"/>
          <w:lang w:val="pl-PL"/>
        </w:rPr>
        <w:t xml:space="preserve">ferty może stanowić podstawę wezwania do wyjaśnień, a jeżeli nie zostanie skutecznie wyjaśniona bez zmiany </w:t>
      </w:r>
      <w:r w:rsidR="00BC3B0C" w:rsidRPr="00D73412">
        <w:rPr>
          <w:rFonts w:ascii="Arial" w:hAnsi="Arial" w:cs="Arial"/>
          <w:sz w:val="20"/>
          <w:szCs w:val="20"/>
          <w:lang w:val="pl-PL"/>
        </w:rPr>
        <w:t>o</w:t>
      </w:r>
      <w:r w:rsidRPr="00D73412">
        <w:rPr>
          <w:rFonts w:ascii="Arial" w:hAnsi="Arial" w:cs="Arial"/>
          <w:sz w:val="20"/>
          <w:szCs w:val="20"/>
          <w:lang w:val="pl-PL"/>
        </w:rPr>
        <w:t>ferty - podstawę odrzucenia Oferty. Zamawiający nie będzie automatycznie dopisywał ceny brakującej pozycji ani przyjmował, że została ona ujęta w innych pozycjach.</w:t>
      </w:r>
    </w:p>
    <w:p w14:paraId="54167AC6" w14:textId="3640229D"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Ceny warunkowe, wariantowe, przedziałowe, zastrzegające późniejsze uzgodnienie istotnego elementu ceny albo uzależnione od zdarzeń nieprzewidzianych w </w:t>
      </w:r>
      <w:r w:rsidR="00BC3B0C" w:rsidRPr="00D73412">
        <w:rPr>
          <w:rFonts w:ascii="Arial" w:hAnsi="Arial" w:cs="Arial"/>
          <w:sz w:val="20"/>
          <w:szCs w:val="20"/>
          <w:lang w:val="pl-PL"/>
        </w:rPr>
        <w:t>d</w:t>
      </w:r>
      <w:r w:rsidRPr="00D73412">
        <w:rPr>
          <w:rFonts w:ascii="Arial" w:hAnsi="Arial" w:cs="Arial"/>
          <w:sz w:val="20"/>
          <w:szCs w:val="20"/>
          <w:lang w:val="pl-PL"/>
        </w:rPr>
        <w:t xml:space="preserve">okumentacji </w:t>
      </w:r>
      <w:r w:rsidR="00BC3B0C" w:rsidRPr="00D73412">
        <w:rPr>
          <w:rFonts w:ascii="Arial" w:hAnsi="Arial" w:cs="Arial"/>
          <w:sz w:val="20"/>
          <w:szCs w:val="20"/>
          <w:lang w:val="pl-PL"/>
        </w:rPr>
        <w:t>p</w:t>
      </w:r>
      <w:r w:rsidRPr="00D73412">
        <w:rPr>
          <w:rFonts w:ascii="Arial" w:hAnsi="Arial" w:cs="Arial"/>
          <w:sz w:val="20"/>
          <w:szCs w:val="20"/>
          <w:lang w:val="pl-PL"/>
        </w:rPr>
        <w:t>ostępowania są niedopuszczalne. Oferta musi obejmować pełny zakres Zamówienia.</w:t>
      </w:r>
    </w:p>
    <w:p w14:paraId="696159DA" w14:textId="48AAA39B" w:rsidR="00DC225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Cena Oferty Netto jest podawana w PLN, z dokładnością do dwóch miejsc po przecinku. Zamawiający </w:t>
      </w:r>
      <w:r w:rsidR="00A73D7D" w:rsidRPr="00D73412">
        <w:rPr>
          <w:rFonts w:ascii="Arial" w:hAnsi="Arial" w:cs="Arial"/>
          <w:sz w:val="20"/>
          <w:szCs w:val="20"/>
          <w:lang w:val="pl-PL"/>
        </w:rPr>
        <w:t xml:space="preserve">dopuszcza </w:t>
      </w:r>
      <w:r w:rsidRPr="00D73412">
        <w:rPr>
          <w:rFonts w:ascii="Arial" w:hAnsi="Arial" w:cs="Arial"/>
          <w:sz w:val="20"/>
          <w:szCs w:val="20"/>
          <w:lang w:val="pl-PL"/>
        </w:rPr>
        <w:t>składanie ofert również w EUR</w:t>
      </w:r>
      <w:r w:rsidR="00A73D7D" w:rsidRPr="00D73412">
        <w:rPr>
          <w:rFonts w:ascii="Arial" w:hAnsi="Arial" w:cs="Arial"/>
          <w:sz w:val="20"/>
          <w:szCs w:val="20"/>
          <w:lang w:val="pl-PL"/>
        </w:rPr>
        <w:t xml:space="preserve"> - </w:t>
      </w:r>
      <w:r w:rsidRPr="00D73412">
        <w:rPr>
          <w:rFonts w:ascii="Arial" w:hAnsi="Arial" w:cs="Arial"/>
          <w:sz w:val="20"/>
          <w:szCs w:val="20"/>
          <w:lang w:val="pl-PL"/>
        </w:rPr>
        <w:t>Cena Oferty Netto wyrażona w EUR zostanie przeliczona na PLN według średniego kursu EUR ogłoszonego przez Narodowy Bank Polski w tabeli kursów średnich z ostatniego dnia roboczego poprzedzającego dzień upływu terminu składania ofert. Jeżeli NBP nie opublikuje kursu w tym dniu, stosuje się ostatni średni kurs EUR opublikowany przed tym dniem.</w:t>
      </w:r>
    </w:p>
    <w:p w14:paraId="4633AA6B" w14:textId="49F52DB2" w:rsidR="00DC225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Zamawiający może poprawić w </w:t>
      </w:r>
      <w:r w:rsidR="00BC3B0C" w:rsidRPr="00D73412">
        <w:rPr>
          <w:rFonts w:ascii="Arial" w:hAnsi="Arial" w:cs="Arial"/>
          <w:sz w:val="20"/>
          <w:szCs w:val="20"/>
          <w:lang w:val="pl-PL"/>
        </w:rPr>
        <w:t>o</w:t>
      </w:r>
      <w:r w:rsidRPr="00D73412">
        <w:rPr>
          <w:rFonts w:ascii="Arial" w:hAnsi="Arial" w:cs="Arial"/>
          <w:sz w:val="20"/>
          <w:szCs w:val="20"/>
          <w:lang w:val="pl-PL"/>
        </w:rPr>
        <w:t>fercie oczywiste omyłki pisarskie i oczywiste omyłki rachunkowe, w tym błędy działań arytmetycznych w rozbiciu ceny, bez zmiany zaoferowanej Ceny Oferty Netto</w:t>
      </w:r>
      <w:r w:rsidR="00A73D7D" w:rsidRPr="00D73412">
        <w:rPr>
          <w:rFonts w:ascii="Arial" w:hAnsi="Arial" w:cs="Arial"/>
          <w:sz w:val="20"/>
          <w:szCs w:val="20"/>
          <w:lang w:val="pl-PL"/>
        </w:rPr>
        <w:t xml:space="preserve">, o czym poinformuje </w:t>
      </w:r>
      <w:r w:rsidR="00BC3B0C" w:rsidRPr="00D73412">
        <w:rPr>
          <w:rFonts w:ascii="Arial" w:hAnsi="Arial" w:cs="Arial"/>
          <w:sz w:val="20"/>
          <w:szCs w:val="20"/>
          <w:lang w:val="pl-PL"/>
        </w:rPr>
        <w:t>o</w:t>
      </w:r>
      <w:r w:rsidR="00A73D7D" w:rsidRPr="00D73412">
        <w:rPr>
          <w:rFonts w:ascii="Arial" w:hAnsi="Arial" w:cs="Arial"/>
          <w:sz w:val="20"/>
          <w:szCs w:val="20"/>
          <w:lang w:val="pl-PL"/>
        </w:rPr>
        <w:t>ferenta, które</w:t>
      </w:r>
      <w:r w:rsidR="00BC3B0C" w:rsidRPr="00D73412">
        <w:rPr>
          <w:rFonts w:ascii="Arial" w:hAnsi="Arial" w:cs="Arial"/>
          <w:sz w:val="20"/>
          <w:szCs w:val="20"/>
          <w:lang w:val="pl-PL"/>
        </w:rPr>
        <w:t>j</w:t>
      </w:r>
      <w:r w:rsidR="00A73D7D" w:rsidRPr="00D73412">
        <w:rPr>
          <w:rFonts w:ascii="Arial" w:hAnsi="Arial" w:cs="Arial"/>
          <w:sz w:val="20"/>
          <w:szCs w:val="20"/>
          <w:lang w:val="pl-PL"/>
        </w:rPr>
        <w:t xml:space="preserve"> zmiana dotyczy.</w:t>
      </w:r>
    </w:p>
    <w:p w14:paraId="269870CA" w14:textId="0B75BE4D" w:rsidR="00DC225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Jeżeli Cena Oferty Netto lub jej istotny składnik wydaj</w:t>
      </w:r>
      <w:r w:rsidR="00BC3B0C" w:rsidRPr="00D73412">
        <w:rPr>
          <w:rFonts w:ascii="Arial" w:hAnsi="Arial" w:cs="Arial"/>
          <w:sz w:val="20"/>
          <w:szCs w:val="20"/>
          <w:lang w:val="pl-PL"/>
        </w:rPr>
        <w:t>e</w:t>
      </w:r>
      <w:r w:rsidRPr="00D73412">
        <w:rPr>
          <w:rFonts w:ascii="Arial" w:hAnsi="Arial" w:cs="Arial"/>
          <w:sz w:val="20"/>
          <w:szCs w:val="20"/>
          <w:lang w:val="pl-PL"/>
        </w:rPr>
        <w:t xml:space="preserve"> się rażąco niski w stosunku do przedmiotu </w:t>
      </w:r>
      <w:r w:rsidR="00BC3B0C" w:rsidRPr="00D73412">
        <w:rPr>
          <w:rFonts w:ascii="Arial" w:hAnsi="Arial" w:cs="Arial"/>
          <w:sz w:val="20"/>
          <w:szCs w:val="20"/>
          <w:lang w:val="pl-PL"/>
        </w:rPr>
        <w:t>z</w:t>
      </w:r>
      <w:r w:rsidRPr="00D73412">
        <w:rPr>
          <w:rFonts w:ascii="Arial" w:hAnsi="Arial" w:cs="Arial"/>
          <w:sz w:val="20"/>
          <w:szCs w:val="20"/>
          <w:lang w:val="pl-PL"/>
        </w:rPr>
        <w:t xml:space="preserve">amówienia, zakresu ryzyk, cen rynkowych, wartości szacunkowej </w:t>
      </w:r>
      <w:r w:rsidR="00BC3B0C" w:rsidRPr="00D73412">
        <w:rPr>
          <w:rFonts w:ascii="Arial" w:hAnsi="Arial" w:cs="Arial"/>
          <w:sz w:val="20"/>
          <w:szCs w:val="20"/>
          <w:lang w:val="pl-PL"/>
        </w:rPr>
        <w:t>z</w:t>
      </w:r>
      <w:r w:rsidRPr="00D73412">
        <w:rPr>
          <w:rFonts w:ascii="Arial" w:hAnsi="Arial" w:cs="Arial"/>
          <w:sz w:val="20"/>
          <w:szCs w:val="20"/>
          <w:lang w:val="pl-PL"/>
        </w:rPr>
        <w:t xml:space="preserve">amówienia albo innych ofert, Zamawiający może wezwać </w:t>
      </w:r>
      <w:r w:rsidR="00A074EA" w:rsidRPr="00D73412">
        <w:rPr>
          <w:rFonts w:ascii="Arial" w:hAnsi="Arial" w:cs="Arial"/>
          <w:sz w:val="20"/>
          <w:szCs w:val="20"/>
          <w:lang w:val="pl-PL"/>
        </w:rPr>
        <w:t>w</w:t>
      </w:r>
      <w:r w:rsidRPr="00D73412">
        <w:rPr>
          <w:rFonts w:ascii="Arial" w:hAnsi="Arial" w:cs="Arial"/>
          <w:sz w:val="20"/>
          <w:szCs w:val="20"/>
          <w:lang w:val="pl-PL"/>
        </w:rPr>
        <w:t xml:space="preserve">ykonawcę do złożenia wyjaśnień wraz z dowodami dotyczącymi sposobu kalkulacji. Cena niższa o co </w:t>
      </w:r>
      <w:r w:rsidRPr="00D73412">
        <w:rPr>
          <w:rFonts w:ascii="Arial" w:hAnsi="Arial" w:cs="Arial"/>
          <w:sz w:val="20"/>
          <w:szCs w:val="20"/>
          <w:lang w:val="pl-PL"/>
        </w:rPr>
        <w:lastRenderedPageBreak/>
        <w:t>najmniej 30% od średniej Cen Oferty Netto ofert niepodlegających odrzuceniu może stanowić sygnał uzasadniający wezwanie</w:t>
      </w:r>
      <w:r w:rsidR="003663A9" w:rsidRPr="00D73412">
        <w:rPr>
          <w:rFonts w:ascii="Arial" w:hAnsi="Arial" w:cs="Arial"/>
          <w:sz w:val="20"/>
          <w:szCs w:val="20"/>
          <w:lang w:val="pl-PL"/>
        </w:rPr>
        <w:t>.</w:t>
      </w:r>
    </w:p>
    <w:p w14:paraId="580F1078" w14:textId="2C62D361" w:rsidR="00AB6DB3" w:rsidRPr="00D73412" w:rsidRDefault="00AB6DB3" w:rsidP="000C631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Wyjaśnienia dotyczące rażąco niskiej ceny nie mogą prowadzić do zmiany Ceny Oferty Netto, zakresu </w:t>
      </w:r>
      <w:r w:rsidR="00A73D7D" w:rsidRPr="00D73412">
        <w:rPr>
          <w:rFonts w:ascii="Arial" w:hAnsi="Arial" w:cs="Arial"/>
          <w:sz w:val="20"/>
          <w:szCs w:val="20"/>
          <w:lang w:val="pl-PL"/>
        </w:rPr>
        <w:t>o</w:t>
      </w:r>
      <w:r w:rsidRPr="00D73412">
        <w:rPr>
          <w:rFonts w:ascii="Arial" w:hAnsi="Arial" w:cs="Arial"/>
          <w:sz w:val="20"/>
          <w:szCs w:val="20"/>
          <w:lang w:val="pl-PL"/>
        </w:rPr>
        <w:t xml:space="preserve">ferty ani parametrów lub okresów gwarancji podlegających ocenie. Jeżeli wyjaśnienia wraz z dowodami nie uzasadniają należycie zaoferowanej ceny lub kosztu, Zamawiający odrzuci </w:t>
      </w:r>
      <w:r w:rsidR="00A73D7D" w:rsidRPr="00D73412">
        <w:rPr>
          <w:rFonts w:ascii="Arial" w:hAnsi="Arial" w:cs="Arial"/>
          <w:sz w:val="20"/>
          <w:szCs w:val="20"/>
          <w:lang w:val="pl-PL"/>
        </w:rPr>
        <w:t>o</w:t>
      </w:r>
      <w:r w:rsidRPr="00D73412">
        <w:rPr>
          <w:rFonts w:ascii="Arial" w:hAnsi="Arial" w:cs="Arial"/>
          <w:sz w:val="20"/>
          <w:szCs w:val="20"/>
          <w:lang w:val="pl-PL"/>
        </w:rPr>
        <w:t>fertę.</w:t>
      </w:r>
    </w:p>
    <w:p w14:paraId="61F237AE" w14:textId="61D9601E" w:rsidR="002008B6" w:rsidRPr="00D73412" w:rsidRDefault="002008B6"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W przypadku przyjęcia przez Zamawiającego realizacji Przedmiotu Zamówienia w Zakresie Podstawowym przez Cenę Oferty Netto będzie należało rozumieć Cenę Oferty Netto wyłącznie za Zakres Podstawowy. W przypadku przyjęcia przez Zamawiającego realizacji Przedmiotu Zamówienia w Zakresie Podstawowym i Zakresie Opcjonalnym (łącznie), wówczas przez Cenę Oferty Netto należy rozumieć sumę Ceny Oferty Netto za Zakres Podstawowy i Ceny Oferty Netto za Zakres Opcjonalny. O tym, jaki zakres Przedmiotu Zamówienia (Podstawowy albo Podstawowy i Opcjonalny) Zamawiający zdecydował się realizować, Zamawiający powiadomi wraz z podaniem wyników postępowania w sposób taki sam jak dla wyników postępowania. </w:t>
      </w:r>
    </w:p>
    <w:p w14:paraId="7E67C630" w14:textId="11634A15" w:rsidR="006A076E" w:rsidRPr="00D73412" w:rsidRDefault="00E945DB" w:rsidP="00F533BF">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 xml:space="preserve"> </w:t>
      </w:r>
      <w:r w:rsidR="00DC2253" w:rsidRPr="00D73412">
        <w:rPr>
          <w:rFonts w:ascii="Arial" w:hAnsi="Arial" w:cs="Arial"/>
          <w:sz w:val="20"/>
          <w:szCs w:val="20"/>
          <w:lang w:val="pl-PL"/>
        </w:rPr>
        <w:t xml:space="preserve">OPIS KRYTERIÓW OCENY OFERT I SPOSOBU WYBORU OFERTY </w:t>
      </w:r>
    </w:p>
    <w:p w14:paraId="3415089B" w14:textId="5C15DE26" w:rsidR="00DC2253" w:rsidRPr="00D73412" w:rsidRDefault="00DC2253" w:rsidP="00F533BF">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Zamawiający oceni wyłącznie Oferty niepodlegające odrzuceniu, według poniższych kryteriów:</w:t>
      </w:r>
    </w:p>
    <w:p w14:paraId="4BF1FE0B" w14:textId="77777777" w:rsidR="00DC2253" w:rsidRPr="00D73412" w:rsidRDefault="00DC2253" w:rsidP="00DC2253">
      <w:pPr>
        <w:pStyle w:val="Akapitzlist"/>
        <w:spacing w:after="160" w:line="259" w:lineRule="auto"/>
        <w:ind w:left="1080"/>
        <w:jc w:val="both"/>
        <w:rPr>
          <w:rFonts w:ascii="Arial" w:hAnsi="Arial" w:cs="Arial"/>
          <w:sz w:val="20"/>
          <w:szCs w:val="20"/>
          <w:lang w:val="pl-PL"/>
        </w:rPr>
      </w:pPr>
    </w:p>
    <w:tbl>
      <w:tblPr>
        <w:tblStyle w:val="Tabela-Siatka"/>
        <w:tblW w:w="0" w:type="auto"/>
        <w:tblInd w:w="411" w:type="dxa"/>
        <w:tblBorders>
          <w:top w:val="single" w:sz="4" w:space="1" w:color="000000"/>
          <w:left w:val="single" w:sz="4" w:space="1" w:color="000000"/>
          <w:bottom w:val="single" w:sz="4" w:space="1" w:color="000000"/>
          <w:right w:val="single" w:sz="4" w:space="1" w:color="000000"/>
          <w:insideH w:val="single" w:sz="4" w:space="1" w:color="000000"/>
          <w:insideV w:val="single" w:sz="4" w:space="1" w:color="000000"/>
        </w:tblBorders>
        <w:tblLayout w:type="fixed"/>
        <w:tblLook w:val="04A0" w:firstRow="1" w:lastRow="0" w:firstColumn="1" w:lastColumn="0" w:noHBand="0" w:noVBand="1"/>
      </w:tblPr>
      <w:tblGrid>
        <w:gridCol w:w="708"/>
        <w:gridCol w:w="4929"/>
        <w:gridCol w:w="2159"/>
      </w:tblGrid>
      <w:tr w:rsidR="00DC2253" w:rsidRPr="00D73412" w14:paraId="29B6778A" w14:textId="77777777" w:rsidTr="00DC2253">
        <w:tc>
          <w:tcPr>
            <w:tcW w:w="708" w:type="dxa"/>
            <w:shd w:val="clear" w:color="auto" w:fill="D9E2F3"/>
          </w:tcPr>
          <w:p w14:paraId="0CC8B66B" w14:textId="77777777" w:rsidR="00DC2253" w:rsidRPr="00D73412" w:rsidRDefault="00DC2253" w:rsidP="007B1CF0">
            <w:pPr>
              <w:rPr>
                <w:rFonts w:ascii="Arial" w:hAnsi="Arial" w:cs="Arial"/>
                <w:sz w:val="20"/>
                <w:szCs w:val="20"/>
                <w:lang w:val="pl-PL"/>
              </w:rPr>
            </w:pPr>
            <w:r w:rsidRPr="00D73412">
              <w:rPr>
                <w:rFonts w:ascii="Arial" w:hAnsi="Arial" w:cs="Arial"/>
                <w:b/>
                <w:sz w:val="20"/>
                <w:szCs w:val="20"/>
                <w:lang w:val="pl-PL"/>
              </w:rPr>
              <w:t>Lp.</w:t>
            </w:r>
          </w:p>
        </w:tc>
        <w:tc>
          <w:tcPr>
            <w:tcW w:w="4929" w:type="dxa"/>
            <w:shd w:val="clear" w:color="auto" w:fill="D9E2F3"/>
          </w:tcPr>
          <w:p w14:paraId="0B0AE417" w14:textId="77777777" w:rsidR="00DC2253" w:rsidRPr="00D73412" w:rsidRDefault="00DC2253" w:rsidP="007B1CF0">
            <w:pPr>
              <w:rPr>
                <w:rFonts w:ascii="Arial" w:hAnsi="Arial" w:cs="Arial"/>
                <w:sz w:val="20"/>
                <w:szCs w:val="20"/>
                <w:lang w:val="pl-PL"/>
              </w:rPr>
            </w:pPr>
            <w:r w:rsidRPr="00D73412">
              <w:rPr>
                <w:rFonts w:ascii="Arial" w:hAnsi="Arial" w:cs="Arial"/>
                <w:b/>
                <w:sz w:val="20"/>
                <w:szCs w:val="20"/>
                <w:lang w:val="pl-PL"/>
              </w:rPr>
              <w:t>Kryterium</w:t>
            </w:r>
          </w:p>
        </w:tc>
        <w:tc>
          <w:tcPr>
            <w:tcW w:w="2159" w:type="dxa"/>
            <w:shd w:val="clear" w:color="auto" w:fill="D9E2F3"/>
          </w:tcPr>
          <w:p w14:paraId="3BDD0931" w14:textId="77777777" w:rsidR="00DC2253" w:rsidRPr="00D73412" w:rsidRDefault="00DC2253" w:rsidP="007B1CF0">
            <w:pPr>
              <w:rPr>
                <w:rFonts w:ascii="Arial" w:hAnsi="Arial" w:cs="Arial"/>
                <w:sz w:val="20"/>
                <w:szCs w:val="20"/>
                <w:lang w:val="pl-PL"/>
              </w:rPr>
            </w:pPr>
            <w:r w:rsidRPr="00D73412">
              <w:rPr>
                <w:rFonts w:ascii="Arial" w:hAnsi="Arial" w:cs="Arial"/>
                <w:b/>
                <w:sz w:val="20"/>
                <w:szCs w:val="20"/>
                <w:lang w:val="pl-PL"/>
              </w:rPr>
              <w:t>Maks. liczba punktów</w:t>
            </w:r>
          </w:p>
        </w:tc>
      </w:tr>
      <w:tr w:rsidR="00DC2253" w:rsidRPr="00D73412" w14:paraId="6E113F04" w14:textId="77777777" w:rsidTr="00DC2253">
        <w:tc>
          <w:tcPr>
            <w:tcW w:w="708" w:type="dxa"/>
          </w:tcPr>
          <w:p w14:paraId="5814C1B2"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1</w:t>
            </w:r>
          </w:p>
        </w:tc>
        <w:tc>
          <w:tcPr>
            <w:tcW w:w="4929" w:type="dxa"/>
          </w:tcPr>
          <w:p w14:paraId="2F57BE54" w14:textId="5485ECC2"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 xml:space="preserve">Cena ofertowa </w:t>
            </w:r>
          </w:p>
        </w:tc>
        <w:tc>
          <w:tcPr>
            <w:tcW w:w="2159" w:type="dxa"/>
          </w:tcPr>
          <w:p w14:paraId="542D6F3C" w14:textId="30D8B86D"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45</w:t>
            </w:r>
          </w:p>
        </w:tc>
      </w:tr>
      <w:tr w:rsidR="00DC2253" w:rsidRPr="00D73412" w14:paraId="39D15AEC" w14:textId="77777777" w:rsidTr="00DC2253">
        <w:tc>
          <w:tcPr>
            <w:tcW w:w="708" w:type="dxa"/>
          </w:tcPr>
          <w:p w14:paraId="26AB5DB6"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2</w:t>
            </w:r>
          </w:p>
        </w:tc>
        <w:tc>
          <w:tcPr>
            <w:tcW w:w="4929" w:type="dxa"/>
          </w:tcPr>
          <w:p w14:paraId="1736E044" w14:textId="6AC66FF6" w:rsidR="00DC2253" w:rsidRPr="00D73412" w:rsidRDefault="00E21A6E" w:rsidP="007B1CF0">
            <w:pPr>
              <w:rPr>
                <w:rFonts w:ascii="Arial" w:hAnsi="Arial" w:cs="Arial"/>
                <w:sz w:val="20"/>
                <w:szCs w:val="20"/>
                <w:lang w:val="pl-PL"/>
              </w:rPr>
            </w:pPr>
            <w:r w:rsidRPr="00D73412">
              <w:rPr>
                <w:rFonts w:ascii="Arial" w:hAnsi="Arial" w:cs="Arial"/>
                <w:sz w:val="20"/>
                <w:szCs w:val="20"/>
                <w:lang w:val="pl-PL"/>
              </w:rPr>
              <w:t>Specyfikacja techniczna</w:t>
            </w:r>
          </w:p>
        </w:tc>
        <w:tc>
          <w:tcPr>
            <w:tcW w:w="2159" w:type="dxa"/>
          </w:tcPr>
          <w:p w14:paraId="2F465FAE" w14:textId="59C228C7"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25</w:t>
            </w:r>
          </w:p>
        </w:tc>
      </w:tr>
      <w:tr w:rsidR="00DC2253" w:rsidRPr="00D73412" w14:paraId="0B58C642" w14:textId="77777777" w:rsidTr="00DC2253">
        <w:tc>
          <w:tcPr>
            <w:tcW w:w="708" w:type="dxa"/>
          </w:tcPr>
          <w:p w14:paraId="2F99D8DE"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3</w:t>
            </w:r>
          </w:p>
        </w:tc>
        <w:tc>
          <w:tcPr>
            <w:tcW w:w="4929" w:type="dxa"/>
          </w:tcPr>
          <w:p w14:paraId="3C217AEA" w14:textId="08A3303D"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Harmonogram realizacji i terminowość dostaw</w:t>
            </w:r>
          </w:p>
        </w:tc>
        <w:tc>
          <w:tcPr>
            <w:tcW w:w="2159" w:type="dxa"/>
          </w:tcPr>
          <w:p w14:paraId="6B753AAC" w14:textId="777E54BF"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20</w:t>
            </w:r>
          </w:p>
        </w:tc>
      </w:tr>
      <w:tr w:rsidR="004C4844" w:rsidRPr="00D73412" w14:paraId="12F9F95E" w14:textId="77777777" w:rsidTr="00DC2253">
        <w:tc>
          <w:tcPr>
            <w:tcW w:w="708" w:type="dxa"/>
          </w:tcPr>
          <w:p w14:paraId="71305448" w14:textId="1365C955" w:rsidR="004C4844" w:rsidRPr="00D73412" w:rsidRDefault="004C4844" w:rsidP="007B1CF0">
            <w:pPr>
              <w:rPr>
                <w:rFonts w:ascii="Arial" w:hAnsi="Arial" w:cs="Arial"/>
                <w:sz w:val="20"/>
                <w:szCs w:val="20"/>
                <w:lang w:val="pl-PL"/>
              </w:rPr>
            </w:pPr>
            <w:r w:rsidRPr="00D73412">
              <w:rPr>
                <w:rFonts w:ascii="Arial" w:hAnsi="Arial" w:cs="Arial"/>
                <w:sz w:val="20"/>
                <w:szCs w:val="20"/>
                <w:lang w:val="pl-PL"/>
              </w:rPr>
              <w:t>4</w:t>
            </w:r>
          </w:p>
        </w:tc>
        <w:tc>
          <w:tcPr>
            <w:tcW w:w="4929" w:type="dxa"/>
          </w:tcPr>
          <w:p w14:paraId="661E3841" w14:textId="1CB83BD0" w:rsidR="004C4844" w:rsidRPr="00D73412" w:rsidRDefault="004C4844" w:rsidP="007B1CF0">
            <w:pPr>
              <w:rPr>
                <w:rFonts w:ascii="Arial" w:hAnsi="Arial" w:cs="Arial"/>
                <w:sz w:val="20"/>
                <w:szCs w:val="20"/>
                <w:lang w:val="pl-PL"/>
              </w:rPr>
            </w:pPr>
            <w:r w:rsidRPr="00D73412">
              <w:rPr>
                <w:rFonts w:ascii="Arial" w:hAnsi="Arial" w:cs="Arial"/>
                <w:sz w:val="20"/>
                <w:szCs w:val="20"/>
                <w:lang w:val="pl-PL"/>
              </w:rPr>
              <w:t>Okres gwarancji na wykonane prace</w:t>
            </w:r>
          </w:p>
        </w:tc>
        <w:tc>
          <w:tcPr>
            <w:tcW w:w="2159" w:type="dxa"/>
          </w:tcPr>
          <w:p w14:paraId="3060F73F" w14:textId="1FA9E08D" w:rsidR="004C4844" w:rsidRPr="00D73412" w:rsidRDefault="004C4844" w:rsidP="007B1CF0">
            <w:pPr>
              <w:rPr>
                <w:rFonts w:ascii="Arial" w:hAnsi="Arial" w:cs="Arial"/>
                <w:sz w:val="20"/>
                <w:szCs w:val="20"/>
                <w:lang w:val="pl-PL"/>
              </w:rPr>
            </w:pPr>
            <w:r w:rsidRPr="00D73412">
              <w:rPr>
                <w:rFonts w:ascii="Arial" w:hAnsi="Arial" w:cs="Arial"/>
                <w:sz w:val="20"/>
                <w:szCs w:val="20"/>
                <w:lang w:val="pl-PL"/>
              </w:rPr>
              <w:t>10</w:t>
            </w:r>
          </w:p>
        </w:tc>
      </w:tr>
      <w:tr w:rsidR="00DC2253" w:rsidRPr="00D73412" w14:paraId="35C961E4" w14:textId="77777777" w:rsidTr="00DC2253">
        <w:tc>
          <w:tcPr>
            <w:tcW w:w="708" w:type="dxa"/>
          </w:tcPr>
          <w:p w14:paraId="67BA897F" w14:textId="77777777" w:rsidR="00DC2253" w:rsidRPr="00D73412" w:rsidRDefault="00DC2253" w:rsidP="007B1CF0">
            <w:pPr>
              <w:rPr>
                <w:rFonts w:ascii="Arial" w:hAnsi="Arial" w:cs="Arial"/>
                <w:sz w:val="20"/>
                <w:szCs w:val="20"/>
                <w:lang w:val="pl-PL"/>
              </w:rPr>
            </w:pPr>
          </w:p>
        </w:tc>
        <w:tc>
          <w:tcPr>
            <w:tcW w:w="4929" w:type="dxa"/>
          </w:tcPr>
          <w:p w14:paraId="7A39BDD3"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Łącznie</w:t>
            </w:r>
          </w:p>
        </w:tc>
        <w:tc>
          <w:tcPr>
            <w:tcW w:w="2159" w:type="dxa"/>
          </w:tcPr>
          <w:p w14:paraId="14344F0D"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100</w:t>
            </w:r>
          </w:p>
        </w:tc>
      </w:tr>
    </w:tbl>
    <w:p w14:paraId="043E49FF" w14:textId="77777777" w:rsidR="00DC2253" w:rsidRPr="00D73412" w:rsidRDefault="00DC2253" w:rsidP="00DC2253">
      <w:pPr>
        <w:pStyle w:val="Akapitzlist"/>
        <w:spacing w:after="160" w:line="259" w:lineRule="auto"/>
        <w:ind w:left="1080"/>
        <w:jc w:val="both"/>
        <w:rPr>
          <w:rFonts w:ascii="Arial" w:hAnsi="Arial" w:cs="Arial"/>
          <w:sz w:val="20"/>
          <w:szCs w:val="20"/>
          <w:lang w:val="pl-PL"/>
        </w:rPr>
      </w:pPr>
    </w:p>
    <w:p w14:paraId="16407127" w14:textId="77777777" w:rsidR="00DC2253" w:rsidRPr="00D73412" w:rsidRDefault="00DC2253" w:rsidP="00F533BF">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Na potrzeby niniejszego rozdziału:</w:t>
      </w:r>
    </w:p>
    <w:p w14:paraId="6157F777" w14:textId="2E58DDD0" w:rsidR="00DC2253" w:rsidRPr="00D73412" w:rsidRDefault="009773F7" w:rsidP="00F533BF">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b/>
          <w:bCs/>
          <w:sz w:val="20"/>
          <w:szCs w:val="20"/>
          <w:lang w:val="pl-PL"/>
        </w:rPr>
        <w:t>„Cena Oferty Netto”</w:t>
      </w:r>
      <w:r w:rsidRPr="00D73412">
        <w:rPr>
          <w:rFonts w:ascii="Arial" w:hAnsi="Arial" w:cs="Arial"/>
          <w:sz w:val="20"/>
          <w:szCs w:val="20"/>
          <w:lang w:val="pl-PL"/>
        </w:rPr>
        <w:t xml:space="preserve"> oznacza cenę netto zaoferowaną przez Oferenta za realizację Przedmiotu Umowy, ustaloną zgodnie z zasadami określonymi w rozdziale „</w:t>
      </w:r>
      <w:r w:rsidR="002008B6" w:rsidRPr="00D73412">
        <w:rPr>
          <w:rFonts w:ascii="Arial" w:hAnsi="Arial" w:cs="Arial"/>
          <w:sz w:val="20"/>
          <w:szCs w:val="20"/>
          <w:lang w:val="pl-PL"/>
        </w:rPr>
        <w:t>Opis sposobu obliczenia ceny oferty</w:t>
      </w:r>
      <w:r w:rsidRPr="00D73412">
        <w:rPr>
          <w:rFonts w:ascii="Arial" w:hAnsi="Arial" w:cs="Arial"/>
          <w:sz w:val="20"/>
          <w:szCs w:val="20"/>
          <w:lang w:val="pl-PL"/>
        </w:rPr>
        <w:t>”;</w:t>
      </w:r>
    </w:p>
    <w:p w14:paraId="362476B3" w14:textId="7B0E37D8" w:rsidR="00DC2253" w:rsidRPr="00D73412" w:rsidRDefault="00DC2253">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t>
      </w:r>
      <w:r w:rsidR="00E21A6E" w:rsidRPr="00D73412">
        <w:rPr>
          <w:rFonts w:ascii="Arial" w:hAnsi="Arial" w:cs="Arial"/>
          <w:b/>
          <w:bCs/>
          <w:sz w:val="20"/>
          <w:szCs w:val="20"/>
          <w:lang w:val="pl-PL"/>
        </w:rPr>
        <w:t>Zgłoszenie o Gotowości</w:t>
      </w:r>
      <w:r w:rsidRPr="00D73412">
        <w:rPr>
          <w:rFonts w:ascii="Arial" w:hAnsi="Arial" w:cs="Arial"/>
          <w:sz w:val="20"/>
          <w:szCs w:val="20"/>
          <w:lang w:val="pl-PL"/>
        </w:rPr>
        <w:t>”</w:t>
      </w:r>
      <w:r w:rsidR="00993E0F" w:rsidRPr="00D73412">
        <w:rPr>
          <w:rFonts w:ascii="Arial" w:hAnsi="Arial" w:cs="Arial"/>
          <w:sz w:val="20"/>
          <w:szCs w:val="20"/>
          <w:lang w:val="pl-PL"/>
        </w:rPr>
        <w:t xml:space="preserve"> </w:t>
      </w:r>
      <w:r w:rsidRPr="00D73412">
        <w:rPr>
          <w:rFonts w:ascii="Arial" w:hAnsi="Arial" w:cs="Arial"/>
          <w:sz w:val="20"/>
          <w:szCs w:val="20"/>
          <w:lang w:val="pl-PL"/>
        </w:rPr>
        <w:t xml:space="preserve">oznacza </w:t>
      </w:r>
      <w:r w:rsidR="00E21A6E" w:rsidRPr="00D73412">
        <w:rPr>
          <w:rFonts w:ascii="Arial" w:hAnsi="Arial" w:cs="Arial"/>
          <w:sz w:val="20"/>
          <w:szCs w:val="20"/>
          <w:lang w:val="pl-PL"/>
        </w:rPr>
        <w:t>zgłoszenie o gotowości, o którym mowa w pkt 14.1. Załącznika nr 2 do umowy przyłączeniowej nr DS/ME/2026/PABIANICE („</w:t>
      </w:r>
      <w:r w:rsidR="00E21A6E" w:rsidRPr="00D73412">
        <w:rPr>
          <w:rFonts w:ascii="Arial" w:hAnsi="Arial" w:cs="Arial"/>
          <w:b/>
          <w:bCs/>
          <w:sz w:val="20"/>
          <w:szCs w:val="20"/>
          <w:lang w:val="pl-PL"/>
        </w:rPr>
        <w:t>Umowa Przyłączeniowa</w:t>
      </w:r>
      <w:r w:rsidR="00E21A6E" w:rsidRPr="00D73412">
        <w:rPr>
          <w:rFonts w:ascii="Arial" w:hAnsi="Arial" w:cs="Arial"/>
          <w:sz w:val="20"/>
          <w:szCs w:val="20"/>
          <w:lang w:val="pl-PL"/>
        </w:rPr>
        <w:t>”), któr</w:t>
      </w:r>
      <w:r w:rsidR="00D413F9" w:rsidRPr="00D73412">
        <w:rPr>
          <w:rFonts w:ascii="Arial" w:hAnsi="Arial" w:cs="Arial"/>
          <w:sz w:val="20"/>
          <w:szCs w:val="20"/>
          <w:lang w:val="pl-PL"/>
        </w:rPr>
        <w:t>y</w:t>
      </w:r>
      <w:r w:rsidR="00E21A6E" w:rsidRPr="00D73412">
        <w:rPr>
          <w:rFonts w:ascii="Arial" w:hAnsi="Arial" w:cs="Arial"/>
          <w:sz w:val="20"/>
          <w:szCs w:val="20"/>
          <w:lang w:val="pl-PL"/>
        </w:rPr>
        <w:t xml:space="preserve"> zostanie poprzedzon</w:t>
      </w:r>
      <w:r w:rsidR="00D413F9" w:rsidRPr="00D73412">
        <w:rPr>
          <w:rFonts w:ascii="Arial" w:hAnsi="Arial" w:cs="Arial"/>
          <w:sz w:val="20"/>
          <w:szCs w:val="20"/>
          <w:lang w:val="pl-PL"/>
        </w:rPr>
        <w:t>y</w:t>
      </w:r>
      <w:r w:rsidR="00E21A6E" w:rsidRPr="00D73412">
        <w:rPr>
          <w:rFonts w:ascii="Arial" w:hAnsi="Arial" w:cs="Arial"/>
          <w:sz w:val="20"/>
          <w:szCs w:val="20"/>
          <w:lang w:val="pl-PL"/>
        </w:rPr>
        <w:t xml:space="preserve"> odpowiednimi testami i odbiorami</w:t>
      </w:r>
      <w:r w:rsidR="00D413F9" w:rsidRPr="00D73412">
        <w:rPr>
          <w:rFonts w:ascii="Arial" w:hAnsi="Arial" w:cs="Arial"/>
          <w:sz w:val="20"/>
          <w:szCs w:val="20"/>
          <w:lang w:val="pl-PL"/>
        </w:rPr>
        <w:t>,</w:t>
      </w:r>
      <w:r w:rsidR="00E21A6E" w:rsidRPr="00D73412">
        <w:rPr>
          <w:rFonts w:ascii="Arial" w:hAnsi="Arial" w:cs="Arial"/>
          <w:sz w:val="20"/>
          <w:szCs w:val="20"/>
          <w:lang w:val="pl-PL"/>
        </w:rPr>
        <w:t xml:space="preserve"> przeprowadzanymi przez Strony zgodnie z Umową EPC</w:t>
      </w:r>
      <w:r w:rsidRPr="00D73412">
        <w:rPr>
          <w:rFonts w:ascii="Arial" w:hAnsi="Arial" w:cs="Arial"/>
          <w:sz w:val="20"/>
          <w:szCs w:val="20"/>
          <w:lang w:val="pl-PL"/>
        </w:rPr>
        <w:t>.</w:t>
      </w:r>
    </w:p>
    <w:p w14:paraId="38871AD0" w14:textId="1F5004A5" w:rsidR="009773F7" w:rsidRPr="00D73412" w:rsidRDefault="009773F7" w:rsidP="00F533BF">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t>
      </w:r>
      <w:r w:rsidRPr="00D73412">
        <w:rPr>
          <w:rFonts w:ascii="Arial" w:hAnsi="Arial" w:cs="Arial"/>
          <w:b/>
          <w:bCs/>
          <w:sz w:val="20"/>
          <w:szCs w:val="20"/>
          <w:lang w:val="pl-PL"/>
        </w:rPr>
        <w:t>Completion of Works</w:t>
      </w:r>
      <w:r w:rsidRPr="00D73412">
        <w:rPr>
          <w:rFonts w:ascii="Arial" w:hAnsi="Arial" w:cs="Arial"/>
          <w:sz w:val="20"/>
          <w:szCs w:val="20"/>
          <w:lang w:val="pl-PL"/>
        </w:rPr>
        <w:t>” oznacza</w:t>
      </w:r>
      <w:r w:rsidR="00652A5C" w:rsidRPr="00D73412">
        <w:rPr>
          <w:rFonts w:ascii="Arial" w:hAnsi="Arial" w:cs="Arial"/>
          <w:sz w:val="20"/>
          <w:szCs w:val="20"/>
          <w:lang w:val="pl-PL"/>
        </w:rPr>
        <w:t xml:space="preserve"> zgodną z Umową EPC i pełną realizację</w:t>
      </w:r>
      <w:r w:rsidRPr="00D73412">
        <w:rPr>
          <w:rFonts w:ascii="Arial" w:hAnsi="Arial" w:cs="Arial"/>
          <w:sz w:val="20"/>
          <w:szCs w:val="20"/>
          <w:lang w:val="pl-PL"/>
        </w:rPr>
        <w:t xml:space="preserve"> kamie</w:t>
      </w:r>
      <w:r w:rsidR="00652A5C" w:rsidRPr="00D73412">
        <w:rPr>
          <w:rFonts w:ascii="Arial" w:hAnsi="Arial" w:cs="Arial"/>
          <w:sz w:val="20"/>
          <w:szCs w:val="20"/>
          <w:lang w:val="pl-PL"/>
        </w:rPr>
        <w:t>nia</w:t>
      </w:r>
      <w:r w:rsidRPr="00D73412">
        <w:rPr>
          <w:rFonts w:ascii="Arial" w:hAnsi="Arial" w:cs="Arial"/>
          <w:sz w:val="20"/>
          <w:szCs w:val="20"/>
          <w:lang w:val="pl-PL"/>
        </w:rPr>
        <w:t xml:space="preserve"> milow</w:t>
      </w:r>
      <w:r w:rsidR="00652A5C" w:rsidRPr="00D73412">
        <w:rPr>
          <w:rFonts w:ascii="Arial" w:hAnsi="Arial" w:cs="Arial"/>
          <w:sz w:val="20"/>
          <w:szCs w:val="20"/>
          <w:lang w:val="pl-PL"/>
        </w:rPr>
        <w:t xml:space="preserve">ego, o którym mowa w pkt 14.1 Załącznika nr 2 do </w:t>
      </w:r>
      <w:r w:rsidR="00E21A6E" w:rsidRPr="00D73412">
        <w:rPr>
          <w:rFonts w:ascii="Arial" w:hAnsi="Arial" w:cs="Arial"/>
          <w:sz w:val="20"/>
          <w:szCs w:val="20"/>
          <w:lang w:val="pl-PL"/>
        </w:rPr>
        <w:t>U</w:t>
      </w:r>
      <w:r w:rsidR="00652A5C" w:rsidRPr="00D73412">
        <w:rPr>
          <w:rFonts w:ascii="Arial" w:hAnsi="Arial" w:cs="Arial"/>
          <w:sz w:val="20"/>
          <w:szCs w:val="20"/>
          <w:lang w:val="pl-PL"/>
        </w:rPr>
        <w:t xml:space="preserve">mowy </w:t>
      </w:r>
      <w:r w:rsidR="00E21A6E" w:rsidRPr="00D73412">
        <w:rPr>
          <w:rFonts w:ascii="Arial" w:hAnsi="Arial" w:cs="Arial"/>
          <w:sz w:val="20"/>
          <w:szCs w:val="20"/>
          <w:lang w:val="pl-PL"/>
        </w:rPr>
        <w:t>P</w:t>
      </w:r>
      <w:r w:rsidR="00652A5C" w:rsidRPr="00D73412">
        <w:rPr>
          <w:rFonts w:ascii="Arial" w:hAnsi="Arial" w:cs="Arial"/>
          <w:sz w:val="20"/>
          <w:szCs w:val="20"/>
          <w:lang w:val="pl-PL"/>
        </w:rPr>
        <w:t>rzyłączeniowej, tj</w:t>
      </w:r>
      <w:r w:rsidR="00652A5C" w:rsidRPr="00D73412">
        <w:rPr>
          <w:rFonts w:ascii="Arial" w:hAnsi="Arial" w:cs="Arial"/>
          <w:i/>
          <w:iCs/>
          <w:sz w:val="20"/>
          <w:szCs w:val="20"/>
          <w:lang w:val="pl-PL"/>
        </w:rPr>
        <w:t>. realizacj</w:t>
      </w:r>
      <w:r w:rsidR="00E21A6E" w:rsidRPr="00D73412">
        <w:rPr>
          <w:rFonts w:ascii="Arial" w:hAnsi="Arial" w:cs="Arial"/>
          <w:i/>
          <w:iCs/>
          <w:sz w:val="20"/>
          <w:szCs w:val="20"/>
          <w:lang w:val="pl-PL"/>
        </w:rPr>
        <w:t>ę</w:t>
      </w:r>
      <w:r w:rsidR="00652A5C" w:rsidRPr="00D73412">
        <w:rPr>
          <w:rFonts w:ascii="Arial" w:hAnsi="Arial" w:cs="Arial"/>
          <w:i/>
          <w:iCs/>
          <w:sz w:val="20"/>
          <w:szCs w:val="20"/>
          <w:lang w:val="pl-PL"/>
        </w:rPr>
        <w:t xml:space="preserve"> magazynu w zakresie umożliwiającym przyjęcie napięcia od strony rozdzielni 220 k</w:t>
      </w:r>
      <w:r w:rsidR="002008B6" w:rsidRPr="00D73412">
        <w:rPr>
          <w:rFonts w:ascii="Arial" w:hAnsi="Arial" w:cs="Arial"/>
          <w:i/>
          <w:iCs/>
          <w:sz w:val="20"/>
          <w:szCs w:val="20"/>
          <w:lang w:val="pl-PL"/>
        </w:rPr>
        <w:t>V</w:t>
      </w:r>
      <w:r w:rsidR="00652A5C" w:rsidRPr="00D73412">
        <w:rPr>
          <w:rFonts w:ascii="Arial" w:hAnsi="Arial" w:cs="Arial"/>
          <w:i/>
          <w:iCs/>
          <w:sz w:val="20"/>
          <w:szCs w:val="20"/>
          <w:lang w:val="pl-PL"/>
        </w:rPr>
        <w:t xml:space="preserve"> w SE oraz zgłoszenie gotowości do przyjęcia napięcia z/do sieci przesyłowej, zgodnie z par. 14</w:t>
      </w:r>
      <w:r w:rsidR="00E21A6E" w:rsidRPr="00D73412">
        <w:rPr>
          <w:rFonts w:ascii="Arial" w:hAnsi="Arial" w:cs="Arial"/>
          <w:i/>
          <w:iCs/>
          <w:sz w:val="20"/>
          <w:szCs w:val="20"/>
          <w:lang w:val="pl-PL"/>
        </w:rPr>
        <w:t xml:space="preserve"> Umowy Przyłączeniowej , w układzie przejściowym</w:t>
      </w:r>
      <w:r w:rsidRPr="00D73412">
        <w:rPr>
          <w:rFonts w:ascii="Arial" w:hAnsi="Arial" w:cs="Arial"/>
          <w:sz w:val="20"/>
          <w:szCs w:val="20"/>
          <w:lang w:val="pl-PL"/>
        </w:rPr>
        <w:t>;</w:t>
      </w:r>
    </w:p>
    <w:p w14:paraId="5A99F4C2" w14:textId="53D37667" w:rsidR="000238DE" w:rsidRPr="00D73412" w:rsidRDefault="000238DE" w:rsidP="00F533BF">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t>
      </w:r>
      <w:r w:rsidRPr="00D73412">
        <w:rPr>
          <w:rFonts w:ascii="Arial" w:hAnsi="Arial" w:cs="Arial"/>
          <w:b/>
          <w:bCs/>
          <w:sz w:val="20"/>
          <w:szCs w:val="20"/>
          <w:lang w:val="pl-PL"/>
        </w:rPr>
        <w:t>Gwarantowana Użyteczna Pojemność Magazynu Energii</w:t>
      </w:r>
      <w:r w:rsidRPr="00D73412">
        <w:rPr>
          <w:rFonts w:ascii="Arial" w:hAnsi="Arial" w:cs="Arial"/>
          <w:sz w:val="20"/>
          <w:szCs w:val="20"/>
          <w:lang w:val="pl-PL"/>
        </w:rPr>
        <w:t>” oznacza minimalną ilość energii elektrycznej, wyrażoną w MWh, którą Magazyn Energii jest zdolny oddać do sieci w każdym czasie w całym Roku y, przy zachowaniu normalnych warunków eksploatacyjnych;</w:t>
      </w:r>
    </w:p>
    <w:p w14:paraId="5FA7124D" w14:textId="484C0CBE" w:rsidR="000238DE" w:rsidRPr="00D73412" w:rsidRDefault="000238DE" w:rsidP="00F533BF">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lastRenderedPageBreak/>
        <w:t>„</w:t>
      </w:r>
      <w:r w:rsidRPr="00D73412">
        <w:rPr>
          <w:rFonts w:ascii="Arial" w:hAnsi="Arial" w:cs="Arial"/>
          <w:b/>
          <w:bCs/>
          <w:sz w:val="20"/>
          <w:szCs w:val="20"/>
          <w:lang w:val="pl-PL"/>
        </w:rPr>
        <w:t>Rok y</w:t>
      </w:r>
      <w:r w:rsidRPr="00D73412">
        <w:rPr>
          <w:rFonts w:ascii="Arial" w:hAnsi="Arial" w:cs="Arial"/>
          <w:sz w:val="20"/>
          <w:szCs w:val="20"/>
          <w:lang w:val="pl-PL"/>
        </w:rPr>
        <w:t>” oznacza kolejny roczny okres eksploatacji Magazynu Energii, liczony od COD albo od odpowiedniej rocznicy COD.</w:t>
      </w:r>
    </w:p>
    <w:p w14:paraId="71F36537" w14:textId="0A0F8E3B" w:rsidR="00DC2253" w:rsidRPr="00D73412" w:rsidRDefault="00DC2253" w:rsidP="00F533BF">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 xml:space="preserve">Okresy gwarancji jakości na Roboty </w:t>
      </w:r>
      <w:r w:rsidR="004D7D19" w:rsidRPr="00D73412">
        <w:rPr>
          <w:rFonts w:ascii="Arial" w:hAnsi="Arial" w:cs="Arial"/>
          <w:sz w:val="20"/>
          <w:szCs w:val="20"/>
          <w:lang w:val="pl-PL"/>
        </w:rPr>
        <w:t xml:space="preserve">Oferent </w:t>
      </w:r>
      <w:r w:rsidRPr="00D73412">
        <w:rPr>
          <w:rFonts w:ascii="Arial" w:hAnsi="Arial" w:cs="Arial"/>
          <w:sz w:val="20"/>
          <w:szCs w:val="20"/>
          <w:lang w:val="pl-PL"/>
        </w:rPr>
        <w:t>podaje w pełnych miesiącach. Każdy okres gwarancji liczony jest od dnia podpisania Protokołu</w:t>
      </w:r>
      <w:r w:rsidR="00993E0F" w:rsidRPr="00D73412">
        <w:rPr>
          <w:rFonts w:ascii="Arial" w:hAnsi="Arial" w:cs="Arial"/>
          <w:sz w:val="20"/>
          <w:szCs w:val="20"/>
          <w:lang w:val="pl-PL"/>
        </w:rPr>
        <w:t xml:space="preserve"> </w:t>
      </w:r>
      <w:r w:rsidRPr="00D73412">
        <w:rPr>
          <w:rFonts w:ascii="Arial" w:hAnsi="Arial" w:cs="Arial"/>
          <w:sz w:val="20"/>
          <w:szCs w:val="20"/>
          <w:lang w:val="pl-PL"/>
        </w:rPr>
        <w:t>Przejęcia całości Przedmiotu Umowy.</w:t>
      </w:r>
    </w:p>
    <w:p w14:paraId="360834FE" w14:textId="77777777" w:rsidR="00993E0F" w:rsidRPr="00D73412" w:rsidRDefault="00993E0F" w:rsidP="00F533BF">
      <w:pPr>
        <w:pStyle w:val="Akapitzlist"/>
        <w:spacing w:after="160" w:line="259" w:lineRule="auto"/>
        <w:ind w:left="1418"/>
        <w:jc w:val="both"/>
        <w:rPr>
          <w:rFonts w:ascii="Arial" w:hAnsi="Arial" w:cs="Arial"/>
          <w:sz w:val="20"/>
          <w:szCs w:val="20"/>
          <w:lang w:val="pl-PL"/>
        </w:rPr>
      </w:pPr>
    </w:p>
    <w:p w14:paraId="1CA51B84" w14:textId="7CB27DC6" w:rsidR="00DC2253" w:rsidRPr="00D73412" w:rsidRDefault="00DC2253" w:rsidP="00F533BF">
      <w:pPr>
        <w:pStyle w:val="Akapitzlist"/>
        <w:numPr>
          <w:ilvl w:val="1"/>
          <w:numId w:val="17"/>
        </w:numPr>
        <w:spacing w:after="160" w:line="259" w:lineRule="auto"/>
        <w:ind w:left="1418"/>
        <w:jc w:val="both"/>
        <w:rPr>
          <w:rFonts w:ascii="Arial" w:hAnsi="Arial" w:cs="Arial"/>
          <w:b/>
          <w:bCs/>
          <w:sz w:val="20"/>
          <w:szCs w:val="20"/>
          <w:lang w:val="pl-PL"/>
        </w:rPr>
      </w:pPr>
      <w:r w:rsidRPr="00D73412">
        <w:rPr>
          <w:rFonts w:ascii="Arial" w:hAnsi="Arial" w:cs="Arial"/>
          <w:b/>
          <w:bCs/>
          <w:sz w:val="20"/>
          <w:szCs w:val="20"/>
          <w:lang w:val="pl-PL"/>
        </w:rPr>
        <w:t xml:space="preserve">Kryterium 1 </w:t>
      </w:r>
      <w:r w:rsidR="00993E0F" w:rsidRPr="00D73412">
        <w:rPr>
          <w:rFonts w:ascii="Arial" w:hAnsi="Arial" w:cs="Arial"/>
          <w:b/>
          <w:bCs/>
          <w:sz w:val="20"/>
          <w:szCs w:val="20"/>
          <w:lang w:val="pl-PL"/>
        </w:rPr>
        <w:t>-</w:t>
      </w:r>
      <w:r w:rsidRPr="00D73412">
        <w:rPr>
          <w:rFonts w:ascii="Arial" w:hAnsi="Arial" w:cs="Arial"/>
          <w:b/>
          <w:bCs/>
          <w:sz w:val="20"/>
          <w:szCs w:val="20"/>
          <w:lang w:val="pl-PL"/>
        </w:rPr>
        <w:t xml:space="preserve"> Cena </w:t>
      </w:r>
      <w:r w:rsidR="00933B9A" w:rsidRPr="00D73412">
        <w:rPr>
          <w:rFonts w:ascii="Arial" w:hAnsi="Arial" w:cs="Arial"/>
          <w:b/>
          <w:bCs/>
          <w:sz w:val="20"/>
          <w:szCs w:val="20"/>
          <w:lang w:val="pl-PL"/>
        </w:rPr>
        <w:t xml:space="preserve">Ofertowa netto </w:t>
      </w:r>
    </w:p>
    <w:p w14:paraId="22805E39" w14:textId="01A0D168" w:rsidR="00933B9A" w:rsidRPr="00D73412" w:rsidRDefault="00933B9A" w:rsidP="00933B9A">
      <w:pPr>
        <w:rPr>
          <w:rFonts w:ascii="Arial" w:hAnsi="Arial" w:cs="Arial"/>
          <w:sz w:val="20"/>
          <w:szCs w:val="20"/>
          <w:lang w:val="pl-PL"/>
        </w:rPr>
      </w:pPr>
      <w:r w:rsidRPr="00D73412">
        <w:rPr>
          <w:rFonts w:ascii="Arial" w:hAnsi="Arial" w:cs="Arial"/>
          <w:sz w:val="20"/>
          <w:szCs w:val="20"/>
          <w:lang w:val="pl-PL"/>
        </w:rPr>
        <w:t xml:space="preserve">W kryterium „Cena ofertowa netto” (C) Oferta może otrzymać maksymalnie </w:t>
      </w:r>
      <w:r w:rsidRPr="00D73412">
        <w:rPr>
          <w:rFonts w:ascii="Arial" w:hAnsi="Arial" w:cs="Arial"/>
          <w:b/>
          <w:bCs/>
          <w:sz w:val="20"/>
          <w:szCs w:val="20"/>
          <w:lang w:val="pl-PL"/>
        </w:rPr>
        <w:t>45 punktów</w:t>
      </w:r>
      <w:r w:rsidRPr="00D73412">
        <w:rPr>
          <w:rFonts w:ascii="Arial" w:hAnsi="Arial" w:cs="Arial"/>
          <w:sz w:val="20"/>
          <w:szCs w:val="20"/>
          <w:lang w:val="pl-PL"/>
        </w:rPr>
        <w:t>.</w:t>
      </w:r>
    </w:p>
    <w:p w14:paraId="6F60A43E" w14:textId="0CC5A9E9" w:rsidR="00933B9A" w:rsidRPr="00D73412" w:rsidRDefault="00933B9A" w:rsidP="00933B9A">
      <w:pPr>
        <w:rPr>
          <w:rFonts w:ascii="Arial" w:hAnsi="Arial" w:cs="Arial"/>
          <w:sz w:val="20"/>
          <w:szCs w:val="20"/>
          <w:lang w:val="pl-PL"/>
        </w:rPr>
      </w:pPr>
      <w:r w:rsidRPr="00D73412">
        <w:rPr>
          <w:rFonts w:ascii="Arial" w:hAnsi="Arial" w:cs="Arial"/>
          <w:sz w:val="20"/>
          <w:szCs w:val="20"/>
          <w:lang w:val="pl-PL"/>
        </w:rPr>
        <w:t>Na potrzeby oceny Ofert Zamawiający uwzględni Cenę Oferty Netto, wyrażoną w PLN.</w:t>
      </w:r>
    </w:p>
    <w:p w14:paraId="0E8685CE" w14:textId="0FB0AFB8" w:rsidR="00933B9A" w:rsidRPr="00D73412" w:rsidRDefault="001963B5" w:rsidP="00933B9A">
      <w:pPr>
        <w:rPr>
          <w:rFonts w:ascii="Arial" w:hAnsi="Arial" w:cs="Arial"/>
          <w:sz w:val="20"/>
          <w:szCs w:val="20"/>
          <w:lang w:val="pl-PL"/>
        </w:rPr>
      </w:pPr>
      <w:r w:rsidRPr="00D73412">
        <w:rPr>
          <w:rFonts w:ascii="Arial" w:hAnsi="Arial" w:cs="Arial"/>
          <w:sz w:val="20"/>
          <w:szCs w:val="20"/>
          <w:lang w:val="pl-PL"/>
        </w:rPr>
        <w:t>Sposób ustalenia ceny referencyjnej</w:t>
      </w:r>
    </w:p>
    <w:p w14:paraId="55E7BA96" w14:textId="29956963" w:rsidR="001963B5" w:rsidRPr="00D73412" w:rsidRDefault="001963B5" w:rsidP="00933B9A">
      <w:pPr>
        <w:rPr>
          <w:rFonts w:ascii="Arial" w:hAnsi="Arial" w:cs="Arial"/>
          <w:sz w:val="20"/>
          <w:szCs w:val="20"/>
          <w:lang w:val="pl-PL"/>
        </w:rPr>
      </w:pPr>
      <w:r w:rsidRPr="00D73412">
        <w:rPr>
          <w:rFonts w:ascii="Arial" w:hAnsi="Arial" w:cs="Arial"/>
          <w:sz w:val="20"/>
          <w:szCs w:val="20"/>
          <w:lang w:val="pl-PL"/>
        </w:rPr>
        <w:t>Co do zasady, za cenę referencyjną (Cmin) przyjmuje się najniższą Cenę Oferty Netto spośród Ofert niepodlegających odrzuceniu.</w:t>
      </w:r>
    </w:p>
    <w:p w14:paraId="1B91FFA5"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Średnia arytmetyczna Cen Ofert Netto zostanie obliczona według wzoru:</w:t>
      </w:r>
    </w:p>
    <w:p w14:paraId="4DD70477" w14:textId="72E81ECE" w:rsidR="001963B5" w:rsidRPr="00D73412" w:rsidRDefault="001963B5" w:rsidP="00F533BF">
      <w:pPr>
        <w:jc w:val="both"/>
        <w:rPr>
          <w:rFonts w:ascii="Arial" w:hAnsi="Arial" w:cs="Arial"/>
          <w:b/>
          <w:bCs/>
          <w:sz w:val="20"/>
          <w:szCs w:val="20"/>
          <w:lang w:val="pl-PL"/>
        </w:rPr>
      </w:pPr>
      <w:r w:rsidRPr="00D73412">
        <w:rPr>
          <w:rFonts w:ascii="Arial" w:hAnsi="Arial" w:cs="Arial"/>
          <w:b/>
          <w:bCs/>
          <w:sz w:val="20"/>
          <w:szCs w:val="20"/>
          <w:lang w:val="pl-PL"/>
        </w:rPr>
        <w:t>Cśr = (C</w:t>
      </w:r>
      <w:r w:rsidRPr="00D73412">
        <w:rPr>
          <w:rFonts w:ascii="Cambria Math" w:hAnsi="Cambria Math" w:cs="Cambria Math"/>
          <w:b/>
          <w:bCs/>
          <w:sz w:val="20"/>
          <w:szCs w:val="20"/>
          <w:lang w:val="pl-PL"/>
        </w:rPr>
        <w:t>₁</w:t>
      </w:r>
      <w:r w:rsidRPr="00D73412">
        <w:rPr>
          <w:rFonts w:ascii="Arial" w:hAnsi="Arial" w:cs="Arial"/>
          <w:b/>
          <w:bCs/>
          <w:sz w:val="20"/>
          <w:szCs w:val="20"/>
          <w:lang w:val="pl-PL"/>
        </w:rPr>
        <w:t xml:space="preserve"> + C</w:t>
      </w:r>
      <w:r w:rsidRPr="00D73412">
        <w:rPr>
          <w:rFonts w:ascii="Cambria Math" w:hAnsi="Cambria Math" w:cs="Cambria Math"/>
          <w:b/>
          <w:bCs/>
          <w:sz w:val="20"/>
          <w:szCs w:val="20"/>
          <w:lang w:val="pl-PL"/>
        </w:rPr>
        <w:t>₂</w:t>
      </w:r>
      <w:r w:rsidRPr="00D73412">
        <w:rPr>
          <w:rFonts w:ascii="Arial" w:hAnsi="Arial" w:cs="Arial"/>
          <w:b/>
          <w:bCs/>
          <w:sz w:val="20"/>
          <w:szCs w:val="20"/>
          <w:lang w:val="pl-PL"/>
        </w:rPr>
        <w:t xml:space="preserve"> + ... + C</w:t>
      </w:r>
      <w:r w:rsidRPr="00D73412">
        <w:rPr>
          <w:rFonts w:ascii="Cambria Math" w:hAnsi="Cambria Math" w:cs="Cambria Math"/>
          <w:b/>
          <w:bCs/>
          <w:sz w:val="20"/>
          <w:szCs w:val="20"/>
          <w:lang w:val="pl-PL"/>
        </w:rPr>
        <w:t>ₙ</w:t>
      </w:r>
      <w:r w:rsidRPr="00D73412">
        <w:rPr>
          <w:rFonts w:ascii="Arial" w:hAnsi="Arial" w:cs="Arial"/>
          <w:b/>
          <w:bCs/>
          <w:sz w:val="20"/>
          <w:szCs w:val="20"/>
          <w:lang w:val="pl-PL"/>
        </w:rPr>
        <w:t>)/n</w:t>
      </w:r>
    </w:p>
    <w:p w14:paraId="677BDED1" w14:textId="209166F5"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Cśr</w:t>
      </w:r>
      <w:r w:rsidRPr="00D73412">
        <w:rPr>
          <w:rFonts w:ascii="Arial" w:hAnsi="Arial" w:cs="Arial"/>
          <w:sz w:val="20"/>
          <w:szCs w:val="20"/>
          <w:lang w:val="pl-PL"/>
        </w:rPr>
        <w:t xml:space="preserve"> - średnia arytmetyczna Cen Ofert Netto wszystkich Ofert niepodlegających odrzuceniu;</w:t>
      </w:r>
    </w:p>
    <w:p w14:paraId="161FD30B" w14:textId="45DE1FAC"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w:t>
      </w:r>
      <w:r w:rsidRPr="00D73412">
        <w:rPr>
          <w:rFonts w:ascii="Cambria Math" w:hAnsi="Cambria Math" w:cs="Cambria Math"/>
          <w:b/>
          <w:bCs/>
          <w:sz w:val="20"/>
          <w:szCs w:val="20"/>
          <w:lang w:val="pl-PL"/>
        </w:rPr>
        <w:t>₁</w:t>
      </w:r>
      <w:r w:rsidRPr="00D73412">
        <w:rPr>
          <w:rFonts w:ascii="Arial" w:hAnsi="Arial" w:cs="Arial"/>
          <w:b/>
          <w:bCs/>
          <w:sz w:val="20"/>
          <w:szCs w:val="20"/>
          <w:lang w:val="pl-PL"/>
        </w:rPr>
        <w:t>, C</w:t>
      </w:r>
      <w:r w:rsidRPr="00D73412">
        <w:rPr>
          <w:rFonts w:ascii="Cambria Math" w:hAnsi="Cambria Math" w:cs="Cambria Math"/>
          <w:b/>
          <w:bCs/>
          <w:sz w:val="20"/>
          <w:szCs w:val="20"/>
          <w:lang w:val="pl-PL"/>
        </w:rPr>
        <w:t>₂</w:t>
      </w:r>
      <w:r w:rsidRPr="00D73412">
        <w:rPr>
          <w:rFonts w:ascii="Arial" w:hAnsi="Arial" w:cs="Arial"/>
          <w:b/>
          <w:bCs/>
          <w:sz w:val="20"/>
          <w:szCs w:val="20"/>
          <w:lang w:val="pl-PL"/>
        </w:rPr>
        <w:t xml:space="preserve"> … C</w:t>
      </w:r>
      <w:r w:rsidRPr="00D73412">
        <w:rPr>
          <w:rFonts w:ascii="Cambria Math" w:hAnsi="Cambria Math" w:cs="Cambria Math"/>
          <w:b/>
          <w:bCs/>
          <w:sz w:val="20"/>
          <w:szCs w:val="20"/>
          <w:lang w:val="pl-PL"/>
        </w:rPr>
        <w:t>ₙ</w:t>
      </w:r>
      <w:r w:rsidRPr="00D73412">
        <w:rPr>
          <w:rFonts w:ascii="Arial" w:hAnsi="Arial" w:cs="Arial"/>
          <w:sz w:val="20"/>
          <w:szCs w:val="20"/>
          <w:lang w:val="pl-PL"/>
        </w:rPr>
        <w:t xml:space="preserve"> - Ceny Ofert Netto poszczególnych Ofert niepodlegających odrzuceniu;</w:t>
      </w:r>
    </w:p>
    <w:p w14:paraId="5DEFFBAD" w14:textId="52F1BBEE"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n</w:t>
      </w:r>
      <w:r w:rsidRPr="00D73412">
        <w:rPr>
          <w:rFonts w:ascii="Arial" w:hAnsi="Arial" w:cs="Arial"/>
          <w:sz w:val="20"/>
          <w:szCs w:val="20"/>
          <w:lang w:val="pl-PL"/>
        </w:rPr>
        <w:t xml:space="preserve"> - liczba Ofert niepodlegających odrzuceniu</w:t>
      </w:r>
    </w:p>
    <w:p w14:paraId="72A4152F"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Wartość Cmin zostanie zatem ustalona w następujący sposób:</w:t>
      </w:r>
    </w:p>
    <w:p w14:paraId="1BCDB3FF" w14:textId="77777777"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Cmin = najniższa Cena Oferty Netto</w:t>
      </w:r>
      <w:r w:rsidRPr="00D73412">
        <w:rPr>
          <w:rFonts w:ascii="Arial" w:hAnsi="Arial" w:cs="Arial"/>
          <w:sz w:val="20"/>
          <w:szCs w:val="20"/>
          <w:lang w:val="pl-PL"/>
        </w:rPr>
        <w:t xml:space="preserve"> – jeżeli najniższa Cena Oferty Netto nie jest niższa o więcej niż 30% od Cśr;</w:t>
      </w:r>
    </w:p>
    <w:p w14:paraId="7EBF2F1B"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albo</w:t>
      </w:r>
    </w:p>
    <w:p w14:paraId="28F477A7" w14:textId="2765C40A"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Cmin = 70% × Cśr</w:t>
      </w:r>
      <w:r w:rsidRPr="00D73412">
        <w:rPr>
          <w:rFonts w:ascii="Arial" w:hAnsi="Arial" w:cs="Arial"/>
          <w:sz w:val="20"/>
          <w:szCs w:val="20"/>
          <w:lang w:val="pl-PL"/>
        </w:rPr>
        <w:t xml:space="preserve"> – jeżeli najniższa Cena Oferty Netto jest niższa o więcej niż 30% od Cśr.</w:t>
      </w:r>
    </w:p>
    <w:p w14:paraId="1D69701E" w14:textId="77777777"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Sposób obliczenia punktów</w:t>
      </w:r>
    </w:p>
    <w:p w14:paraId="70FEDEED"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Liczba punktów przyznana badanej Ofercie zostanie obliczona według wzoru:</w:t>
      </w:r>
    </w:p>
    <w:p w14:paraId="7CBB147E" w14:textId="22DCD7C9"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 = (Cmin/Ci) × 45</w:t>
      </w:r>
    </w:p>
    <w:p w14:paraId="300E2348"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gdzie:</w:t>
      </w:r>
    </w:p>
    <w:p w14:paraId="296C3E39" w14:textId="77777777"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w:t>
      </w:r>
      <w:r w:rsidRPr="00D73412">
        <w:rPr>
          <w:rFonts w:ascii="Arial" w:hAnsi="Arial" w:cs="Arial"/>
          <w:sz w:val="20"/>
          <w:szCs w:val="20"/>
          <w:lang w:val="pl-PL"/>
        </w:rPr>
        <w:t xml:space="preserve"> – liczba punktów przyznanych badanej Ofercie w kryterium „Cena ofertowa netto”;</w:t>
      </w:r>
    </w:p>
    <w:p w14:paraId="389BEBF8" w14:textId="77777777"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Cmin</w:t>
      </w:r>
      <w:r w:rsidRPr="00D73412">
        <w:rPr>
          <w:rFonts w:ascii="Arial" w:hAnsi="Arial" w:cs="Arial"/>
          <w:sz w:val="20"/>
          <w:szCs w:val="20"/>
          <w:lang w:val="pl-PL"/>
        </w:rPr>
        <w:t xml:space="preserve"> – cena referencyjna ustalona zgodnie z zasadami określonymi powyżej;</w:t>
      </w:r>
    </w:p>
    <w:p w14:paraId="50B86C13" w14:textId="77777777"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Ci</w:t>
      </w:r>
      <w:r w:rsidRPr="00D73412">
        <w:rPr>
          <w:rFonts w:ascii="Arial" w:hAnsi="Arial" w:cs="Arial"/>
          <w:sz w:val="20"/>
          <w:szCs w:val="20"/>
          <w:lang w:val="pl-PL"/>
        </w:rPr>
        <w:t xml:space="preserve"> – Cena Oferty Netto badanej Oferty.</w:t>
      </w:r>
    </w:p>
    <w:p w14:paraId="354C5DCF" w14:textId="7E06EB29"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Maksymalna liczba punktów możliwa do uzyskania w niniejszym kryterium wynosi 45</w:t>
      </w:r>
      <w:r w:rsidRPr="00D73412">
        <w:rPr>
          <w:rFonts w:ascii="Arial" w:hAnsi="Arial" w:cs="Arial"/>
          <w:sz w:val="20"/>
          <w:szCs w:val="20"/>
          <w:lang w:val="pl-PL"/>
        </w:rPr>
        <w:t>.</w:t>
      </w:r>
    </w:p>
    <w:p w14:paraId="3C923046" w14:textId="238D6B0D" w:rsidR="004C4844" w:rsidRPr="00D73412" w:rsidRDefault="004C4844" w:rsidP="004D7D19">
      <w:pPr>
        <w:pStyle w:val="Akapitzlist"/>
        <w:numPr>
          <w:ilvl w:val="1"/>
          <w:numId w:val="17"/>
        </w:numPr>
        <w:spacing w:after="160" w:line="259" w:lineRule="auto"/>
        <w:ind w:left="1418"/>
        <w:jc w:val="both"/>
        <w:rPr>
          <w:rFonts w:ascii="Arial" w:hAnsi="Arial" w:cs="Arial"/>
          <w:b/>
          <w:bCs/>
          <w:sz w:val="20"/>
          <w:szCs w:val="20"/>
          <w:lang w:val="pl-PL"/>
        </w:rPr>
      </w:pPr>
      <w:r w:rsidRPr="00D73412">
        <w:rPr>
          <w:rFonts w:ascii="Arial" w:hAnsi="Arial" w:cs="Arial"/>
          <w:b/>
          <w:bCs/>
          <w:sz w:val="20"/>
          <w:szCs w:val="20"/>
          <w:lang w:val="pl-PL"/>
        </w:rPr>
        <w:t xml:space="preserve">Kryterium 2 – </w:t>
      </w:r>
      <w:r w:rsidR="00E21A6E" w:rsidRPr="00D73412">
        <w:rPr>
          <w:rFonts w:ascii="Arial" w:hAnsi="Arial" w:cs="Arial"/>
          <w:b/>
          <w:bCs/>
          <w:sz w:val="20"/>
          <w:szCs w:val="20"/>
          <w:lang w:val="pl-PL"/>
        </w:rPr>
        <w:t xml:space="preserve">Specyfikacja techniczna </w:t>
      </w:r>
    </w:p>
    <w:p w14:paraId="278DA274" w14:textId="489627B3"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lastRenderedPageBreak/>
        <w:t>W kryterium „</w:t>
      </w:r>
      <w:r w:rsidR="00E21A6E" w:rsidRPr="00D73412">
        <w:rPr>
          <w:rFonts w:ascii="Arial" w:hAnsi="Arial" w:cs="Arial"/>
          <w:sz w:val="20"/>
          <w:szCs w:val="20"/>
          <w:lang w:val="pl-PL"/>
        </w:rPr>
        <w:t>Specyfikacja techniczna</w:t>
      </w:r>
      <w:r w:rsidRPr="00D73412">
        <w:rPr>
          <w:rFonts w:ascii="Arial" w:hAnsi="Arial" w:cs="Arial"/>
          <w:sz w:val="20"/>
          <w:szCs w:val="20"/>
          <w:lang w:val="pl-PL"/>
        </w:rPr>
        <w:t>” (</w:t>
      </w:r>
      <w:r w:rsidR="00E21A6E" w:rsidRPr="00D73412">
        <w:rPr>
          <w:rFonts w:ascii="Arial" w:hAnsi="Arial" w:cs="Arial"/>
          <w:sz w:val="20"/>
          <w:szCs w:val="20"/>
          <w:lang w:val="pl-PL"/>
        </w:rPr>
        <w:t>ST</w:t>
      </w:r>
      <w:r w:rsidRPr="00D73412">
        <w:rPr>
          <w:rFonts w:ascii="Arial" w:hAnsi="Arial" w:cs="Arial"/>
          <w:sz w:val="20"/>
          <w:szCs w:val="20"/>
          <w:lang w:val="pl-PL"/>
        </w:rPr>
        <w:t>) Oferta może otrzymać maksymalnie 25 punktów.</w:t>
      </w:r>
    </w:p>
    <w:p w14:paraId="6E033842" w14:textId="60B07720"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Ocena Oferty w ramach niniejszego kryterium zostanie dokonana na podstawie następujących podkryteriów:</w:t>
      </w:r>
    </w:p>
    <w:p w14:paraId="60F34444" w14:textId="7C781CCE" w:rsidR="004C4844" w:rsidRPr="00D73412" w:rsidRDefault="004C4844" w:rsidP="00F533BF">
      <w:pPr>
        <w:pStyle w:val="Akapitzlist"/>
        <w:numPr>
          <w:ilvl w:val="0"/>
          <w:numId w:val="58"/>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dostępna pojemność magazynu energii w </w:t>
      </w:r>
      <w:r w:rsidR="00D413F9" w:rsidRPr="00D73412">
        <w:rPr>
          <w:rFonts w:ascii="Arial" w:hAnsi="Arial" w:cs="Arial"/>
          <w:sz w:val="20"/>
          <w:szCs w:val="20"/>
          <w:lang w:val="pl-PL"/>
        </w:rPr>
        <w:t xml:space="preserve">pierwszej rocznicy COD </w:t>
      </w:r>
      <w:r w:rsidR="00ED7410" w:rsidRPr="00D73412">
        <w:rPr>
          <w:rFonts w:ascii="Arial" w:hAnsi="Arial" w:cs="Arial"/>
          <w:sz w:val="20"/>
          <w:szCs w:val="20"/>
          <w:lang w:val="pl-PL"/>
        </w:rPr>
        <w:t>-</w:t>
      </w:r>
      <w:r w:rsidRPr="00D73412">
        <w:rPr>
          <w:rFonts w:ascii="Arial" w:hAnsi="Arial" w:cs="Arial"/>
          <w:sz w:val="20"/>
          <w:szCs w:val="20"/>
          <w:lang w:val="pl-PL"/>
        </w:rPr>
        <w:t xml:space="preserve"> maksymalnie 5 punktów</w:t>
      </w:r>
      <w:r w:rsidR="00D413F9" w:rsidRPr="00D73412">
        <w:rPr>
          <w:rFonts w:ascii="Arial" w:hAnsi="Arial" w:cs="Arial"/>
          <w:sz w:val="20"/>
          <w:szCs w:val="20"/>
          <w:lang w:val="pl-PL"/>
        </w:rPr>
        <w:t xml:space="preserve"> (E)</w:t>
      </w:r>
      <w:r w:rsidRPr="00D73412">
        <w:rPr>
          <w:rFonts w:ascii="Arial" w:hAnsi="Arial" w:cs="Arial"/>
          <w:sz w:val="20"/>
          <w:szCs w:val="20"/>
          <w:lang w:val="pl-PL"/>
        </w:rPr>
        <w:t>;</w:t>
      </w:r>
    </w:p>
    <w:p w14:paraId="56105F8D" w14:textId="11D50650" w:rsidR="004C4844" w:rsidRPr="00D73412" w:rsidRDefault="004C4844" w:rsidP="00F533BF">
      <w:pPr>
        <w:pStyle w:val="Akapitzlist"/>
        <w:numPr>
          <w:ilvl w:val="0"/>
          <w:numId w:val="58"/>
        </w:numPr>
        <w:spacing w:after="160" w:line="259" w:lineRule="auto"/>
        <w:jc w:val="both"/>
        <w:rPr>
          <w:rFonts w:ascii="Arial" w:hAnsi="Arial" w:cs="Arial"/>
          <w:sz w:val="20"/>
          <w:szCs w:val="20"/>
          <w:lang w:val="pl-PL"/>
        </w:rPr>
      </w:pPr>
      <w:r w:rsidRPr="00D73412">
        <w:rPr>
          <w:rFonts w:ascii="Arial" w:hAnsi="Arial" w:cs="Arial"/>
          <w:sz w:val="20"/>
          <w:szCs w:val="20"/>
          <w:lang w:val="pl-PL"/>
        </w:rPr>
        <w:t>skumulowana gwarantowana pojemność magazynu energii w okresie 18 lat</w:t>
      </w:r>
      <w:r w:rsidR="00D413F9" w:rsidRPr="00D73412">
        <w:rPr>
          <w:rFonts w:ascii="Arial" w:hAnsi="Arial" w:cs="Arial"/>
          <w:sz w:val="20"/>
          <w:szCs w:val="20"/>
          <w:lang w:val="pl-PL"/>
        </w:rPr>
        <w:t xml:space="preserve"> licząc od COD</w:t>
      </w:r>
      <w:r w:rsidRPr="00D73412">
        <w:rPr>
          <w:rFonts w:ascii="Arial" w:hAnsi="Arial" w:cs="Arial"/>
          <w:sz w:val="20"/>
          <w:szCs w:val="20"/>
          <w:lang w:val="pl-PL"/>
        </w:rPr>
        <w:t xml:space="preserve"> </w:t>
      </w:r>
      <w:r w:rsidR="001963B5" w:rsidRPr="00D73412">
        <w:rPr>
          <w:rFonts w:ascii="Arial" w:hAnsi="Arial" w:cs="Arial"/>
          <w:sz w:val="20"/>
          <w:szCs w:val="20"/>
          <w:lang w:val="pl-PL"/>
        </w:rPr>
        <w:t>-</w:t>
      </w:r>
      <w:r w:rsidRPr="00D73412">
        <w:rPr>
          <w:rFonts w:ascii="Arial" w:hAnsi="Arial" w:cs="Arial"/>
          <w:sz w:val="20"/>
          <w:szCs w:val="20"/>
          <w:lang w:val="pl-PL"/>
        </w:rPr>
        <w:t xml:space="preserve"> maksymalnie 5 punktów</w:t>
      </w:r>
      <w:r w:rsidR="00D413F9" w:rsidRPr="00D73412">
        <w:rPr>
          <w:rFonts w:ascii="Arial" w:hAnsi="Arial" w:cs="Arial"/>
          <w:sz w:val="20"/>
          <w:szCs w:val="20"/>
          <w:lang w:val="pl-PL"/>
        </w:rPr>
        <w:t xml:space="preserve"> (SGP)</w:t>
      </w:r>
      <w:r w:rsidRPr="00D73412">
        <w:rPr>
          <w:rFonts w:ascii="Arial" w:hAnsi="Arial" w:cs="Arial"/>
          <w:sz w:val="20"/>
          <w:szCs w:val="20"/>
          <w:lang w:val="pl-PL"/>
        </w:rPr>
        <w:t>;</w:t>
      </w:r>
    </w:p>
    <w:p w14:paraId="0930E07B" w14:textId="6654080D" w:rsidR="00440AF2" w:rsidRPr="00D73412" w:rsidRDefault="004C4844" w:rsidP="00F533BF">
      <w:pPr>
        <w:pStyle w:val="Akapitzlist"/>
        <w:numPr>
          <w:ilvl w:val="0"/>
          <w:numId w:val="58"/>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sprawność pełnego cyklu pracy (Round-Trip Efficiency </w:t>
      </w:r>
      <w:r w:rsidR="001963B5" w:rsidRPr="00D73412">
        <w:rPr>
          <w:rFonts w:ascii="Arial" w:hAnsi="Arial" w:cs="Arial"/>
          <w:sz w:val="20"/>
          <w:szCs w:val="20"/>
          <w:lang w:val="pl-PL"/>
        </w:rPr>
        <w:t>-</w:t>
      </w:r>
      <w:r w:rsidRPr="00D73412">
        <w:rPr>
          <w:rFonts w:ascii="Arial" w:hAnsi="Arial" w:cs="Arial"/>
          <w:sz w:val="20"/>
          <w:szCs w:val="20"/>
          <w:lang w:val="pl-PL"/>
        </w:rPr>
        <w:t xml:space="preserve"> RTE) </w:t>
      </w:r>
      <w:r w:rsidR="001963B5" w:rsidRPr="00D73412">
        <w:rPr>
          <w:rFonts w:ascii="Arial" w:hAnsi="Arial" w:cs="Arial"/>
          <w:sz w:val="20"/>
          <w:szCs w:val="20"/>
          <w:lang w:val="pl-PL"/>
        </w:rPr>
        <w:t>-</w:t>
      </w:r>
      <w:r w:rsidRPr="00D73412">
        <w:rPr>
          <w:rFonts w:ascii="Arial" w:hAnsi="Arial" w:cs="Arial"/>
          <w:sz w:val="20"/>
          <w:szCs w:val="20"/>
          <w:lang w:val="pl-PL"/>
        </w:rPr>
        <w:t xml:space="preserve"> maksymalnie 5 punktów</w:t>
      </w:r>
      <w:r w:rsidR="00D413F9" w:rsidRPr="00D73412">
        <w:rPr>
          <w:rFonts w:ascii="Arial" w:hAnsi="Arial" w:cs="Arial"/>
          <w:sz w:val="20"/>
          <w:szCs w:val="20"/>
          <w:lang w:val="pl-PL"/>
        </w:rPr>
        <w:t xml:space="preserve"> (RTE)</w:t>
      </w:r>
      <w:r w:rsidRPr="00D73412">
        <w:rPr>
          <w:rFonts w:ascii="Arial" w:hAnsi="Arial" w:cs="Arial"/>
          <w:sz w:val="20"/>
          <w:szCs w:val="20"/>
          <w:lang w:val="pl-PL"/>
        </w:rPr>
        <w:t>;</w:t>
      </w:r>
    </w:p>
    <w:p w14:paraId="017FA21A" w14:textId="7487DE10" w:rsidR="00440AF2" w:rsidRPr="00D73412" w:rsidRDefault="004C4844" w:rsidP="00440AF2">
      <w:pPr>
        <w:pStyle w:val="Akapitzlist"/>
        <w:numPr>
          <w:ilvl w:val="0"/>
          <w:numId w:val="58"/>
        </w:numPr>
        <w:spacing w:after="160" w:line="259" w:lineRule="auto"/>
        <w:jc w:val="both"/>
        <w:rPr>
          <w:lang w:val="pl-PL"/>
        </w:rPr>
      </w:pPr>
      <w:r w:rsidRPr="00D73412">
        <w:rPr>
          <w:rFonts w:ascii="Arial" w:hAnsi="Arial" w:cs="Arial"/>
          <w:sz w:val="20"/>
          <w:szCs w:val="20"/>
          <w:lang w:val="pl-PL"/>
        </w:rPr>
        <w:t xml:space="preserve">gwarantowana dostępność – maksymalnie </w:t>
      </w:r>
      <w:r w:rsidR="00440AF2" w:rsidRPr="00D73412">
        <w:rPr>
          <w:rFonts w:ascii="Arial" w:hAnsi="Arial" w:cs="Arial"/>
          <w:sz w:val="20"/>
          <w:szCs w:val="20"/>
          <w:lang w:val="pl-PL"/>
        </w:rPr>
        <w:t>10</w:t>
      </w:r>
      <w:r w:rsidRPr="00D73412">
        <w:rPr>
          <w:rFonts w:ascii="Arial" w:hAnsi="Arial" w:cs="Arial"/>
          <w:sz w:val="20"/>
          <w:szCs w:val="20"/>
          <w:lang w:val="pl-PL"/>
        </w:rPr>
        <w:t xml:space="preserve"> punktów</w:t>
      </w:r>
      <w:r w:rsidR="00D413F9" w:rsidRPr="00D73412">
        <w:rPr>
          <w:rFonts w:ascii="Arial" w:hAnsi="Arial" w:cs="Arial"/>
          <w:sz w:val="20"/>
          <w:szCs w:val="20"/>
          <w:lang w:val="pl-PL"/>
        </w:rPr>
        <w:t xml:space="preserve"> (G)</w:t>
      </w:r>
      <w:r w:rsidRPr="00D73412">
        <w:rPr>
          <w:rFonts w:ascii="Arial" w:hAnsi="Arial" w:cs="Arial"/>
          <w:sz w:val="20"/>
          <w:szCs w:val="20"/>
          <w:lang w:val="pl-PL"/>
        </w:rPr>
        <w:t>;</w:t>
      </w:r>
    </w:p>
    <w:p w14:paraId="1173237D" w14:textId="26F608B8"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Łączna liczba punktów w kryterium „</w:t>
      </w:r>
      <w:r w:rsidR="00E21A6E" w:rsidRPr="00D73412">
        <w:rPr>
          <w:rFonts w:ascii="Arial" w:hAnsi="Arial" w:cs="Arial"/>
          <w:sz w:val="20"/>
          <w:szCs w:val="20"/>
          <w:lang w:val="pl-PL"/>
        </w:rPr>
        <w:t>Specyfikacja techniczna</w:t>
      </w:r>
      <w:r w:rsidRPr="00D73412">
        <w:rPr>
          <w:rFonts w:ascii="Arial" w:hAnsi="Arial" w:cs="Arial"/>
          <w:sz w:val="20"/>
          <w:szCs w:val="20"/>
          <w:lang w:val="pl-PL"/>
        </w:rPr>
        <w:t>” zostanie obliczona według wzoru:</w:t>
      </w:r>
    </w:p>
    <w:p w14:paraId="7472A15F" w14:textId="2718C71E" w:rsidR="004C4844" w:rsidRPr="00E945B3" w:rsidRDefault="00D413F9" w:rsidP="004D7D19">
      <w:pPr>
        <w:spacing w:after="160" w:line="259" w:lineRule="auto"/>
        <w:jc w:val="both"/>
        <w:rPr>
          <w:rFonts w:ascii="Arial" w:hAnsi="Arial" w:cs="Arial"/>
          <w:sz w:val="20"/>
          <w:szCs w:val="20"/>
          <w:lang w:val="en-GB"/>
        </w:rPr>
      </w:pPr>
      <w:r w:rsidRPr="00E945B3">
        <w:rPr>
          <w:rFonts w:ascii="Arial" w:hAnsi="Arial" w:cs="Arial"/>
          <w:sz w:val="20"/>
          <w:szCs w:val="20"/>
          <w:lang w:val="en-GB"/>
        </w:rPr>
        <w:t>ST</w:t>
      </w:r>
      <w:r w:rsidR="004C4844" w:rsidRPr="00E945B3">
        <w:rPr>
          <w:rFonts w:ascii="Arial" w:hAnsi="Arial" w:cs="Arial"/>
          <w:sz w:val="20"/>
          <w:szCs w:val="20"/>
          <w:lang w:val="en-GB"/>
        </w:rPr>
        <w:t xml:space="preserve"> = E + SGP + RTE + G</w:t>
      </w:r>
    </w:p>
    <w:p w14:paraId="2AA4CC51" w14:textId="3A6AEB39" w:rsidR="004C4844" w:rsidRPr="00E945B3" w:rsidRDefault="004C4844" w:rsidP="004D7D19">
      <w:pPr>
        <w:spacing w:after="160" w:line="259" w:lineRule="auto"/>
        <w:jc w:val="both"/>
        <w:rPr>
          <w:rFonts w:ascii="Arial" w:hAnsi="Arial" w:cs="Arial"/>
          <w:sz w:val="20"/>
          <w:szCs w:val="20"/>
          <w:lang w:val="en-GB"/>
        </w:rPr>
      </w:pPr>
      <w:r w:rsidRPr="00E945B3">
        <w:rPr>
          <w:rFonts w:ascii="Arial" w:hAnsi="Arial" w:cs="Arial"/>
          <w:sz w:val="20"/>
          <w:szCs w:val="20"/>
          <w:lang w:val="en-GB"/>
        </w:rPr>
        <w:t>gdzie:</w:t>
      </w:r>
    </w:p>
    <w:p w14:paraId="3881C754" w14:textId="5E3E6A68" w:rsidR="00E21A6E" w:rsidRPr="00D73412" w:rsidRDefault="00E21A6E"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ST – łączna liczba punktów w kryterium 2 – Specyfikacja techniczna</w:t>
      </w:r>
    </w:p>
    <w:p w14:paraId="02CA569A" w14:textId="6FD24FB7"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E </w:t>
      </w:r>
      <w:r w:rsidR="001C4F14" w:rsidRPr="00D73412">
        <w:rPr>
          <w:rFonts w:ascii="Arial" w:hAnsi="Arial" w:cs="Arial"/>
          <w:sz w:val="20"/>
          <w:szCs w:val="20"/>
          <w:lang w:val="pl-PL"/>
        </w:rPr>
        <w:t>-</w:t>
      </w:r>
      <w:r w:rsidRPr="00D73412">
        <w:rPr>
          <w:rFonts w:ascii="Arial" w:hAnsi="Arial" w:cs="Arial"/>
          <w:sz w:val="20"/>
          <w:szCs w:val="20"/>
          <w:lang w:val="pl-PL"/>
        </w:rPr>
        <w:t xml:space="preserve"> liczba punktów uzyskanych za dostępną pojemność magazynu energii w </w:t>
      </w:r>
      <w:r w:rsidR="00BC3B0C" w:rsidRPr="00D73412">
        <w:rPr>
          <w:rFonts w:ascii="Arial" w:hAnsi="Arial" w:cs="Arial"/>
          <w:sz w:val="20"/>
          <w:szCs w:val="20"/>
          <w:lang w:val="pl-PL"/>
        </w:rPr>
        <w:t>pierwszą rocznicę COD</w:t>
      </w:r>
      <w:r w:rsidRPr="00D73412">
        <w:rPr>
          <w:rFonts w:ascii="Arial" w:hAnsi="Arial" w:cs="Arial"/>
          <w:sz w:val="20"/>
          <w:szCs w:val="20"/>
          <w:lang w:val="pl-PL"/>
        </w:rPr>
        <w:t>;</w:t>
      </w:r>
    </w:p>
    <w:p w14:paraId="04FBBB27" w14:textId="488CBF9C"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SGP </w:t>
      </w:r>
      <w:r w:rsidR="001C4F14" w:rsidRPr="00D73412">
        <w:rPr>
          <w:rFonts w:ascii="Arial" w:hAnsi="Arial" w:cs="Arial"/>
          <w:sz w:val="20"/>
          <w:szCs w:val="20"/>
          <w:lang w:val="pl-PL"/>
        </w:rPr>
        <w:t>-</w:t>
      </w:r>
      <w:r w:rsidRPr="00D73412">
        <w:rPr>
          <w:rFonts w:ascii="Arial" w:hAnsi="Arial" w:cs="Arial"/>
          <w:sz w:val="20"/>
          <w:szCs w:val="20"/>
          <w:lang w:val="pl-PL"/>
        </w:rPr>
        <w:t xml:space="preserve"> liczba punktów uzyskanych za skumulowaną gwarantowaną pojemność magazynu energii;</w:t>
      </w:r>
    </w:p>
    <w:p w14:paraId="776452B1" w14:textId="124B1CD6"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RTE </w:t>
      </w:r>
      <w:r w:rsidR="001C4F14" w:rsidRPr="00D73412">
        <w:rPr>
          <w:rFonts w:ascii="Arial" w:hAnsi="Arial" w:cs="Arial"/>
          <w:sz w:val="20"/>
          <w:szCs w:val="20"/>
          <w:lang w:val="pl-PL"/>
        </w:rPr>
        <w:t>-</w:t>
      </w:r>
      <w:r w:rsidRPr="00D73412">
        <w:rPr>
          <w:rFonts w:ascii="Arial" w:hAnsi="Arial" w:cs="Arial"/>
          <w:sz w:val="20"/>
          <w:szCs w:val="20"/>
          <w:lang w:val="pl-PL"/>
        </w:rPr>
        <w:t xml:space="preserve"> liczba punktów uzyskanych za sprawność pełnego cyklu pracy;</w:t>
      </w:r>
    </w:p>
    <w:p w14:paraId="731CD773" w14:textId="1B5EF683" w:rsidR="00C90D50"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G </w:t>
      </w:r>
      <w:r w:rsidR="001C4F14" w:rsidRPr="00D73412">
        <w:rPr>
          <w:rFonts w:ascii="Arial" w:hAnsi="Arial" w:cs="Arial"/>
          <w:sz w:val="20"/>
          <w:szCs w:val="20"/>
          <w:lang w:val="pl-PL"/>
        </w:rPr>
        <w:t>-</w:t>
      </w:r>
      <w:r w:rsidRPr="00D73412">
        <w:rPr>
          <w:rFonts w:ascii="Arial" w:hAnsi="Arial" w:cs="Arial"/>
          <w:sz w:val="20"/>
          <w:szCs w:val="20"/>
          <w:lang w:val="pl-PL"/>
        </w:rPr>
        <w:t xml:space="preserve"> liczba punktów uzyskanych za gwarantowaną dostępność;</w:t>
      </w:r>
    </w:p>
    <w:p w14:paraId="4A2FE5CA" w14:textId="77777777" w:rsidR="004C4844" w:rsidRPr="00D73412" w:rsidRDefault="004C4844" w:rsidP="004D7D19">
      <w:pPr>
        <w:spacing w:after="160" w:line="259" w:lineRule="auto"/>
        <w:jc w:val="both"/>
        <w:rPr>
          <w:rFonts w:ascii="Arial" w:hAnsi="Arial" w:cs="Arial"/>
          <w:sz w:val="20"/>
          <w:szCs w:val="20"/>
          <w:lang w:val="pl-PL"/>
        </w:rPr>
      </w:pPr>
    </w:p>
    <w:p w14:paraId="586CBC36" w14:textId="01A41A7C" w:rsidR="004C4844" w:rsidRPr="00D73412" w:rsidRDefault="004C4844" w:rsidP="00F533BF">
      <w:pPr>
        <w:pStyle w:val="Akapitzlist"/>
        <w:numPr>
          <w:ilvl w:val="0"/>
          <w:numId w:val="54"/>
        </w:num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 xml:space="preserve"> Dostępna pojemność magazynu energii </w:t>
      </w:r>
      <w:r w:rsidR="00C41D3E" w:rsidRPr="00D73412">
        <w:rPr>
          <w:rFonts w:ascii="Arial" w:hAnsi="Arial" w:cs="Arial"/>
          <w:b/>
          <w:bCs/>
          <w:sz w:val="20"/>
          <w:szCs w:val="20"/>
          <w:lang w:val="pl-PL"/>
        </w:rPr>
        <w:t xml:space="preserve">(MWh) </w:t>
      </w:r>
      <w:r w:rsidRPr="00D73412">
        <w:rPr>
          <w:rFonts w:ascii="Arial" w:hAnsi="Arial" w:cs="Arial"/>
          <w:b/>
          <w:bCs/>
          <w:sz w:val="20"/>
          <w:szCs w:val="20"/>
          <w:lang w:val="pl-PL"/>
        </w:rPr>
        <w:t>w</w:t>
      </w:r>
      <w:r w:rsidR="00C41D3E" w:rsidRPr="00D73412">
        <w:rPr>
          <w:rFonts w:ascii="Arial" w:hAnsi="Arial" w:cs="Arial"/>
          <w:b/>
          <w:bCs/>
          <w:sz w:val="20"/>
          <w:szCs w:val="20"/>
          <w:lang w:val="pl-PL"/>
        </w:rPr>
        <w:t xml:space="preserve"> pierwszą rocznicę COD</w:t>
      </w:r>
      <w:r w:rsidRPr="00D73412">
        <w:rPr>
          <w:rFonts w:ascii="Arial" w:hAnsi="Arial" w:cs="Arial"/>
          <w:b/>
          <w:bCs/>
          <w:sz w:val="20"/>
          <w:szCs w:val="20"/>
          <w:lang w:val="pl-PL"/>
        </w:rPr>
        <w:t xml:space="preserve"> </w:t>
      </w:r>
      <w:r w:rsidR="001C4F14" w:rsidRPr="00D73412">
        <w:rPr>
          <w:rFonts w:ascii="Arial" w:hAnsi="Arial" w:cs="Arial"/>
          <w:b/>
          <w:bCs/>
          <w:sz w:val="20"/>
          <w:szCs w:val="20"/>
          <w:lang w:val="pl-PL"/>
        </w:rPr>
        <w:t>-</w:t>
      </w:r>
      <w:r w:rsidRPr="00D73412">
        <w:rPr>
          <w:rFonts w:ascii="Arial" w:hAnsi="Arial" w:cs="Arial"/>
          <w:b/>
          <w:bCs/>
          <w:sz w:val="20"/>
          <w:szCs w:val="20"/>
          <w:lang w:val="pl-PL"/>
        </w:rPr>
        <w:t xml:space="preserve"> 5 punktów</w:t>
      </w:r>
      <w:r w:rsidR="00D413F9" w:rsidRPr="00D73412">
        <w:rPr>
          <w:rFonts w:ascii="Arial" w:hAnsi="Arial" w:cs="Arial"/>
          <w:b/>
          <w:bCs/>
          <w:sz w:val="20"/>
          <w:szCs w:val="20"/>
          <w:lang w:val="pl-PL"/>
        </w:rPr>
        <w:t xml:space="preserve"> (E)</w:t>
      </w:r>
    </w:p>
    <w:p w14:paraId="3F9CE28B" w14:textId="38CEBA9B" w:rsidR="00E43CFC" w:rsidRPr="00D73412" w:rsidRDefault="00620C83" w:rsidP="004D7D19">
      <w:pPr>
        <w:spacing w:after="160" w:line="259" w:lineRule="auto"/>
        <w:jc w:val="both"/>
        <w:rPr>
          <w:rFonts w:ascii="Arial" w:hAnsi="Arial" w:cs="Arial"/>
          <w:sz w:val="20"/>
          <w:szCs w:val="20"/>
          <w:lang w:val="pl-PL"/>
        </w:rPr>
      </w:pPr>
      <w:r w:rsidRPr="00D420A5">
        <w:rPr>
          <w:rFonts w:ascii="Arial" w:hAnsi="Arial" w:cs="Arial"/>
          <w:sz w:val="20"/>
          <w:szCs w:val="20"/>
          <w:lang w:val="pl-PL"/>
        </w:rPr>
        <w:t>Przez dostępną pojemność magazynu energii w pierwszą rocznicę</w:t>
      </w:r>
      <w:r w:rsidR="00D420A5" w:rsidRPr="00D420A5">
        <w:rPr>
          <w:rFonts w:ascii="Arial" w:hAnsi="Arial" w:cs="Arial"/>
          <w:sz w:val="20"/>
          <w:szCs w:val="20"/>
          <w:lang w:val="pl-PL"/>
        </w:rPr>
        <w:t xml:space="preserve"> realizacji kamienia milowego</w:t>
      </w:r>
      <w:r w:rsidRPr="00DC63E7">
        <w:rPr>
          <w:rFonts w:ascii="Arial" w:hAnsi="Arial" w:cs="Arial"/>
          <w:sz w:val="20"/>
          <w:szCs w:val="20"/>
          <w:lang w:val="pl-PL"/>
        </w:rPr>
        <w:t xml:space="preserve"> COD</w:t>
      </w:r>
      <w:r w:rsidR="00D420A5" w:rsidRPr="00D420A5">
        <w:rPr>
          <w:rFonts w:ascii="Arial" w:hAnsi="Arial" w:cs="Arial"/>
          <w:sz w:val="20"/>
          <w:szCs w:val="20"/>
          <w:lang w:val="pl-PL"/>
        </w:rPr>
        <w:t xml:space="preserve">, o którym mowa w Annex 4 do Umowy EPC, </w:t>
      </w:r>
      <w:r w:rsidRPr="00DC63E7">
        <w:rPr>
          <w:rFonts w:ascii="Arial" w:hAnsi="Arial" w:cs="Arial"/>
          <w:sz w:val="20"/>
          <w:szCs w:val="20"/>
          <w:lang w:val="pl-PL"/>
        </w:rPr>
        <w:t xml:space="preserve"> należy rozumieć dostępną pojemność magazynu energii (MWh), z uwzględnieniem degradacji ogniw względem ich pojemności znamionowej, ustaloną na dzień przypadający w pierwszą rocznicę realizacji kamienia milowego „COD”, o którym mowa w Umowie EPC, lub na dzień późniejszy.</w:t>
      </w:r>
      <w:r w:rsidR="00E43CFC" w:rsidRPr="00D73412">
        <w:rPr>
          <w:rFonts w:ascii="Arial" w:hAnsi="Arial" w:cs="Arial"/>
          <w:sz w:val="20"/>
          <w:szCs w:val="20"/>
          <w:lang w:val="pl-PL"/>
        </w:rPr>
        <w:t xml:space="preserve"> </w:t>
      </w:r>
    </w:p>
    <w:p w14:paraId="08E47E10" w14:textId="25A67A1A"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Minimalna wymagana gwarantowana dostępna pojemność magazynu energii w </w:t>
      </w:r>
      <w:r w:rsidR="00BC3B0C" w:rsidRPr="00D73412">
        <w:rPr>
          <w:rFonts w:ascii="Arial" w:hAnsi="Arial" w:cs="Arial"/>
          <w:sz w:val="20"/>
          <w:szCs w:val="20"/>
          <w:lang w:val="pl-PL"/>
        </w:rPr>
        <w:t xml:space="preserve">pierwszą rocznicę </w:t>
      </w:r>
      <w:r w:rsidRPr="00D73412">
        <w:rPr>
          <w:rFonts w:ascii="Arial" w:hAnsi="Arial" w:cs="Arial"/>
          <w:sz w:val="20"/>
          <w:szCs w:val="20"/>
          <w:lang w:val="pl-PL"/>
        </w:rPr>
        <w:t xml:space="preserve"> </w:t>
      </w:r>
      <w:r w:rsidRPr="00D420A5">
        <w:rPr>
          <w:rFonts w:ascii="Arial" w:hAnsi="Arial" w:cs="Arial"/>
          <w:sz w:val="20"/>
          <w:szCs w:val="20"/>
          <w:lang w:val="pl-PL"/>
        </w:rPr>
        <w:t>wynos</w:t>
      </w:r>
      <w:r w:rsidR="00D420A5" w:rsidRPr="00D420A5">
        <w:rPr>
          <w:rFonts w:ascii="Arial" w:hAnsi="Arial" w:cs="Arial"/>
          <w:sz w:val="20"/>
          <w:szCs w:val="20"/>
          <w:lang w:val="pl-PL"/>
        </w:rPr>
        <w:t xml:space="preserve">i </w:t>
      </w:r>
      <w:r w:rsidR="006D662F" w:rsidRPr="00D420A5">
        <w:rPr>
          <w:rFonts w:ascii="Arial" w:hAnsi="Arial" w:cs="Arial"/>
          <w:sz w:val="20"/>
          <w:szCs w:val="20"/>
          <w:lang w:val="pl-PL"/>
        </w:rPr>
        <w:t>117,6</w:t>
      </w:r>
      <w:r w:rsidR="006D662F">
        <w:rPr>
          <w:rFonts w:ascii="Arial" w:hAnsi="Arial" w:cs="Arial"/>
          <w:sz w:val="20"/>
          <w:szCs w:val="20"/>
          <w:lang w:val="pl-PL"/>
        </w:rPr>
        <w:t xml:space="preserve"> </w:t>
      </w:r>
      <w:r w:rsidRPr="00D73412">
        <w:rPr>
          <w:rFonts w:ascii="Arial" w:hAnsi="Arial" w:cs="Arial"/>
          <w:sz w:val="20"/>
          <w:szCs w:val="20"/>
          <w:lang w:val="pl-PL"/>
        </w:rPr>
        <w:t>MWh.</w:t>
      </w:r>
      <w:r w:rsidR="00F1183A">
        <w:rPr>
          <w:rFonts w:ascii="Arial" w:hAnsi="Arial" w:cs="Arial"/>
          <w:sz w:val="20"/>
          <w:szCs w:val="20"/>
          <w:lang w:val="pl-PL"/>
        </w:rPr>
        <w:t xml:space="preserve"> Oferty poniżej tego progu otrzymają 0 punktów w tej kategorii, a ocenie </w:t>
      </w:r>
      <w:r w:rsidR="00EC5DB0">
        <w:rPr>
          <w:rFonts w:ascii="Arial" w:hAnsi="Arial" w:cs="Arial"/>
          <w:sz w:val="20"/>
          <w:szCs w:val="20"/>
          <w:lang w:val="pl-PL"/>
        </w:rPr>
        <w:t xml:space="preserve">w ramach tej kategorii </w:t>
      </w:r>
      <w:r w:rsidR="00F1183A">
        <w:rPr>
          <w:rFonts w:ascii="Arial" w:hAnsi="Arial" w:cs="Arial"/>
          <w:sz w:val="20"/>
          <w:szCs w:val="20"/>
          <w:lang w:val="pl-PL"/>
        </w:rPr>
        <w:t>będą podlegać wyłącznie oferty</w:t>
      </w:r>
      <w:r w:rsidR="00EC5DB0">
        <w:rPr>
          <w:rFonts w:ascii="Arial" w:hAnsi="Arial" w:cs="Arial"/>
          <w:sz w:val="20"/>
          <w:szCs w:val="20"/>
          <w:lang w:val="pl-PL"/>
        </w:rPr>
        <w:t xml:space="preserve"> spełniające wskazane wymaganie.</w:t>
      </w:r>
    </w:p>
    <w:p w14:paraId="23AD69A3" w14:textId="62138944" w:rsidR="0024155E" w:rsidRPr="00D73412" w:rsidRDefault="0024155E" w:rsidP="0024155E">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Dalsze szczegóły dotyczące dostępności pojemności magazynu energii określają umowa EPC i załączniki do niej, w szczególności załącznik nr 1 oraz załączniki do niego.</w:t>
      </w:r>
    </w:p>
    <w:p w14:paraId="759AC877" w14:textId="12F32BD2"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W przypadku </w:t>
      </w:r>
      <w:r w:rsidR="00BC3B0C" w:rsidRPr="00D73412">
        <w:rPr>
          <w:rFonts w:ascii="Arial" w:hAnsi="Arial" w:cs="Arial"/>
          <w:sz w:val="20"/>
          <w:szCs w:val="20"/>
          <w:lang w:val="pl-PL"/>
        </w:rPr>
        <w:t>o</w:t>
      </w:r>
      <w:r w:rsidRPr="00D73412">
        <w:rPr>
          <w:rFonts w:ascii="Arial" w:hAnsi="Arial" w:cs="Arial"/>
          <w:sz w:val="20"/>
          <w:szCs w:val="20"/>
          <w:lang w:val="pl-PL"/>
        </w:rPr>
        <w:t>fert spełniających powyższy wymóg liczba punktów zostanie obliczona według wzoru:</w:t>
      </w:r>
    </w:p>
    <w:p w14:paraId="5E430FE1" w14:textId="58289D26"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E = (E_Y1</w:t>
      </w:r>
      <w:r w:rsidR="00C41D3E" w:rsidRPr="00D73412">
        <w:rPr>
          <w:rFonts w:ascii="Arial" w:hAnsi="Arial" w:cs="Arial"/>
          <w:sz w:val="20"/>
          <w:szCs w:val="20"/>
          <w:lang w:val="pl-PL"/>
        </w:rPr>
        <w:t>_oferta</w:t>
      </w:r>
      <w:r w:rsidRPr="00D73412">
        <w:rPr>
          <w:rFonts w:ascii="Arial" w:hAnsi="Arial" w:cs="Arial"/>
          <w:sz w:val="20"/>
          <w:szCs w:val="20"/>
          <w:lang w:val="pl-PL"/>
        </w:rPr>
        <w:t>/E_Y1_max) × 5</w:t>
      </w:r>
    </w:p>
    <w:p w14:paraId="1B86C558" w14:textId="5881D315"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gdzie:</w:t>
      </w:r>
    </w:p>
    <w:p w14:paraId="6EB6A304" w14:textId="75EF9C3D" w:rsidR="00C41D3E" w:rsidRPr="00D73412" w:rsidRDefault="00C41D3E"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lastRenderedPageBreak/>
        <w:t>E – liczba punktów uzyskana w ramach niniejszego podkryterium.</w:t>
      </w:r>
    </w:p>
    <w:p w14:paraId="64141897" w14:textId="3CAD336A"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E_Y1_</w:t>
      </w:r>
      <w:r w:rsidR="00C41D3E" w:rsidRPr="00D73412">
        <w:rPr>
          <w:rFonts w:ascii="Arial" w:hAnsi="Arial" w:cs="Arial"/>
          <w:sz w:val="20"/>
          <w:szCs w:val="20"/>
          <w:lang w:val="pl-PL"/>
        </w:rPr>
        <w:t>oferta</w:t>
      </w:r>
      <w:r w:rsidRPr="00D73412">
        <w:rPr>
          <w:rFonts w:ascii="Arial" w:hAnsi="Arial" w:cs="Arial"/>
          <w:sz w:val="20"/>
          <w:szCs w:val="20"/>
          <w:lang w:val="pl-PL"/>
        </w:rPr>
        <w:t xml:space="preserve"> – gwarantowana dostępna pojemność magazynu energii </w:t>
      </w:r>
      <w:r w:rsidR="00C41D3E" w:rsidRPr="00D73412">
        <w:rPr>
          <w:rFonts w:ascii="Arial" w:hAnsi="Arial" w:cs="Arial"/>
          <w:sz w:val="20"/>
          <w:szCs w:val="20"/>
          <w:lang w:val="pl-PL"/>
        </w:rPr>
        <w:t>w pierwszą rocznicę COD</w:t>
      </w:r>
      <w:r w:rsidRPr="00D73412">
        <w:rPr>
          <w:rFonts w:ascii="Arial" w:hAnsi="Arial" w:cs="Arial"/>
          <w:sz w:val="20"/>
          <w:szCs w:val="20"/>
          <w:lang w:val="pl-PL"/>
        </w:rPr>
        <w:t xml:space="preserve"> zaoferowana w badanej Ofercie, wyrażona w MWh;</w:t>
      </w:r>
    </w:p>
    <w:p w14:paraId="10405ED3" w14:textId="486E4C92"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E_Y1_max – najwyższa gwarantowana dostępna pojemność magazynu energii </w:t>
      </w:r>
      <w:r w:rsidR="00C41D3E" w:rsidRPr="00D73412">
        <w:rPr>
          <w:rFonts w:ascii="Arial" w:hAnsi="Arial" w:cs="Arial"/>
          <w:sz w:val="20"/>
          <w:szCs w:val="20"/>
          <w:lang w:val="pl-PL"/>
        </w:rPr>
        <w:t>zaoferowana</w:t>
      </w:r>
      <w:r w:rsidR="00C41D3E" w:rsidRPr="00D73412" w:rsidDel="00C41D3E">
        <w:rPr>
          <w:rFonts w:ascii="Arial" w:hAnsi="Arial" w:cs="Arial"/>
          <w:sz w:val="20"/>
          <w:szCs w:val="20"/>
          <w:lang w:val="pl-PL"/>
        </w:rPr>
        <w:t xml:space="preserve"> </w:t>
      </w:r>
      <w:r w:rsidRPr="00D73412">
        <w:rPr>
          <w:rFonts w:ascii="Arial" w:hAnsi="Arial" w:cs="Arial"/>
          <w:sz w:val="20"/>
          <w:szCs w:val="20"/>
          <w:lang w:val="pl-PL"/>
        </w:rPr>
        <w:t>spośród Ofert niepodlegających odrzuceniu, wyrażona w MWh.</w:t>
      </w:r>
    </w:p>
    <w:p w14:paraId="79CCB2BC" w14:textId="10828B9D" w:rsidR="004C4844" w:rsidRPr="00D73412" w:rsidRDefault="004C4844" w:rsidP="00F533BF">
      <w:pPr>
        <w:spacing w:after="0" w:line="259" w:lineRule="auto"/>
        <w:jc w:val="both"/>
        <w:rPr>
          <w:rFonts w:ascii="Arial" w:hAnsi="Arial" w:cs="Arial"/>
          <w:sz w:val="20"/>
          <w:szCs w:val="20"/>
          <w:lang w:val="pl-PL"/>
        </w:rPr>
      </w:pPr>
      <w:r w:rsidRPr="00D73412">
        <w:rPr>
          <w:rFonts w:ascii="Arial" w:hAnsi="Arial" w:cs="Arial"/>
          <w:sz w:val="20"/>
          <w:szCs w:val="20"/>
          <w:lang w:val="pl-PL"/>
        </w:rPr>
        <w:t>Maksymalna liczba punktów możliwa do uzyskania w niniejszym podkryterium wynosi 5 punktów.</w:t>
      </w:r>
    </w:p>
    <w:p w14:paraId="47F18358" w14:textId="77777777" w:rsidR="00972BAF" w:rsidRDefault="00972BAF" w:rsidP="004D7D19">
      <w:pPr>
        <w:spacing w:after="160" w:line="259" w:lineRule="auto"/>
        <w:jc w:val="both"/>
        <w:rPr>
          <w:rFonts w:ascii="Arial" w:hAnsi="Arial" w:cs="Arial"/>
          <w:sz w:val="20"/>
          <w:szCs w:val="20"/>
          <w:lang w:val="pl-PL"/>
        </w:rPr>
      </w:pPr>
    </w:p>
    <w:p w14:paraId="55A171CB" w14:textId="77777777" w:rsidR="003A25C2" w:rsidRDefault="00972BAF" w:rsidP="004D7D19">
      <w:pPr>
        <w:spacing w:after="160" w:line="259" w:lineRule="auto"/>
        <w:jc w:val="both"/>
        <w:rPr>
          <w:rFonts w:ascii="Arial" w:hAnsi="Arial" w:cs="Arial"/>
          <w:sz w:val="20"/>
          <w:szCs w:val="20"/>
          <w:lang w:val="pl-PL"/>
        </w:rPr>
      </w:pPr>
      <w:r w:rsidRPr="00972BAF">
        <w:rPr>
          <w:rFonts w:ascii="Arial" w:hAnsi="Arial" w:cs="Arial"/>
          <w:sz w:val="20"/>
          <w:szCs w:val="20"/>
          <w:lang w:val="pl-PL"/>
        </w:rPr>
        <w:t xml:space="preserve">Parametr pojemności magazynu energii w cyklu jego życia (tzw. </w:t>
      </w:r>
      <w:r w:rsidRPr="000C6E5D">
        <w:rPr>
          <w:rFonts w:ascii="Arial" w:hAnsi="Arial" w:cs="Arial"/>
          <w:sz w:val="20"/>
          <w:szCs w:val="20"/>
          <w:lang w:val="pl-PL"/>
        </w:rPr>
        <w:t>Life Cycle Capacity)</w:t>
      </w:r>
      <w:r w:rsidR="000C6E5D" w:rsidRPr="000C6E5D">
        <w:rPr>
          <w:rFonts w:ascii="Arial" w:hAnsi="Arial" w:cs="Arial"/>
          <w:sz w:val="20"/>
          <w:szCs w:val="20"/>
          <w:lang w:val="pl-PL"/>
        </w:rPr>
        <w:t xml:space="preserve"> deklarowany p</w:t>
      </w:r>
      <w:r w:rsidR="000C6E5D" w:rsidRPr="00D420A5">
        <w:rPr>
          <w:rFonts w:ascii="Arial" w:hAnsi="Arial" w:cs="Arial"/>
          <w:sz w:val="20"/>
          <w:szCs w:val="20"/>
          <w:lang w:val="pl-PL"/>
        </w:rPr>
        <w:t>rzez producenta ma</w:t>
      </w:r>
      <w:r w:rsidR="000C6E5D">
        <w:rPr>
          <w:rFonts w:ascii="Arial" w:hAnsi="Arial" w:cs="Arial"/>
          <w:sz w:val="20"/>
          <w:szCs w:val="20"/>
          <w:lang w:val="pl-PL"/>
        </w:rPr>
        <w:t xml:space="preserve">gazynu należy przedstawić w formie tabelarycznej na poszczególne lata z podziałem na: 1 cykl/dzień, 1.5 cykl/dzień i 2 cykl/dzień. </w:t>
      </w:r>
    </w:p>
    <w:p w14:paraId="4F9F9D89" w14:textId="2E33D073" w:rsidR="006D662F" w:rsidRPr="00D420A5" w:rsidRDefault="000C6E5D" w:rsidP="00DC63E7">
      <w:pPr>
        <w:spacing w:before="100" w:beforeAutospacing="1" w:after="100" w:afterAutospacing="1" w:line="240" w:lineRule="auto"/>
        <w:jc w:val="both"/>
        <w:rPr>
          <w:rFonts w:ascii="Arial" w:hAnsi="Arial" w:cs="Arial"/>
          <w:sz w:val="20"/>
          <w:szCs w:val="20"/>
          <w:lang w:val="pl-PL"/>
        </w:rPr>
      </w:pPr>
      <w:r w:rsidRPr="00D420A5">
        <w:rPr>
          <w:rFonts w:ascii="Arial" w:hAnsi="Arial" w:cs="Arial"/>
          <w:sz w:val="20"/>
          <w:szCs w:val="20"/>
          <w:lang w:val="pl-PL"/>
        </w:rPr>
        <w:t xml:space="preserve">Wskaźnik SoH (State of Health) magazynu energii </w:t>
      </w:r>
      <w:r w:rsidR="0017601A" w:rsidRPr="00D420A5">
        <w:rPr>
          <w:rFonts w:ascii="Arial" w:hAnsi="Arial" w:cs="Arial"/>
          <w:sz w:val="20"/>
          <w:szCs w:val="20"/>
          <w:lang w:val="pl-PL"/>
        </w:rPr>
        <w:t>powinien wynikać</w:t>
      </w:r>
      <w:r w:rsidRPr="00D420A5">
        <w:rPr>
          <w:rFonts w:ascii="Arial" w:hAnsi="Arial" w:cs="Arial"/>
          <w:sz w:val="20"/>
          <w:szCs w:val="20"/>
          <w:lang w:val="pl-PL"/>
        </w:rPr>
        <w:t xml:space="preserve"> z instrukcj</w:t>
      </w:r>
      <w:r w:rsidR="003A25C2" w:rsidRPr="00D420A5">
        <w:rPr>
          <w:rFonts w:ascii="Arial" w:hAnsi="Arial" w:cs="Arial"/>
          <w:sz w:val="20"/>
          <w:szCs w:val="20"/>
          <w:lang w:val="pl-PL"/>
        </w:rPr>
        <w:t>i</w:t>
      </w:r>
      <w:r w:rsidRPr="00D420A5">
        <w:rPr>
          <w:rFonts w:ascii="Arial" w:hAnsi="Arial" w:cs="Arial"/>
          <w:sz w:val="20"/>
          <w:szCs w:val="20"/>
          <w:lang w:val="pl-PL"/>
        </w:rPr>
        <w:t xml:space="preserve">  obsługi</w:t>
      </w:r>
      <w:r w:rsidR="0017601A" w:rsidRPr="00D420A5">
        <w:rPr>
          <w:rFonts w:ascii="Arial" w:hAnsi="Arial" w:cs="Arial"/>
          <w:sz w:val="20"/>
          <w:szCs w:val="20"/>
          <w:lang w:val="pl-PL"/>
        </w:rPr>
        <w:t>,</w:t>
      </w:r>
      <w:r w:rsidRPr="00D420A5">
        <w:rPr>
          <w:rFonts w:ascii="Arial" w:hAnsi="Arial" w:cs="Arial"/>
          <w:sz w:val="20"/>
          <w:szCs w:val="20"/>
          <w:lang w:val="pl-PL"/>
        </w:rPr>
        <w:t xml:space="preserve"> dokumentacji gwarancyjnej lub w karcie katalogowej akumulatora deklarowaną przez producenta</w:t>
      </w:r>
      <w:r w:rsidR="003A25C2" w:rsidRPr="00D420A5">
        <w:rPr>
          <w:rFonts w:ascii="Arial" w:hAnsi="Arial" w:cs="Arial"/>
          <w:sz w:val="20"/>
          <w:szCs w:val="20"/>
          <w:lang w:val="pl-PL"/>
        </w:rPr>
        <w:t xml:space="preserve"> </w:t>
      </w:r>
      <w:r w:rsidR="00D93E67">
        <w:rPr>
          <w:rFonts w:ascii="Arial" w:hAnsi="Arial" w:cs="Arial"/>
          <w:sz w:val="20"/>
          <w:szCs w:val="20"/>
          <w:lang w:val="pl-PL"/>
        </w:rPr>
        <w:t>-</w:t>
      </w:r>
      <w:r w:rsidR="003A25C2" w:rsidRPr="00D420A5">
        <w:rPr>
          <w:rFonts w:ascii="Arial" w:hAnsi="Arial" w:cs="Arial"/>
          <w:sz w:val="20"/>
          <w:szCs w:val="20"/>
          <w:lang w:val="pl-PL"/>
        </w:rPr>
        <w:t xml:space="preserve"> którą Oferent dołączy do Formularza Ofertowego. </w:t>
      </w:r>
      <w:r w:rsidR="00370997" w:rsidRPr="00D420A5">
        <w:rPr>
          <w:rFonts w:ascii="Arial" w:hAnsi="Arial" w:cs="Arial"/>
          <w:sz w:val="20"/>
          <w:szCs w:val="20"/>
          <w:lang w:val="pl-PL"/>
        </w:rPr>
        <w:t xml:space="preserve">W przypadku braku oznaczenia w dokumentacji producenta magazynu dopuszcza się formę oświadczenia. </w:t>
      </w:r>
    </w:p>
    <w:p w14:paraId="0B72B057" w14:textId="1860C391" w:rsidR="00303D1D" w:rsidRPr="00D73412" w:rsidRDefault="00303D1D" w:rsidP="00F533BF">
      <w:pPr>
        <w:pStyle w:val="Akapitzlist"/>
        <w:numPr>
          <w:ilvl w:val="0"/>
          <w:numId w:val="54"/>
        </w:num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Skumulowana gwarantowana</w:t>
      </w:r>
      <w:r w:rsidR="000238DE" w:rsidRPr="00D73412">
        <w:rPr>
          <w:rFonts w:ascii="Arial" w:hAnsi="Arial" w:cs="Arial"/>
          <w:b/>
          <w:bCs/>
          <w:sz w:val="20"/>
          <w:szCs w:val="20"/>
          <w:lang w:val="pl-PL"/>
        </w:rPr>
        <w:t xml:space="preserve"> użyteczna</w:t>
      </w:r>
      <w:r w:rsidRPr="00D73412">
        <w:rPr>
          <w:rFonts w:ascii="Arial" w:hAnsi="Arial" w:cs="Arial"/>
          <w:b/>
          <w:bCs/>
          <w:sz w:val="20"/>
          <w:szCs w:val="20"/>
          <w:lang w:val="pl-PL"/>
        </w:rPr>
        <w:t xml:space="preserve"> pojemność magazynu energii - 5 punktów</w:t>
      </w:r>
      <w:r w:rsidR="00D413F9" w:rsidRPr="00D73412">
        <w:rPr>
          <w:rFonts w:ascii="Arial" w:hAnsi="Arial" w:cs="Arial"/>
          <w:b/>
          <w:bCs/>
          <w:sz w:val="20"/>
          <w:szCs w:val="20"/>
          <w:lang w:val="pl-PL"/>
        </w:rPr>
        <w:t xml:space="preserve"> (SGP)</w:t>
      </w:r>
    </w:p>
    <w:p w14:paraId="6BAE73DF" w14:textId="77B3C772" w:rsidR="000238DE" w:rsidRPr="00D73412" w:rsidRDefault="000238DE" w:rsidP="000238DE">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Gwarantowana Użyteczna Pojemność Magazynu Energii</w:t>
      </w:r>
      <w:r w:rsidR="003D7F3C">
        <w:rPr>
          <w:rFonts w:ascii="Arial" w:hAnsi="Arial" w:cs="Arial"/>
          <w:sz w:val="20"/>
          <w:szCs w:val="20"/>
          <w:lang w:val="pl-PL"/>
        </w:rPr>
        <w:t xml:space="preserve"> (tj. </w:t>
      </w:r>
      <w:r w:rsidR="003D7F3C" w:rsidRPr="003D7F3C">
        <w:rPr>
          <w:rFonts w:ascii="Arial" w:hAnsi="Arial" w:cs="Arial"/>
          <w:sz w:val="20"/>
          <w:szCs w:val="20"/>
          <w:lang w:val="pl-PL"/>
        </w:rPr>
        <w:t>Guaranteed Usable Energy Storage Capacity – o której mowa w Appendix 4.08</w:t>
      </w:r>
      <w:r w:rsidR="0042738F">
        <w:rPr>
          <w:rFonts w:ascii="Arial" w:hAnsi="Arial" w:cs="Arial"/>
          <w:sz w:val="20"/>
          <w:szCs w:val="20"/>
          <w:lang w:val="pl-PL"/>
        </w:rPr>
        <w:t>b</w:t>
      </w:r>
      <w:r w:rsidR="003D7F3C" w:rsidRPr="003D7F3C">
        <w:rPr>
          <w:rFonts w:ascii="Arial" w:hAnsi="Arial" w:cs="Arial"/>
          <w:sz w:val="20"/>
          <w:szCs w:val="20"/>
          <w:lang w:val="pl-PL"/>
        </w:rPr>
        <w:t xml:space="preserve"> do Annex 1 do wzoru umowy EPC):</w:t>
      </w:r>
    </w:p>
    <w:p w14:paraId="5B175C40" w14:textId="6D8B15ED"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jest mierzona po stronie AC, </w:t>
      </w:r>
      <w:r w:rsidR="00EC5DB0">
        <w:rPr>
          <w:rFonts w:ascii="Arial" w:hAnsi="Arial" w:cs="Arial"/>
          <w:sz w:val="20"/>
          <w:szCs w:val="20"/>
          <w:lang w:val="pl-PL"/>
        </w:rPr>
        <w:t>w punkcie przyłączenia (POC)</w:t>
      </w:r>
      <w:r w:rsidRPr="00D73412">
        <w:rPr>
          <w:rFonts w:ascii="Arial" w:hAnsi="Arial" w:cs="Arial"/>
          <w:sz w:val="20"/>
          <w:szCs w:val="20"/>
          <w:lang w:val="pl-PL"/>
        </w:rPr>
        <w:t>;</w:t>
      </w:r>
    </w:p>
    <w:p w14:paraId="2A3AFCDC"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odpowiada energii elektrycznej netto oddanej podczas pełnego cyklu rozładowania – od maksymalnego do minimalnego dopuszczalnego poziomu naładowania;</w:t>
      </w:r>
    </w:p>
    <w:p w14:paraId="34035632"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uwzględnia ograniczenia eksploatacyjne określone przez producenta oraz system zarządzania baterią (BMS), w tym dopuszczalny poziom naładowania, napięcie, prąd i temperaturę;</w:t>
      </w:r>
    </w:p>
    <w:p w14:paraId="7F0E8092"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uwzględnia straty powstające podczas rozładowania w bateriach, przekształtnikach, transformatorach, przewodach i innych urządzeniach znajdujących się pomiędzy bateriami a punktem pomiarowym;</w:t>
      </w:r>
    </w:p>
    <w:p w14:paraId="6A675B05"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uwzględnia zużycie energii przez urządzenia potrzeb własnych Magazynu Energii podczas rozładowania, w szczególności przez systemy chłodzenia, ogrzewania, sterowania, zabezpieczeń i komunikacji;</w:t>
      </w:r>
    </w:p>
    <w:p w14:paraId="1A1BC3EF"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nie obejmuje energii, której oddanie wymagałoby przekroczenia normalnych ograniczeń eksploatacyjnych lub zmiany standardowych nastaw zabezpieczeń albo BMS;</w:t>
      </w:r>
    </w:p>
    <w:p w14:paraId="363857A1"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jest określana podczas ciągłego rozładowania z mocą znamionową, w normalnych warunkach pracy Magazynu Energii;</w:t>
      </w:r>
    </w:p>
    <w:p w14:paraId="2A8690FC"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stanowi minimalny parametr techniczny gwarantowany przez Wykonawcę przez cały Rok y i nie jest wartością średnią ani sumą wyników uzyskanych w tym okresie.</w:t>
      </w:r>
    </w:p>
    <w:p w14:paraId="72068263" w14:textId="6920576C" w:rsidR="000238DE" w:rsidRPr="00D73412" w:rsidRDefault="000238DE" w:rsidP="000238DE">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Spełnienie gwarancji potwierdza się poprzez </w:t>
      </w:r>
      <w:r w:rsidR="00BC3B0C" w:rsidRPr="00D73412">
        <w:rPr>
          <w:rFonts w:ascii="Arial" w:hAnsi="Arial" w:cs="Arial"/>
          <w:sz w:val="20"/>
          <w:szCs w:val="20"/>
          <w:lang w:val="pl-PL"/>
        </w:rPr>
        <w:t>t</w:t>
      </w:r>
      <w:r w:rsidRPr="00D73412">
        <w:rPr>
          <w:rFonts w:ascii="Arial" w:hAnsi="Arial" w:cs="Arial"/>
          <w:sz w:val="20"/>
          <w:szCs w:val="20"/>
          <w:lang w:val="pl-PL"/>
        </w:rPr>
        <w:t xml:space="preserve">est </w:t>
      </w:r>
      <w:r w:rsidR="00BC3B0C" w:rsidRPr="00D73412">
        <w:rPr>
          <w:rFonts w:ascii="Arial" w:hAnsi="Arial" w:cs="Arial"/>
          <w:sz w:val="20"/>
          <w:szCs w:val="20"/>
          <w:lang w:val="pl-PL"/>
        </w:rPr>
        <w:t>p</w:t>
      </w:r>
      <w:r w:rsidRPr="00D73412">
        <w:rPr>
          <w:rFonts w:ascii="Arial" w:hAnsi="Arial" w:cs="Arial"/>
          <w:sz w:val="20"/>
          <w:szCs w:val="20"/>
          <w:lang w:val="pl-PL"/>
        </w:rPr>
        <w:t>ojemności, przeprowadzany zgodnie z następującymi zasadami:</w:t>
      </w:r>
    </w:p>
    <w:p w14:paraId="671309EC" w14:textId="63360A83"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Magazyn Energii zostaje naładowany do maksymalnego dopuszczalnego poziomu naładowania;</w:t>
      </w:r>
    </w:p>
    <w:p w14:paraId="5AF130D3" w14:textId="62DE385A"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lastRenderedPageBreak/>
        <w:t>następnie Magazyn Energii jest rozładowywany w sposób ciągły z mocą znamionową do osiągnięcia minimalnego dopuszczalnego poziomu naładowania lub automatycznego zakończenia rozładowania przez BMS;</w:t>
      </w:r>
    </w:p>
    <w:p w14:paraId="5F4A1463" w14:textId="7BF539CE"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ilość energii oddanej podczas rozładowania jest mierzona w uzgodnionym punkcie pomiarowym za pomocą właściwie skalibrowanego układu pomiarowego;</w:t>
      </w:r>
    </w:p>
    <w:p w14:paraId="0146D34D" w14:textId="14716757"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jeżeli urządzenia potrzeb własnych są zasilane poza punktem pomiarowym, zużytą przez nie energię odejmuje się od energii zmierzonej podczas testu;</w:t>
      </w:r>
    </w:p>
    <w:p w14:paraId="42D8A766" w14:textId="7183D803"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niedostępność części Magazynu Energii podczas testu obniża wynik testu i nie stanowi podstawy do proporcjonalnego zwiększenia ani przeliczenia wyniku;</w:t>
      </w:r>
    </w:p>
    <w:p w14:paraId="2B2B5CB5" w14:textId="7C7C6BF6"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wynik Testu Pojemności musi być co najmniej równy Gwarantowanej Użytecznej Pojemności Magazynu Energii dla Roku y.</w:t>
      </w:r>
    </w:p>
    <w:p w14:paraId="4423345D" w14:textId="5F5C5BA4" w:rsidR="00B628CC" w:rsidRDefault="00432134" w:rsidP="000238DE">
      <w:pPr>
        <w:spacing w:before="100" w:beforeAutospacing="1" w:after="100" w:afterAutospacing="1" w:line="240" w:lineRule="auto"/>
        <w:jc w:val="both"/>
        <w:rPr>
          <w:rFonts w:ascii="Arial" w:hAnsi="Arial" w:cs="Arial"/>
          <w:sz w:val="20"/>
          <w:szCs w:val="20"/>
          <w:lang w:val="pl-PL"/>
        </w:rPr>
      </w:pPr>
      <w:r>
        <w:rPr>
          <w:rFonts w:ascii="Arial" w:hAnsi="Arial" w:cs="Arial"/>
          <w:sz w:val="20"/>
          <w:szCs w:val="20"/>
          <w:lang w:val="pl-PL"/>
        </w:rPr>
        <w:t xml:space="preserve">Test pojemności </w:t>
      </w:r>
      <w:r w:rsidR="00D420A5" w:rsidRPr="00DC63E7">
        <w:rPr>
          <w:rFonts w:ascii="Arial" w:hAnsi="Arial" w:cs="Arial"/>
          <w:sz w:val="20"/>
          <w:szCs w:val="20"/>
          <w:lang w:val="pl-PL"/>
        </w:rPr>
        <w:t>przeprowadz</w:t>
      </w:r>
      <w:r w:rsidR="00D420A5">
        <w:rPr>
          <w:rFonts w:ascii="Arial" w:hAnsi="Arial" w:cs="Arial"/>
          <w:sz w:val="20"/>
          <w:szCs w:val="20"/>
          <w:lang w:val="pl-PL"/>
        </w:rPr>
        <w:t>ony będzie</w:t>
      </w:r>
      <w:r w:rsidR="00D420A5" w:rsidRPr="00DC63E7">
        <w:rPr>
          <w:rFonts w:ascii="Arial" w:hAnsi="Arial" w:cs="Arial"/>
          <w:sz w:val="20"/>
          <w:szCs w:val="20"/>
          <w:lang w:val="pl-PL"/>
        </w:rPr>
        <w:t xml:space="preserve"> w momencie</w:t>
      </w:r>
      <w:r w:rsidR="00D420A5">
        <w:rPr>
          <w:rFonts w:ascii="Arial" w:hAnsi="Arial" w:cs="Arial"/>
          <w:sz w:val="20"/>
          <w:szCs w:val="20"/>
          <w:lang w:val="pl-PL"/>
        </w:rPr>
        <w:t>,</w:t>
      </w:r>
      <w:r w:rsidR="00D420A5" w:rsidRPr="00DC63E7">
        <w:rPr>
          <w:rFonts w:ascii="Arial" w:hAnsi="Arial" w:cs="Arial"/>
          <w:sz w:val="20"/>
          <w:szCs w:val="20"/>
          <w:lang w:val="pl-PL"/>
        </w:rPr>
        <w:t xml:space="preserve"> kiedy instalacja jest</w:t>
      </w:r>
      <w:r w:rsidRPr="00DC63E7">
        <w:rPr>
          <w:rFonts w:ascii="Arial" w:hAnsi="Arial" w:cs="Arial"/>
          <w:sz w:val="20"/>
          <w:szCs w:val="20"/>
          <w:lang w:val="pl-PL"/>
        </w:rPr>
        <w:t xml:space="preserve"> zrealizowana.</w:t>
      </w:r>
      <w:r>
        <w:rPr>
          <w:rFonts w:ascii="Arial" w:hAnsi="Arial" w:cs="Arial"/>
          <w:sz w:val="20"/>
          <w:szCs w:val="20"/>
          <w:lang w:val="pl-PL"/>
        </w:rPr>
        <w:t xml:space="preserve"> </w:t>
      </w:r>
      <w:r w:rsidR="00B628CC" w:rsidRPr="00DC63E7">
        <w:rPr>
          <w:rFonts w:ascii="Arial" w:hAnsi="Arial" w:cs="Arial"/>
          <w:sz w:val="20"/>
          <w:szCs w:val="20"/>
          <w:lang w:val="pl-PL"/>
        </w:rPr>
        <w:t xml:space="preserve">Na etapie </w:t>
      </w:r>
      <w:r w:rsidR="00B628CC">
        <w:rPr>
          <w:rFonts w:ascii="Arial" w:hAnsi="Arial" w:cs="Arial"/>
          <w:sz w:val="20"/>
          <w:szCs w:val="20"/>
          <w:lang w:val="pl-PL"/>
        </w:rPr>
        <w:t>O</w:t>
      </w:r>
      <w:r w:rsidR="00B628CC" w:rsidRPr="00DC63E7">
        <w:rPr>
          <w:rFonts w:ascii="Arial" w:hAnsi="Arial" w:cs="Arial"/>
          <w:sz w:val="20"/>
          <w:szCs w:val="20"/>
          <w:lang w:val="pl-PL"/>
        </w:rPr>
        <w:t xml:space="preserve">ferty </w:t>
      </w:r>
      <w:r w:rsidR="00B628CC">
        <w:rPr>
          <w:rFonts w:ascii="Arial" w:hAnsi="Arial" w:cs="Arial"/>
          <w:sz w:val="20"/>
          <w:szCs w:val="20"/>
          <w:lang w:val="pl-PL"/>
        </w:rPr>
        <w:t>O</w:t>
      </w:r>
      <w:r w:rsidR="00B628CC" w:rsidRPr="00DC63E7">
        <w:rPr>
          <w:rFonts w:ascii="Arial" w:hAnsi="Arial" w:cs="Arial"/>
          <w:sz w:val="20"/>
          <w:szCs w:val="20"/>
          <w:lang w:val="pl-PL"/>
        </w:rPr>
        <w:t xml:space="preserve">ferent deklaruje gwarancję od producenta. </w:t>
      </w:r>
      <w:r w:rsidR="00B628CC">
        <w:rPr>
          <w:rFonts w:ascii="Arial" w:hAnsi="Arial" w:cs="Arial"/>
          <w:sz w:val="20"/>
          <w:szCs w:val="20"/>
          <w:lang w:val="pl-PL"/>
        </w:rPr>
        <w:t>Oferent p</w:t>
      </w:r>
      <w:r w:rsidR="00B628CC" w:rsidRPr="00DC63E7">
        <w:rPr>
          <w:rFonts w:ascii="Arial" w:hAnsi="Arial" w:cs="Arial"/>
          <w:sz w:val="20"/>
          <w:szCs w:val="20"/>
          <w:lang w:val="pl-PL"/>
        </w:rPr>
        <w:t>owinien dokonać weryfikacji</w:t>
      </w:r>
      <w:r w:rsidR="00D420A5">
        <w:rPr>
          <w:rFonts w:ascii="Arial" w:hAnsi="Arial" w:cs="Arial"/>
          <w:sz w:val="20"/>
          <w:szCs w:val="20"/>
          <w:lang w:val="pl-PL"/>
        </w:rPr>
        <w:t>,</w:t>
      </w:r>
      <w:r w:rsidR="00B628CC" w:rsidRPr="00DC63E7">
        <w:rPr>
          <w:rFonts w:ascii="Arial" w:hAnsi="Arial" w:cs="Arial"/>
          <w:sz w:val="20"/>
          <w:szCs w:val="20"/>
          <w:lang w:val="pl-PL"/>
        </w:rPr>
        <w:t xml:space="preserve"> na jakiej zasadzie producent deklaruje pojemność i czy wartości deklarowane są możliwe do spełnienia w teście dokonywanym na etapie końcowym instalacji.</w:t>
      </w:r>
    </w:p>
    <w:p w14:paraId="04271167" w14:textId="59E51353" w:rsidR="000238DE" w:rsidRPr="00D73412" w:rsidRDefault="000238DE" w:rsidP="000238DE">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Test </w:t>
      </w:r>
      <w:r w:rsidR="00BC3B0C" w:rsidRPr="00D73412">
        <w:rPr>
          <w:rFonts w:ascii="Arial" w:hAnsi="Arial" w:cs="Arial"/>
          <w:sz w:val="20"/>
          <w:szCs w:val="20"/>
          <w:lang w:val="pl-PL"/>
        </w:rPr>
        <w:t>p</w:t>
      </w:r>
      <w:r w:rsidRPr="00D73412">
        <w:rPr>
          <w:rFonts w:ascii="Arial" w:hAnsi="Arial" w:cs="Arial"/>
          <w:sz w:val="20"/>
          <w:szCs w:val="20"/>
          <w:lang w:val="pl-PL"/>
        </w:rPr>
        <w:t>ojemności służy potwierdzeniu spełnienia gwarancji, lecz nie ogranicza obowiązku utrzymywania Gwarantowanej Użytecznej Pojemności Magazynu Energii przez cały Rok y.</w:t>
      </w:r>
    </w:p>
    <w:p w14:paraId="2E4BE011" w14:textId="4A41A197" w:rsidR="0024155E" w:rsidRPr="00D73412" w:rsidRDefault="0024155E" w:rsidP="00DC63E7">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Dalsze szczegóły dotyczące pojemności magazynu energii określają umowa EPC i załączniki do niej, w szczególności załącznik nr 1 oraz załączniki do niego.</w:t>
      </w:r>
    </w:p>
    <w:p w14:paraId="56B60FE3" w14:textId="440A9145" w:rsidR="00303D1D" w:rsidRPr="00D73412" w:rsidRDefault="005F4C93"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Skumulowana gwarantowana pojemność magazynu energii dla danej Oferty (SGP_oferta) zostanie obliczona jako suma gwarantowanej użytecznej pojemności magazynu energii w poszczególnych latach okresu oceny, zgodnie ze wzorem:</w:t>
      </w:r>
    </w:p>
    <w:p w14:paraId="1DDE22FA" w14:textId="3E6F87DD" w:rsidR="005F4C93" w:rsidRPr="00D73412" w:rsidRDefault="005F4C93" w:rsidP="00F533BF">
      <w:pPr>
        <w:spacing w:before="100" w:beforeAutospacing="1" w:after="100" w:afterAutospacing="1" w:line="240" w:lineRule="auto"/>
        <w:jc w:val="both"/>
        <w:rPr>
          <w:rFonts w:eastAsia="Times New Roman" w:cs="Times New Roman"/>
          <w:color w:val="auto"/>
          <w:szCs w:val="24"/>
          <w:lang w:val="pl-PL" w:eastAsia="pl-PL"/>
        </w:rPr>
      </w:pPr>
      <w:r w:rsidRPr="00D73412">
        <w:rPr>
          <w:rFonts w:eastAsia="Times New Roman" w:cs="Times New Roman"/>
          <w:noProof/>
          <w:color w:val="auto"/>
          <w:szCs w:val="24"/>
          <w:lang w:val="pl-PL" w:eastAsia="pl-PL"/>
        </w:rPr>
        <w:drawing>
          <wp:inline distT="0" distB="0" distL="0" distR="0" wp14:anchorId="57BC0359" wp14:editId="53FCAFB1">
            <wp:extent cx="533399" cy="219075"/>
            <wp:effectExtent l="0" t="0" r="635" b="0"/>
            <wp:docPr id="20116508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5085" name=""/>
                    <pic:cNvPicPr/>
                  </pic:nvPicPr>
                  <pic:blipFill>
                    <a:blip r:embed="rId8"/>
                    <a:stretch>
                      <a:fillRect/>
                    </a:stretch>
                  </pic:blipFill>
                  <pic:spPr>
                    <a:xfrm>
                      <a:off x="0" y="0"/>
                      <a:ext cx="536353" cy="220288"/>
                    </a:xfrm>
                    <a:prstGeom prst="rect">
                      <a:avLst/>
                    </a:prstGeom>
                  </pic:spPr>
                </pic:pic>
              </a:graphicData>
            </a:graphic>
          </wp:inline>
        </w:drawing>
      </w:r>
    </w:p>
    <w:p w14:paraId="1A3B11AA" w14:textId="77777777" w:rsidR="005F4C93" w:rsidRPr="00D73412" w:rsidRDefault="005F4C93" w:rsidP="004D7D19">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gdzie:</w:t>
      </w:r>
    </w:p>
    <w:p w14:paraId="67215998" w14:textId="32B389C6" w:rsidR="005F4C93" w:rsidRPr="00D73412" w:rsidRDefault="005F4C93"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Eᵧ – </w:t>
      </w:r>
      <w:r w:rsidR="003D7F3C" w:rsidRPr="002F6D4D">
        <w:rPr>
          <w:rFonts w:ascii="Arial" w:hAnsi="Arial" w:cs="Arial"/>
          <w:sz w:val="20"/>
          <w:szCs w:val="20"/>
          <w:lang w:val="pl-PL"/>
        </w:rPr>
        <w:t>Gwarantowana Użyteczna Pojemność Magazynowania Energii obowiązująca w Roku y, wyrażona w MWh, mierzona w Punkcie Przyłączenia (POC) i pomniejszona o zużycie energii na potrzeby własne. E</w:t>
      </w:r>
      <w:r w:rsidR="003D7F3C" w:rsidRPr="003D7F3C">
        <w:rPr>
          <w:rFonts w:ascii="Arial" w:hAnsi="Arial" w:cs="Arial"/>
          <w:sz w:val="20"/>
          <w:szCs w:val="20"/>
        </w:rPr>
        <w:t>ᵧ</w:t>
      </w:r>
      <w:r w:rsidR="003D7F3C" w:rsidRPr="002F6D4D">
        <w:rPr>
          <w:rFonts w:ascii="Arial" w:hAnsi="Arial" w:cs="Arial"/>
          <w:sz w:val="20"/>
          <w:szCs w:val="20"/>
          <w:lang w:val="pl-PL"/>
        </w:rPr>
        <w:t xml:space="preserve"> jest gwarantowana przy Bazowym Profilu Użytkowania, zdefiniowanym jako 548 cykli w Roku y, tj. 1,5 cyklu dziennie, przy 100% Nominalnej Mocy Czynnej (Pn)</w:t>
      </w:r>
      <w:r w:rsidRPr="00D73412">
        <w:rPr>
          <w:rFonts w:ascii="Arial" w:hAnsi="Arial" w:cs="Arial"/>
          <w:sz w:val="20"/>
          <w:szCs w:val="20"/>
          <w:lang w:val="pl-PL"/>
        </w:rPr>
        <w:t xml:space="preserve">; </w:t>
      </w:r>
    </w:p>
    <w:p w14:paraId="05771292" w14:textId="048D5DC4" w:rsidR="005F4C93" w:rsidRPr="00D73412" w:rsidRDefault="005F4C93"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y = 1 – </w:t>
      </w:r>
      <w:r w:rsidR="002F6D4D" w:rsidRPr="002F6D4D">
        <w:rPr>
          <w:rFonts w:ascii="Arial" w:hAnsi="Arial" w:cs="Arial"/>
          <w:sz w:val="20"/>
          <w:szCs w:val="20"/>
          <w:lang w:val="pl-PL"/>
        </w:rPr>
        <w:t>pierwszy rok eksploatacji Magazynu Energii, rozpoczynający się w dniu COD</w:t>
      </w:r>
      <w:r w:rsidRPr="00D73412">
        <w:rPr>
          <w:rFonts w:ascii="Arial" w:hAnsi="Arial" w:cs="Arial"/>
          <w:sz w:val="20"/>
          <w:szCs w:val="20"/>
          <w:lang w:val="pl-PL"/>
        </w:rPr>
        <w:t xml:space="preserve">; </w:t>
      </w:r>
    </w:p>
    <w:p w14:paraId="44102DE0" w14:textId="5F33DEE8" w:rsidR="005F4C93" w:rsidRPr="00D73412" w:rsidRDefault="005F4C93"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N = 18 – </w:t>
      </w:r>
      <w:r w:rsidR="005B45BE">
        <w:rPr>
          <w:rFonts w:ascii="Arial" w:hAnsi="Arial" w:cs="Arial"/>
          <w:sz w:val="20"/>
          <w:szCs w:val="20"/>
          <w:lang w:val="pl-PL"/>
        </w:rPr>
        <w:t xml:space="preserve">osiemnasty </w:t>
      </w:r>
      <w:r w:rsidR="00C4436C">
        <w:rPr>
          <w:rFonts w:ascii="Arial" w:hAnsi="Arial" w:cs="Arial"/>
          <w:sz w:val="20"/>
          <w:szCs w:val="20"/>
          <w:lang w:val="pl-PL"/>
        </w:rPr>
        <w:t xml:space="preserve">i ostatni </w:t>
      </w:r>
      <w:r w:rsidR="005B45BE">
        <w:rPr>
          <w:rFonts w:ascii="Arial" w:hAnsi="Arial" w:cs="Arial"/>
          <w:sz w:val="20"/>
          <w:szCs w:val="20"/>
          <w:lang w:val="pl-PL"/>
        </w:rPr>
        <w:t xml:space="preserve">rok </w:t>
      </w:r>
      <w:r w:rsidRPr="00D73412">
        <w:rPr>
          <w:rFonts w:ascii="Arial" w:hAnsi="Arial" w:cs="Arial"/>
          <w:sz w:val="20"/>
          <w:szCs w:val="20"/>
          <w:lang w:val="pl-PL"/>
        </w:rPr>
        <w:t>okresu oceny.</w:t>
      </w:r>
    </w:p>
    <w:p w14:paraId="2718E1B3" w14:textId="740BB866" w:rsidR="004C4844"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Powyższy wzór oznacza:</w:t>
      </w:r>
    </w:p>
    <w:p w14:paraId="3288133C" w14:textId="77777777"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b/>
          <w:bCs/>
          <w:sz w:val="20"/>
          <w:szCs w:val="20"/>
          <w:lang w:val="pl-PL"/>
        </w:rPr>
        <w:t>SGP_oferta</w:t>
      </w:r>
      <w:r w:rsidRPr="00D73412">
        <w:rPr>
          <w:rFonts w:ascii="Arial" w:hAnsi="Arial" w:cs="Arial"/>
          <w:sz w:val="20"/>
          <w:szCs w:val="20"/>
          <w:lang w:val="pl-PL"/>
        </w:rPr>
        <w:t xml:space="preserve"> = E</w:t>
      </w:r>
      <w:r w:rsidRPr="00D73412">
        <w:rPr>
          <w:rFonts w:ascii="Cambria Math" w:hAnsi="Cambria Math" w:cs="Cambria Math"/>
          <w:sz w:val="20"/>
          <w:szCs w:val="20"/>
          <w:lang w:val="pl-PL"/>
        </w:rPr>
        <w:t>₁</w:t>
      </w:r>
      <w:r w:rsidRPr="00D73412">
        <w:rPr>
          <w:rFonts w:ascii="Arial" w:hAnsi="Arial" w:cs="Arial"/>
          <w:sz w:val="20"/>
          <w:szCs w:val="20"/>
          <w:lang w:val="pl-PL"/>
        </w:rPr>
        <w:t xml:space="preserve"> + E</w:t>
      </w:r>
      <w:r w:rsidRPr="00D73412">
        <w:rPr>
          <w:rFonts w:ascii="Cambria Math" w:hAnsi="Cambria Math" w:cs="Cambria Math"/>
          <w:sz w:val="20"/>
          <w:szCs w:val="20"/>
          <w:lang w:val="pl-PL"/>
        </w:rPr>
        <w:t>₂</w:t>
      </w:r>
      <w:r w:rsidRPr="00D73412">
        <w:rPr>
          <w:rFonts w:ascii="Arial" w:hAnsi="Arial" w:cs="Arial"/>
          <w:sz w:val="20"/>
          <w:szCs w:val="20"/>
          <w:lang w:val="pl-PL"/>
        </w:rPr>
        <w:t xml:space="preserve"> + E</w:t>
      </w:r>
      <w:r w:rsidRPr="00D73412">
        <w:rPr>
          <w:rFonts w:ascii="Cambria Math" w:hAnsi="Cambria Math" w:cs="Cambria Math"/>
          <w:sz w:val="20"/>
          <w:szCs w:val="20"/>
          <w:lang w:val="pl-PL"/>
        </w:rPr>
        <w:t>₃</w:t>
      </w:r>
      <w:r w:rsidRPr="00D73412">
        <w:rPr>
          <w:rFonts w:ascii="Arial" w:hAnsi="Arial" w:cs="Arial"/>
          <w:sz w:val="20"/>
          <w:szCs w:val="20"/>
          <w:lang w:val="pl-PL"/>
        </w:rPr>
        <w:t xml:space="preserve"> + ... + E</w:t>
      </w:r>
      <w:r w:rsidRPr="00D73412">
        <w:rPr>
          <w:rFonts w:ascii="Cambria Math" w:hAnsi="Cambria Math" w:cs="Cambria Math"/>
          <w:sz w:val="20"/>
          <w:szCs w:val="20"/>
          <w:lang w:val="pl-PL"/>
        </w:rPr>
        <w:t>₁₈</w:t>
      </w:r>
    </w:p>
    <w:p w14:paraId="199AEFBC" w14:textId="26BB8879"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gdzie E</w:t>
      </w:r>
      <w:r w:rsidRPr="00D73412">
        <w:rPr>
          <w:rFonts w:ascii="Cambria Math" w:hAnsi="Cambria Math" w:cs="Cambria Math"/>
          <w:sz w:val="20"/>
          <w:szCs w:val="20"/>
          <w:lang w:val="pl-PL"/>
        </w:rPr>
        <w:t>₁</w:t>
      </w:r>
      <w:r w:rsidRPr="00D73412">
        <w:rPr>
          <w:rFonts w:ascii="Arial" w:hAnsi="Arial" w:cs="Arial"/>
          <w:sz w:val="20"/>
          <w:szCs w:val="20"/>
          <w:lang w:val="pl-PL"/>
        </w:rPr>
        <w:t>, E</w:t>
      </w:r>
      <w:r w:rsidRPr="00D73412">
        <w:rPr>
          <w:rFonts w:ascii="Cambria Math" w:hAnsi="Cambria Math" w:cs="Cambria Math"/>
          <w:sz w:val="20"/>
          <w:szCs w:val="20"/>
          <w:lang w:val="pl-PL"/>
        </w:rPr>
        <w:t>₂</w:t>
      </w:r>
      <w:r w:rsidRPr="00D73412">
        <w:rPr>
          <w:rFonts w:ascii="Arial" w:hAnsi="Arial" w:cs="Arial"/>
          <w:sz w:val="20"/>
          <w:szCs w:val="20"/>
          <w:lang w:val="pl-PL"/>
        </w:rPr>
        <w:t>, E</w:t>
      </w:r>
      <w:r w:rsidRPr="00D73412">
        <w:rPr>
          <w:rFonts w:ascii="Cambria Math" w:hAnsi="Cambria Math" w:cs="Cambria Math"/>
          <w:sz w:val="20"/>
          <w:szCs w:val="20"/>
          <w:lang w:val="pl-PL"/>
        </w:rPr>
        <w:t>₃</w:t>
      </w:r>
      <w:r w:rsidRPr="00D73412">
        <w:rPr>
          <w:rFonts w:ascii="Arial" w:hAnsi="Arial" w:cs="Arial"/>
          <w:sz w:val="20"/>
          <w:szCs w:val="20"/>
          <w:lang w:val="pl-PL"/>
        </w:rPr>
        <w:t xml:space="preserve"> (…) E</w:t>
      </w:r>
      <w:r w:rsidRPr="00D73412">
        <w:rPr>
          <w:rFonts w:ascii="Cambria Math" w:hAnsi="Cambria Math" w:cs="Cambria Math"/>
          <w:sz w:val="20"/>
          <w:szCs w:val="20"/>
          <w:lang w:val="pl-PL"/>
        </w:rPr>
        <w:t>₁₈</w:t>
      </w:r>
      <w:r w:rsidRPr="00D73412">
        <w:rPr>
          <w:rFonts w:ascii="Arial" w:hAnsi="Arial" w:cs="Arial"/>
          <w:sz w:val="20"/>
          <w:szCs w:val="20"/>
          <w:lang w:val="pl-PL"/>
        </w:rPr>
        <w:t xml:space="preserve"> oznaczają gwarantowaną użyteczną pojemność magazynu energii odpowiednio w </w:t>
      </w:r>
      <w:r w:rsidR="004D7D19" w:rsidRPr="00D73412">
        <w:rPr>
          <w:rFonts w:ascii="Arial" w:hAnsi="Arial" w:cs="Arial"/>
          <w:sz w:val="20"/>
          <w:szCs w:val="20"/>
          <w:lang w:val="pl-PL"/>
        </w:rPr>
        <w:t>r</w:t>
      </w:r>
      <w:r w:rsidRPr="00D73412">
        <w:rPr>
          <w:rFonts w:ascii="Arial" w:hAnsi="Arial" w:cs="Arial"/>
          <w:sz w:val="20"/>
          <w:szCs w:val="20"/>
          <w:lang w:val="pl-PL"/>
        </w:rPr>
        <w:t xml:space="preserve">oku 1, </w:t>
      </w:r>
      <w:r w:rsidR="004D7D19" w:rsidRPr="00D73412">
        <w:rPr>
          <w:rFonts w:ascii="Arial" w:hAnsi="Arial" w:cs="Arial"/>
          <w:sz w:val="20"/>
          <w:szCs w:val="20"/>
          <w:lang w:val="pl-PL"/>
        </w:rPr>
        <w:t>r</w:t>
      </w:r>
      <w:r w:rsidRPr="00D73412">
        <w:rPr>
          <w:rFonts w:ascii="Arial" w:hAnsi="Arial" w:cs="Arial"/>
          <w:sz w:val="20"/>
          <w:szCs w:val="20"/>
          <w:lang w:val="pl-PL"/>
        </w:rPr>
        <w:t xml:space="preserve">oku 2, </w:t>
      </w:r>
      <w:r w:rsidR="004D7D19" w:rsidRPr="00D73412">
        <w:rPr>
          <w:rFonts w:ascii="Arial" w:hAnsi="Arial" w:cs="Arial"/>
          <w:sz w:val="20"/>
          <w:szCs w:val="20"/>
          <w:lang w:val="pl-PL"/>
        </w:rPr>
        <w:t>r</w:t>
      </w:r>
      <w:r w:rsidRPr="00D73412">
        <w:rPr>
          <w:rFonts w:ascii="Arial" w:hAnsi="Arial" w:cs="Arial"/>
          <w:sz w:val="20"/>
          <w:szCs w:val="20"/>
          <w:lang w:val="pl-PL"/>
        </w:rPr>
        <w:t xml:space="preserve">oku 3 (…) i </w:t>
      </w:r>
      <w:r w:rsidR="004D7D19" w:rsidRPr="00D73412">
        <w:rPr>
          <w:rFonts w:ascii="Arial" w:hAnsi="Arial" w:cs="Arial"/>
          <w:sz w:val="20"/>
          <w:szCs w:val="20"/>
          <w:lang w:val="pl-PL"/>
        </w:rPr>
        <w:t>r</w:t>
      </w:r>
      <w:r w:rsidRPr="00D73412">
        <w:rPr>
          <w:rFonts w:ascii="Arial" w:hAnsi="Arial" w:cs="Arial"/>
          <w:sz w:val="20"/>
          <w:szCs w:val="20"/>
          <w:lang w:val="pl-PL"/>
        </w:rPr>
        <w:t>oku 18.</w:t>
      </w:r>
    </w:p>
    <w:p w14:paraId="56C3C38B" w14:textId="2BE7A8FC"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Po obliczeniu SGP_oferta dla każdej Oferty spełniającej wymagania Zamawiający ustali wartość SGP_max, stanowiącą najwyższą wartość skumulowanej gwarantowanej użytecznej pojemności spośród Ofert podlegających ocenie.</w:t>
      </w:r>
    </w:p>
    <w:p w14:paraId="656B58C9" w14:textId="77777777"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Liczba punktów przyznana badanej Ofercie zostanie obliczona według wzoru:</w:t>
      </w:r>
    </w:p>
    <w:p w14:paraId="623A07C9" w14:textId="0042906A"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b/>
          <w:bCs/>
          <w:sz w:val="20"/>
          <w:szCs w:val="20"/>
          <w:lang w:val="pl-PL"/>
        </w:rPr>
        <w:lastRenderedPageBreak/>
        <w:t>SGP_wynik</w:t>
      </w:r>
      <w:r w:rsidRPr="00D73412">
        <w:rPr>
          <w:rFonts w:ascii="Arial" w:hAnsi="Arial" w:cs="Arial"/>
          <w:sz w:val="20"/>
          <w:szCs w:val="20"/>
          <w:lang w:val="pl-PL"/>
        </w:rPr>
        <w:t xml:space="preserve"> = (SGP_oferta/SGP_max) × 5</w:t>
      </w:r>
    </w:p>
    <w:p w14:paraId="67499205" w14:textId="77777777"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gdzie:</w:t>
      </w:r>
    </w:p>
    <w:p w14:paraId="1FC14C50" w14:textId="784B8486"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b/>
          <w:bCs/>
          <w:sz w:val="20"/>
          <w:szCs w:val="20"/>
          <w:lang w:val="pl-PL"/>
        </w:rPr>
        <w:t>SGP_oferta</w:t>
      </w:r>
      <w:r w:rsidRPr="00D73412">
        <w:rPr>
          <w:rFonts w:ascii="Arial" w:hAnsi="Arial" w:cs="Arial"/>
          <w:sz w:val="20"/>
          <w:szCs w:val="20"/>
          <w:lang w:val="pl-PL"/>
        </w:rPr>
        <w:t xml:space="preserve"> - skumulowana gwarantowana użyteczna pojemność magazynu energii dla badanej Oferty, obliczona zgodnie z powyższym wzorem; </w:t>
      </w:r>
    </w:p>
    <w:p w14:paraId="22304072" w14:textId="2E7D32C4"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b/>
          <w:bCs/>
          <w:sz w:val="20"/>
          <w:szCs w:val="20"/>
          <w:lang w:val="pl-PL"/>
        </w:rPr>
        <w:t>SGP_max</w:t>
      </w:r>
      <w:r w:rsidRPr="00D73412">
        <w:rPr>
          <w:rFonts w:ascii="Arial" w:hAnsi="Arial" w:cs="Arial"/>
          <w:sz w:val="20"/>
          <w:szCs w:val="20"/>
          <w:lang w:val="pl-PL"/>
        </w:rPr>
        <w:t xml:space="preserve"> - najwyższa skumulowana gwarantowana użyteczna pojemność magazynu energii spośród Ofert spełniających wymagania i podlegających ocenie.</w:t>
      </w:r>
    </w:p>
    <w:p w14:paraId="1EED0232" w14:textId="77777777" w:rsidR="005F4C93" w:rsidRPr="00D73412" w:rsidRDefault="005F4C93" w:rsidP="004D7D19">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 xml:space="preserve">Oferta, dla której SGP_oferta = SGP_max, otrzyma maksymalną liczbę 5 punktów. </w:t>
      </w:r>
    </w:p>
    <w:p w14:paraId="163E26CC" w14:textId="43C95C76"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Pozostałe Oferty otrzymają liczbę punktów proporcjonalną do uzyskanej przez nie wartości SGP_oferta</w:t>
      </w:r>
    </w:p>
    <w:p w14:paraId="4BE21969" w14:textId="52E0F020" w:rsidR="003A25C2" w:rsidRPr="00D73412" w:rsidRDefault="00B616FF" w:rsidP="00F533BF">
      <w:pPr>
        <w:spacing w:after="0" w:line="259" w:lineRule="auto"/>
        <w:jc w:val="both"/>
        <w:rPr>
          <w:rFonts w:ascii="Arial" w:hAnsi="Arial" w:cs="Arial"/>
          <w:sz w:val="20"/>
          <w:szCs w:val="20"/>
          <w:lang w:val="pl-PL"/>
        </w:rPr>
      </w:pPr>
      <w:r w:rsidRPr="00D73412">
        <w:rPr>
          <w:rFonts w:ascii="Arial" w:hAnsi="Arial" w:cs="Arial"/>
          <w:sz w:val="20"/>
          <w:szCs w:val="20"/>
          <w:lang w:val="pl-PL"/>
        </w:rPr>
        <w:t>Maksymalna liczba punktów możliwa do uzyskania w niniejszym podkryterium wynosi 5 punktów.</w:t>
      </w:r>
    </w:p>
    <w:p w14:paraId="04ACC8BE" w14:textId="77777777" w:rsidR="005F4C93" w:rsidRDefault="005F4C93" w:rsidP="00DC63E7">
      <w:pPr>
        <w:spacing w:after="0" w:line="259" w:lineRule="auto"/>
        <w:jc w:val="both"/>
        <w:rPr>
          <w:rFonts w:ascii="Arial" w:hAnsi="Arial" w:cs="Arial"/>
          <w:b/>
          <w:bCs/>
          <w:sz w:val="20"/>
          <w:szCs w:val="20"/>
          <w:lang w:val="pl-PL"/>
        </w:rPr>
      </w:pPr>
    </w:p>
    <w:p w14:paraId="06B8AFC2" w14:textId="1CF3C2F4" w:rsidR="00160B38" w:rsidRDefault="000B004F" w:rsidP="00C43CBC">
      <w:pPr>
        <w:spacing w:after="160" w:line="259" w:lineRule="auto"/>
        <w:jc w:val="both"/>
        <w:rPr>
          <w:rFonts w:ascii="Arial" w:hAnsi="Arial" w:cs="Arial"/>
          <w:b/>
          <w:bCs/>
          <w:sz w:val="20"/>
          <w:szCs w:val="20"/>
          <w:lang w:val="pl-PL"/>
        </w:rPr>
      </w:pPr>
      <w:r>
        <w:rPr>
          <w:rFonts w:ascii="Arial" w:hAnsi="Arial" w:cs="Arial"/>
          <w:sz w:val="20"/>
          <w:szCs w:val="20"/>
          <w:lang w:val="pl-PL"/>
        </w:rPr>
        <w:t>W</w:t>
      </w:r>
      <w:r w:rsidR="00160B38">
        <w:rPr>
          <w:rFonts w:ascii="Arial" w:hAnsi="Arial" w:cs="Arial"/>
          <w:sz w:val="20"/>
          <w:szCs w:val="20"/>
          <w:lang w:val="pl-PL"/>
        </w:rPr>
        <w:t xml:space="preserve"> odniesieniu do g</w:t>
      </w:r>
      <w:r w:rsidR="00C43CBC" w:rsidRPr="00C43CBC">
        <w:rPr>
          <w:rFonts w:ascii="Arial" w:hAnsi="Arial" w:cs="Arial"/>
          <w:sz w:val="20"/>
          <w:szCs w:val="20"/>
          <w:lang w:val="pl-PL"/>
        </w:rPr>
        <w:t>warantowan</w:t>
      </w:r>
      <w:r w:rsidR="00160B38">
        <w:rPr>
          <w:rFonts w:ascii="Arial" w:hAnsi="Arial" w:cs="Arial"/>
          <w:sz w:val="20"/>
          <w:szCs w:val="20"/>
          <w:lang w:val="pl-PL"/>
        </w:rPr>
        <w:t>ej</w:t>
      </w:r>
      <w:r w:rsidR="00C43CBC" w:rsidRPr="00C43CBC">
        <w:rPr>
          <w:rFonts w:ascii="Arial" w:hAnsi="Arial" w:cs="Arial"/>
          <w:sz w:val="20"/>
          <w:szCs w:val="20"/>
          <w:lang w:val="pl-PL"/>
        </w:rPr>
        <w:t xml:space="preserve"> </w:t>
      </w:r>
      <w:r w:rsidR="00160B38">
        <w:rPr>
          <w:rFonts w:ascii="Arial" w:hAnsi="Arial" w:cs="Arial"/>
          <w:sz w:val="20"/>
          <w:szCs w:val="20"/>
          <w:lang w:val="pl-PL"/>
        </w:rPr>
        <w:t>u</w:t>
      </w:r>
      <w:r w:rsidR="00C43CBC" w:rsidRPr="00C43CBC">
        <w:rPr>
          <w:rFonts w:ascii="Arial" w:hAnsi="Arial" w:cs="Arial"/>
          <w:sz w:val="20"/>
          <w:szCs w:val="20"/>
          <w:lang w:val="pl-PL"/>
        </w:rPr>
        <w:t xml:space="preserve">żyteczna </w:t>
      </w:r>
      <w:r w:rsidR="00160B38">
        <w:rPr>
          <w:rFonts w:ascii="Arial" w:hAnsi="Arial" w:cs="Arial"/>
          <w:sz w:val="20"/>
          <w:szCs w:val="20"/>
          <w:lang w:val="pl-PL"/>
        </w:rPr>
        <w:t>p</w:t>
      </w:r>
      <w:r w:rsidR="00C43CBC" w:rsidRPr="00C43CBC">
        <w:rPr>
          <w:rFonts w:ascii="Arial" w:hAnsi="Arial" w:cs="Arial"/>
          <w:sz w:val="20"/>
          <w:szCs w:val="20"/>
          <w:lang w:val="pl-PL"/>
        </w:rPr>
        <w:t xml:space="preserve">ojemność </w:t>
      </w:r>
      <w:r w:rsidR="00160B38">
        <w:rPr>
          <w:rFonts w:ascii="Arial" w:hAnsi="Arial" w:cs="Arial"/>
          <w:sz w:val="20"/>
          <w:szCs w:val="20"/>
          <w:lang w:val="pl-PL"/>
        </w:rPr>
        <w:t>m</w:t>
      </w:r>
      <w:r w:rsidR="00C43CBC" w:rsidRPr="00C43CBC">
        <w:rPr>
          <w:rFonts w:ascii="Arial" w:hAnsi="Arial" w:cs="Arial"/>
          <w:sz w:val="20"/>
          <w:szCs w:val="20"/>
          <w:lang w:val="pl-PL"/>
        </w:rPr>
        <w:t xml:space="preserve">agazynu </w:t>
      </w:r>
      <w:r w:rsidR="00160B38">
        <w:rPr>
          <w:rFonts w:ascii="Arial" w:hAnsi="Arial" w:cs="Arial"/>
          <w:sz w:val="20"/>
          <w:szCs w:val="20"/>
          <w:lang w:val="pl-PL"/>
        </w:rPr>
        <w:t>e</w:t>
      </w:r>
      <w:r w:rsidR="00C43CBC" w:rsidRPr="00C43CBC">
        <w:rPr>
          <w:rFonts w:ascii="Arial" w:hAnsi="Arial" w:cs="Arial"/>
          <w:sz w:val="20"/>
          <w:szCs w:val="20"/>
          <w:lang w:val="pl-PL"/>
        </w:rPr>
        <w:t>nergii (tj. Guaranteed Usable Energy Storage Capacity</w:t>
      </w:r>
      <w:r w:rsidR="00160B38">
        <w:rPr>
          <w:rFonts w:ascii="Arial" w:hAnsi="Arial" w:cs="Arial"/>
          <w:sz w:val="20"/>
          <w:szCs w:val="20"/>
          <w:lang w:val="pl-PL"/>
        </w:rPr>
        <w:t xml:space="preserve">) mają zastosowanie </w:t>
      </w:r>
      <w:r w:rsidR="00684CBA">
        <w:rPr>
          <w:rFonts w:ascii="Arial" w:hAnsi="Arial" w:cs="Arial"/>
          <w:sz w:val="20"/>
          <w:szCs w:val="20"/>
          <w:lang w:val="pl-PL"/>
        </w:rPr>
        <w:t xml:space="preserve">wskazania, o których mowa w </w:t>
      </w:r>
      <w:r w:rsidR="00C43CBC" w:rsidRPr="00C43CBC">
        <w:rPr>
          <w:rFonts w:ascii="Arial" w:hAnsi="Arial" w:cs="Arial"/>
          <w:sz w:val="20"/>
          <w:szCs w:val="20"/>
          <w:lang w:val="pl-PL"/>
        </w:rPr>
        <w:t>Appendix 4.08 do Annex 1 do wzoru umowy EPC</w:t>
      </w:r>
      <w:r w:rsidR="00684CBA">
        <w:rPr>
          <w:rFonts w:ascii="Arial" w:hAnsi="Arial" w:cs="Arial"/>
          <w:b/>
          <w:bCs/>
          <w:sz w:val="20"/>
          <w:szCs w:val="20"/>
          <w:lang w:val="pl-PL"/>
        </w:rPr>
        <w:t>.</w:t>
      </w:r>
    </w:p>
    <w:p w14:paraId="0C2E9A60" w14:textId="62729949" w:rsidR="00882759" w:rsidRPr="00DA4FF8" w:rsidRDefault="00882759" w:rsidP="00DA4FF8">
      <w:pPr>
        <w:spacing w:before="100" w:beforeAutospacing="1" w:after="100" w:afterAutospacing="1" w:line="240" w:lineRule="auto"/>
        <w:jc w:val="both"/>
        <w:rPr>
          <w:rFonts w:ascii="Arial" w:hAnsi="Arial" w:cs="Arial"/>
          <w:sz w:val="20"/>
          <w:szCs w:val="20"/>
          <w:lang w:val="pl-PL"/>
        </w:rPr>
      </w:pPr>
      <w:r w:rsidRPr="00DA4FF8">
        <w:rPr>
          <w:rFonts w:ascii="Arial" w:hAnsi="Arial" w:cs="Arial"/>
          <w:sz w:val="20"/>
          <w:szCs w:val="20"/>
          <w:lang w:val="pl-PL"/>
        </w:rPr>
        <w:t>Potwierdzenie parametrów wskazanych przez Oferenta w odniesieniu do niniejszego kryterium powinno wynikać z instrukcji  obsługi, dokumentacji gwarancyjnej lub karty katalogowej producenta – którą Oferent dołączy do Formularza Ofertowego.</w:t>
      </w:r>
      <w:r w:rsidR="00370997" w:rsidRPr="00DA4FF8">
        <w:rPr>
          <w:rFonts w:ascii="Arial" w:hAnsi="Arial" w:cs="Arial"/>
          <w:sz w:val="20"/>
          <w:szCs w:val="20"/>
          <w:lang w:val="pl-PL"/>
        </w:rPr>
        <w:t xml:space="preserve"> W przypadku braku oznaczenia w dokumentacji producenta magazynu dopuszcza się formę oświadczenia. </w:t>
      </w:r>
    </w:p>
    <w:p w14:paraId="5FECC1FF" w14:textId="77777777" w:rsidR="00160B38" w:rsidRDefault="00160B38" w:rsidP="00DC63E7">
      <w:pPr>
        <w:pStyle w:val="Akapitzlist"/>
        <w:spacing w:after="160" w:line="259" w:lineRule="auto"/>
        <w:jc w:val="both"/>
        <w:rPr>
          <w:rFonts w:ascii="Arial" w:hAnsi="Arial" w:cs="Arial"/>
          <w:b/>
          <w:bCs/>
          <w:sz w:val="20"/>
          <w:szCs w:val="20"/>
          <w:lang w:val="pl-PL"/>
        </w:rPr>
      </w:pPr>
    </w:p>
    <w:p w14:paraId="5E61305E" w14:textId="763B6709" w:rsidR="00DC5450" w:rsidRPr="00C43CBC" w:rsidRDefault="00DC5450" w:rsidP="00DC63E7">
      <w:pPr>
        <w:pStyle w:val="Akapitzlist"/>
        <w:numPr>
          <w:ilvl w:val="0"/>
          <w:numId w:val="54"/>
        </w:numPr>
        <w:spacing w:after="160" w:line="259" w:lineRule="auto"/>
        <w:jc w:val="both"/>
        <w:rPr>
          <w:rFonts w:ascii="Arial" w:hAnsi="Arial" w:cs="Arial"/>
          <w:b/>
          <w:bCs/>
          <w:sz w:val="20"/>
          <w:szCs w:val="20"/>
          <w:lang w:val="pl-PL"/>
        </w:rPr>
      </w:pPr>
      <w:r w:rsidRPr="00C43CBC">
        <w:rPr>
          <w:rFonts w:ascii="Arial" w:hAnsi="Arial" w:cs="Arial"/>
          <w:b/>
          <w:bCs/>
          <w:sz w:val="20"/>
          <w:szCs w:val="20"/>
          <w:lang w:val="pl-PL"/>
        </w:rPr>
        <w:t>Sprawność pełnego cyklu pracy (Round-Trip Efficiency - RTE) - 5 punktów</w:t>
      </w:r>
      <w:r w:rsidR="00D413F9" w:rsidRPr="00C43CBC">
        <w:rPr>
          <w:rFonts w:ascii="Arial" w:hAnsi="Arial" w:cs="Arial"/>
          <w:b/>
          <w:bCs/>
          <w:sz w:val="20"/>
          <w:szCs w:val="20"/>
          <w:lang w:val="pl-PL"/>
        </w:rPr>
        <w:t xml:space="preserve"> (RTE)</w:t>
      </w:r>
    </w:p>
    <w:p w14:paraId="2006D5BA" w14:textId="79B1E13B" w:rsidR="00DC5450" w:rsidRPr="00D73412"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W ramach niniejszego podkryterium oceniana będzie gwarantowana przez Oferenta sprawność pełnego cyklu pracy magazynu energii (</w:t>
      </w:r>
      <w:r w:rsidRPr="00D73412">
        <w:rPr>
          <w:rFonts w:ascii="Arial" w:hAnsi="Arial" w:cs="Arial"/>
          <w:b/>
          <w:bCs/>
          <w:sz w:val="20"/>
          <w:szCs w:val="20"/>
          <w:lang w:val="pl-PL"/>
        </w:rPr>
        <w:t>Round-Trip Efficiency - RTE</w:t>
      </w:r>
      <w:r w:rsidRPr="00D73412">
        <w:rPr>
          <w:rFonts w:ascii="Arial" w:hAnsi="Arial" w:cs="Arial"/>
          <w:sz w:val="20"/>
          <w:szCs w:val="20"/>
          <w:lang w:val="pl-PL"/>
        </w:rPr>
        <w:t>).</w:t>
      </w:r>
    </w:p>
    <w:p w14:paraId="386AE640" w14:textId="107628C5" w:rsidR="00DC5450" w:rsidRPr="00D73412"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Na potrzeby porównania Ofert Oferent zobowiązany jest podać wartość RTE wyrażoną w procentach.</w:t>
      </w:r>
    </w:p>
    <w:p w14:paraId="31906035" w14:textId="366433C3" w:rsidR="00DC5450" w:rsidRPr="00D73412" w:rsidRDefault="00DC5450" w:rsidP="00F533BF">
      <w:pPr>
        <w:spacing w:before="100" w:beforeAutospacing="1" w:after="100" w:afterAutospacing="1" w:line="240" w:lineRule="auto"/>
        <w:jc w:val="both"/>
        <w:rPr>
          <w:rFonts w:ascii="Arial" w:hAnsi="Arial" w:cs="Arial"/>
          <w:b/>
          <w:bCs/>
          <w:sz w:val="20"/>
          <w:szCs w:val="20"/>
          <w:lang w:val="pl-PL"/>
        </w:rPr>
      </w:pPr>
      <w:r w:rsidRPr="00D73412">
        <w:rPr>
          <w:rFonts w:ascii="Arial" w:hAnsi="Arial" w:cs="Arial"/>
          <w:b/>
          <w:bCs/>
          <w:sz w:val="20"/>
          <w:szCs w:val="20"/>
          <w:lang w:val="pl-PL"/>
        </w:rPr>
        <w:t>Sposób określenia RTE</w:t>
      </w:r>
    </w:p>
    <w:p w14:paraId="7C18EA93" w14:textId="7C8E5EF1" w:rsidR="00DC5450" w:rsidRPr="00D73412"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Na potrzeby niniejszego kryterium RTE należy określić jako sprawność pełnego cyklu ładowania i rozładowania magazynu energii, mierzoną </w:t>
      </w:r>
      <w:r w:rsidRPr="00D73412">
        <w:rPr>
          <w:rFonts w:ascii="Arial" w:hAnsi="Arial" w:cs="Arial"/>
          <w:b/>
          <w:bCs/>
          <w:sz w:val="20"/>
          <w:szCs w:val="20"/>
          <w:lang w:val="pl-PL"/>
        </w:rPr>
        <w:t>AC-to-AC w punkcie przyłączenia do sieci (Point of Connection - PoC)</w:t>
      </w:r>
      <w:r w:rsidRPr="00D73412">
        <w:rPr>
          <w:rFonts w:ascii="Arial" w:hAnsi="Arial" w:cs="Arial"/>
          <w:sz w:val="20"/>
          <w:szCs w:val="20"/>
          <w:lang w:val="pl-PL"/>
        </w:rPr>
        <w:t>.</w:t>
      </w:r>
    </w:p>
    <w:p w14:paraId="62EBFD8A" w14:textId="77777777" w:rsidR="00DC5450"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Przy określaniu wartości RTE należy uwzględnić wszystkie straty występujące pomiędzy pobraniem energii elektrycznej z sieci w PoC a ponownym oddaniem energii elektrycznej do sieci w PoC, w tym zużycie energii przez urządzenia pomocnicze (</w:t>
      </w:r>
      <w:r w:rsidRPr="00D73412">
        <w:rPr>
          <w:rFonts w:ascii="Arial" w:hAnsi="Arial" w:cs="Arial"/>
          <w:b/>
          <w:bCs/>
          <w:sz w:val="20"/>
          <w:szCs w:val="20"/>
          <w:lang w:val="pl-PL"/>
        </w:rPr>
        <w:t>auxiliary equipment</w:t>
      </w:r>
      <w:r w:rsidRPr="00D73412">
        <w:rPr>
          <w:rFonts w:ascii="Arial" w:hAnsi="Arial" w:cs="Arial"/>
          <w:sz w:val="20"/>
          <w:szCs w:val="20"/>
          <w:lang w:val="pl-PL"/>
        </w:rPr>
        <w:t>), w zakresie mającym zastosowanie do oferowanego systemu BESS.</w:t>
      </w:r>
    </w:p>
    <w:p w14:paraId="136BECA6" w14:textId="593B4FFF" w:rsidR="006D662F" w:rsidRPr="0059542E" w:rsidRDefault="006D662F" w:rsidP="00F533BF">
      <w:pPr>
        <w:spacing w:before="100" w:beforeAutospacing="1" w:after="100" w:afterAutospacing="1" w:line="240" w:lineRule="auto"/>
        <w:jc w:val="both"/>
        <w:rPr>
          <w:rFonts w:ascii="Arial" w:hAnsi="Arial" w:cs="Arial"/>
          <w:sz w:val="20"/>
          <w:szCs w:val="20"/>
          <w:lang w:val="pl-PL"/>
        </w:rPr>
      </w:pPr>
      <w:r w:rsidRPr="00DA4FF8">
        <w:rPr>
          <w:rFonts w:ascii="Arial" w:hAnsi="Arial" w:cs="Arial"/>
          <w:sz w:val="20"/>
          <w:szCs w:val="20"/>
          <w:lang w:val="pl-PL"/>
        </w:rPr>
        <w:t xml:space="preserve">Wartość RTE (Round-Trip Efficiency), czyli sprawność magazynu energii w pełnym cyklu ładowania i rozładowania, </w:t>
      </w:r>
      <w:r w:rsidR="0059542E" w:rsidRPr="0059542E">
        <w:rPr>
          <w:rFonts w:ascii="Arial" w:hAnsi="Arial" w:cs="Arial"/>
          <w:sz w:val="20"/>
          <w:szCs w:val="20"/>
          <w:lang w:val="pl-PL"/>
        </w:rPr>
        <w:t>należy przedstawić na podstawie dokumentacji producenta w formie</w:t>
      </w:r>
      <w:r w:rsidRPr="00DA4FF8">
        <w:rPr>
          <w:rFonts w:ascii="Arial" w:hAnsi="Arial" w:cs="Arial"/>
          <w:sz w:val="20"/>
          <w:szCs w:val="20"/>
          <w:lang w:val="pl-PL"/>
        </w:rPr>
        <w:t xml:space="preserve"> </w:t>
      </w:r>
      <w:r w:rsidR="00DA4FF8">
        <w:rPr>
          <w:rFonts w:ascii="Arial" w:hAnsi="Arial" w:cs="Arial"/>
          <w:sz w:val="20"/>
          <w:szCs w:val="20"/>
          <w:lang w:val="pl-PL"/>
        </w:rPr>
        <w:t>karty</w:t>
      </w:r>
      <w:r w:rsidRPr="00DA4FF8">
        <w:rPr>
          <w:rFonts w:ascii="Arial" w:hAnsi="Arial" w:cs="Arial"/>
          <w:sz w:val="20"/>
          <w:szCs w:val="20"/>
          <w:lang w:val="pl-PL"/>
        </w:rPr>
        <w:t xml:space="preserve"> katalogowej </w:t>
      </w:r>
      <w:r w:rsidR="0059542E" w:rsidRPr="0059542E">
        <w:rPr>
          <w:rFonts w:ascii="Arial" w:hAnsi="Arial" w:cs="Arial"/>
          <w:sz w:val="20"/>
          <w:szCs w:val="20"/>
          <w:lang w:val="pl-PL"/>
        </w:rPr>
        <w:t xml:space="preserve">lub </w:t>
      </w:r>
      <w:r w:rsidRPr="00DA4FF8">
        <w:rPr>
          <w:rFonts w:ascii="Arial" w:hAnsi="Arial" w:cs="Arial"/>
          <w:sz w:val="20"/>
          <w:szCs w:val="20"/>
          <w:lang w:val="pl-PL"/>
        </w:rPr>
        <w:t xml:space="preserve"> instrukcji obsługi</w:t>
      </w:r>
      <w:r w:rsidR="0059542E" w:rsidRPr="00DA4FF8">
        <w:rPr>
          <w:rFonts w:ascii="Arial" w:hAnsi="Arial" w:cs="Arial"/>
          <w:sz w:val="20"/>
          <w:szCs w:val="20"/>
          <w:lang w:val="pl-PL"/>
        </w:rPr>
        <w:t xml:space="preserve">. W przypadku braku oznaczenia w dokumentacji producenta magazynu dopuszcza się formę oświadczenia. </w:t>
      </w:r>
    </w:p>
    <w:p w14:paraId="3EC901FB" w14:textId="77777777" w:rsidR="00DC5450" w:rsidRPr="00D73412" w:rsidRDefault="00DC5450" w:rsidP="00DC5450">
      <w:p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Minimalna wymagana wartość RTE wynosi 85%.</w:t>
      </w:r>
    </w:p>
    <w:p w14:paraId="52A98670" w14:textId="108F813B" w:rsidR="000238DE" w:rsidRPr="00D73412" w:rsidRDefault="000238DE" w:rsidP="00164E3A">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lastRenderedPageBreak/>
        <w:t xml:space="preserve">Minimalna wartość RTE wynosząca 85% powinna zostać osiągnięta podczas </w:t>
      </w:r>
      <w:r w:rsidR="0024155E" w:rsidRPr="00D73412">
        <w:rPr>
          <w:rFonts w:ascii="Arial" w:hAnsi="Arial" w:cs="Arial"/>
          <w:sz w:val="20"/>
          <w:szCs w:val="20"/>
          <w:lang w:val="pl-PL"/>
        </w:rPr>
        <w:t>t</w:t>
      </w:r>
      <w:r w:rsidRPr="00D73412">
        <w:rPr>
          <w:rFonts w:ascii="Arial" w:hAnsi="Arial" w:cs="Arial"/>
          <w:sz w:val="20"/>
          <w:szCs w:val="20"/>
          <w:lang w:val="pl-PL"/>
        </w:rPr>
        <w:t>estu RTE przeprowadzanego w ramach odbioru Magazynu Energii oraz być utrzymywana przez cały okres gwarancji</w:t>
      </w:r>
      <w:r w:rsidR="0042738F">
        <w:rPr>
          <w:rFonts w:ascii="Arial" w:hAnsi="Arial" w:cs="Arial"/>
          <w:sz w:val="20"/>
          <w:szCs w:val="20"/>
          <w:lang w:val="pl-PL"/>
        </w:rPr>
        <w:t xml:space="preserve"> </w:t>
      </w:r>
      <w:r w:rsidR="00710A99">
        <w:rPr>
          <w:rFonts w:ascii="Arial" w:hAnsi="Arial" w:cs="Arial"/>
          <w:sz w:val="20"/>
          <w:szCs w:val="20"/>
          <w:lang w:val="pl-PL"/>
        </w:rPr>
        <w:t>udzielanej przez Oferenta</w:t>
      </w:r>
      <w:r w:rsidRPr="00D73412">
        <w:rPr>
          <w:rFonts w:ascii="Arial" w:hAnsi="Arial" w:cs="Arial"/>
          <w:sz w:val="20"/>
          <w:szCs w:val="20"/>
          <w:lang w:val="pl-PL"/>
        </w:rPr>
        <w:t>.</w:t>
      </w:r>
      <w:r w:rsidR="00C90D50" w:rsidRPr="00D73412">
        <w:rPr>
          <w:rFonts w:ascii="Arial" w:hAnsi="Arial" w:cs="Arial"/>
          <w:sz w:val="20"/>
          <w:szCs w:val="20"/>
          <w:lang w:val="pl-PL"/>
        </w:rPr>
        <w:t xml:space="preserve"> Wartość RTE zaoferowana ponad poziom 85% i uwzględniona w punktacji powinna stanowić wiążącą gwarancję Wykonawcy na dzień COD. </w:t>
      </w:r>
      <w:r w:rsidR="0024155E" w:rsidRPr="00D73412">
        <w:rPr>
          <w:rFonts w:ascii="Arial" w:hAnsi="Arial" w:cs="Arial"/>
          <w:sz w:val="20"/>
          <w:szCs w:val="20"/>
          <w:lang w:val="pl-PL"/>
        </w:rPr>
        <w:t>W</w:t>
      </w:r>
      <w:r w:rsidR="00C90D50" w:rsidRPr="00D73412">
        <w:rPr>
          <w:rFonts w:ascii="Arial" w:hAnsi="Arial" w:cs="Arial"/>
          <w:sz w:val="20"/>
          <w:szCs w:val="20"/>
          <w:lang w:val="pl-PL"/>
        </w:rPr>
        <w:t xml:space="preserve">artość 85% </w:t>
      </w:r>
      <w:r w:rsidR="0024155E" w:rsidRPr="00D73412">
        <w:rPr>
          <w:rFonts w:ascii="Arial" w:hAnsi="Arial" w:cs="Arial"/>
          <w:sz w:val="20"/>
          <w:szCs w:val="20"/>
          <w:lang w:val="pl-PL"/>
        </w:rPr>
        <w:t xml:space="preserve">jako minimalna wartość RTE </w:t>
      </w:r>
      <w:r w:rsidR="00C90D50" w:rsidRPr="00D73412">
        <w:rPr>
          <w:rFonts w:ascii="Arial" w:hAnsi="Arial" w:cs="Arial"/>
          <w:sz w:val="20"/>
          <w:szCs w:val="20"/>
          <w:lang w:val="pl-PL"/>
        </w:rPr>
        <w:t xml:space="preserve">obowiązuje niezmiennie przez cały okres gwarancji. RTE powinno być mierzone AC–AC netto w określonym </w:t>
      </w:r>
      <w:r w:rsidR="0024155E" w:rsidRPr="00D73412">
        <w:rPr>
          <w:rFonts w:ascii="Arial" w:hAnsi="Arial" w:cs="Arial"/>
          <w:sz w:val="20"/>
          <w:szCs w:val="20"/>
          <w:lang w:val="pl-PL"/>
        </w:rPr>
        <w:t>p</w:t>
      </w:r>
      <w:r w:rsidR="00C90D50" w:rsidRPr="00D73412">
        <w:rPr>
          <w:rFonts w:ascii="Arial" w:hAnsi="Arial" w:cs="Arial"/>
          <w:sz w:val="20"/>
          <w:szCs w:val="20"/>
          <w:lang w:val="pl-PL"/>
        </w:rPr>
        <w:t xml:space="preserve">unkcie </w:t>
      </w:r>
      <w:r w:rsidR="0024155E" w:rsidRPr="00D73412">
        <w:rPr>
          <w:rFonts w:ascii="Arial" w:hAnsi="Arial" w:cs="Arial"/>
          <w:sz w:val="20"/>
          <w:szCs w:val="20"/>
          <w:lang w:val="pl-PL"/>
        </w:rPr>
        <w:t>p</w:t>
      </w:r>
      <w:r w:rsidR="00C90D50" w:rsidRPr="00D73412">
        <w:rPr>
          <w:rFonts w:ascii="Arial" w:hAnsi="Arial" w:cs="Arial"/>
          <w:sz w:val="20"/>
          <w:szCs w:val="20"/>
          <w:lang w:val="pl-PL"/>
        </w:rPr>
        <w:t>omiarowym, według jednolitej procedury testowej, z uwzględnieniem potrzeb własnych</w:t>
      </w:r>
      <w:r w:rsidR="0024155E" w:rsidRPr="00D73412">
        <w:rPr>
          <w:rFonts w:ascii="Arial" w:hAnsi="Arial" w:cs="Arial"/>
          <w:sz w:val="20"/>
          <w:szCs w:val="20"/>
          <w:lang w:val="pl-PL"/>
        </w:rPr>
        <w:t xml:space="preserve"> urządzeń</w:t>
      </w:r>
      <w:r w:rsidR="00C90D50" w:rsidRPr="00D73412">
        <w:rPr>
          <w:rFonts w:ascii="Arial" w:hAnsi="Arial" w:cs="Arial"/>
          <w:sz w:val="20"/>
          <w:szCs w:val="20"/>
          <w:lang w:val="pl-PL"/>
        </w:rPr>
        <w:t>.</w:t>
      </w:r>
    </w:p>
    <w:p w14:paraId="786CE575" w14:textId="44D3DB73" w:rsidR="0024155E" w:rsidRPr="00D73412" w:rsidRDefault="0024155E" w:rsidP="0024155E">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Szczegóły dotyczące RTE określają umowa EPC i załączniki do niej, w szczególności załącznik nr 1 oraz załączniki do niego.</w:t>
      </w:r>
    </w:p>
    <w:p w14:paraId="405DE329" w14:textId="1054EDFE" w:rsidR="00DC5450" w:rsidRPr="00D73412"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Oferta, w której zaoferowana wartość RTE jest niższa niż 85%, </w:t>
      </w:r>
      <w:r w:rsidR="00710A99">
        <w:rPr>
          <w:rFonts w:ascii="Arial" w:hAnsi="Arial" w:cs="Arial"/>
          <w:sz w:val="20"/>
          <w:szCs w:val="20"/>
          <w:lang w:val="pl-PL"/>
        </w:rPr>
        <w:t>otrzyma 0 punktów w tej kategorii</w:t>
      </w:r>
      <w:r w:rsidRPr="00D73412">
        <w:rPr>
          <w:rFonts w:ascii="Arial" w:hAnsi="Arial" w:cs="Arial"/>
          <w:sz w:val="20"/>
          <w:szCs w:val="20"/>
          <w:lang w:val="pl-PL"/>
        </w:rPr>
        <w:t>.</w:t>
      </w:r>
    </w:p>
    <w:p w14:paraId="02B4EB98" w14:textId="77777777" w:rsidR="00E219A4" w:rsidRPr="00D73412" w:rsidRDefault="00E219A4"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Dla Ofert, w których zaoferowana wartość RTE wynosi co najmniej 85%, liczba punktów zostanie obliczona według wzoru:</w:t>
      </w:r>
    </w:p>
    <w:p w14:paraId="71BEE156" w14:textId="77777777" w:rsidR="00E219A4" w:rsidRPr="00D73412" w:rsidRDefault="00E219A4"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b/>
          <w:bCs/>
          <w:sz w:val="20"/>
          <w:szCs w:val="20"/>
          <w:lang w:val="pl-PL"/>
        </w:rPr>
        <w:t>RTE_wynik = ((RTE_oferta – RTE_min) / (RTE_max – RTE_min)) × 5</w:t>
      </w:r>
    </w:p>
    <w:p w14:paraId="42D78626" w14:textId="77777777" w:rsidR="00E219A4" w:rsidRPr="00D73412" w:rsidRDefault="00E219A4"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gdzie:</w:t>
      </w:r>
    </w:p>
    <w:p w14:paraId="61422B8E" w14:textId="5087138E" w:rsidR="00E219A4" w:rsidRPr="00D73412" w:rsidRDefault="00E219A4"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b/>
          <w:bCs/>
          <w:sz w:val="20"/>
          <w:szCs w:val="20"/>
          <w:lang w:val="pl-PL"/>
        </w:rPr>
        <w:t>RTE_oferta</w:t>
      </w:r>
      <w:r w:rsidRPr="00D73412">
        <w:rPr>
          <w:rFonts w:ascii="Arial" w:hAnsi="Arial" w:cs="Arial"/>
          <w:sz w:val="20"/>
          <w:szCs w:val="20"/>
          <w:lang w:val="pl-PL"/>
        </w:rPr>
        <w:t xml:space="preserve"> - gwarantowana wartość RTE zaoferowana w badanej Ofercie;</w:t>
      </w:r>
    </w:p>
    <w:p w14:paraId="428DD8ED" w14:textId="2F09AF1D" w:rsidR="00E219A4" w:rsidRPr="00D73412" w:rsidRDefault="00E219A4"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b/>
          <w:bCs/>
          <w:sz w:val="20"/>
          <w:szCs w:val="20"/>
          <w:lang w:val="pl-PL"/>
        </w:rPr>
        <w:t>RTE_min</w:t>
      </w:r>
      <w:r w:rsidRPr="00D73412">
        <w:rPr>
          <w:rFonts w:ascii="Arial" w:hAnsi="Arial" w:cs="Arial"/>
          <w:sz w:val="20"/>
          <w:szCs w:val="20"/>
          <w:lang w:val="pl-PL"/>
        </w:rPr>
        <w:t xml:space="preserve"> - minimalna wymagana wartość RTE, wynosząca </w:t>
      </w:r>
      <w:r w:rsidRPr="00D73412">
        <w:rPr>
          <w:rFonts w:ascii="Arial" w:hAnsi="Arial" w:cs="Arial"/>
          <w:b/>
          <w:bCs/>
          <w:sz w:val="20"/>
          <w:szCs w:val="20"/>
          <w:lang w:val="pl-PL"/>
        </w:rPr>
        <w:t>85%</w:t>
      </w:r>
      <w:r w:rsidRPr="00D73412">
        <w:rPr>
          <w:rFonts w:ascii="Arial" w:hAnsi="Arial" w:cs="Arial"/>
          <w:sz w:val="20"/>
          <w:szCs w:val="20"/>
          <w:lang w:val="pl-PL"/>
        </w:rPr>
        <w:t>;</w:t>
      </w:r>
    </w:p>
    <w:p w14:paraId="56C7DCFB" w14:textId="224859B7" w:rsidR="00E219A4" w:rsidRPr="00D73412" w:rsidRDefault="00E219A4"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b/>
          <w:bCs/>
          <w:sz w:val="20"/>
          <w:szCs w:val="20"/>
          <w:lang w:val="pl-PL"/>
        </w:rPr>
        <w:t>RTE_max</w:t>
      </w:r>
      <w:r w:rsidRPr="00D73412">
        <w:rPr>
          <w:rFonts w:ascii="Arial" w:hAnsi="Arial" w:cs="Arial"/>
          <w:sz w:val="20"/>
          <w:szCs w:val="20"/>
          <w:lang w:val="pl-PL"/>
        </w:rPr>
        <w:t xml:space="preserve"> </w:t>
      </w:r>
      <w:r w:rsidR="00B52B08" w:rsidRPr="00D73412">
        <w:rPr>
          <w:rFonts w:ascii="Arial" w:hAnsi="Arial" w:cs="Arial"/>
          <w:sz w:val="20"/>
          <w:szCs w:val="20"/>
          <w:lang w:val="pl-PL"/>
        </w:rPr>
        <w:t>–</w:t>
      </w:r>
      <w:r w:rsidRPr="00D73412">
        <w:rPr>
          <w:rFonts w:ascii="Arial" w:hAnsi="Arial" w:cs="Arial"/>
          <w:sz w:val="20"/>
          <w:szCs w:val="20"/>
          <w:lang w:val="pl-PL"/>
        </w:rPr>
        <w:t xml:space="preserve"> </w:t>
      </w:r>
      <w:r w:rsidR="00781ADE" w:rsidRPr="00D73412">
        <w:rPr>
          <w:rFonts w:ascii="Arial" w:hAnsi="Arial" w:cs="Arial"/>
          <w:sz w:val="20"/>
          <w:szCs w:val="20"/>
          <w:lang w:val="pl-PL"/>
        </w:rPr>
        <w:t xml:space="preserve">najwyższa </w:t>
      </w:r>
      <w:r w:rsidRPr="00D73412">
        <w:rPr>
          <w:rFonts w:ascii="Arial" w:hAnsi="Arial" w:cs="Arial"/>
          <w:sz w:val="20"/>
          <w:szCs w:val="20"/>
          <w:lang w:val="pl-PL"/>
        </w:rPr>
        <w:t>wartość RTE</w:t>
      </w:r>
      <w:r w:rsidR="00781ADE" w:rsidRPr="00D73412">
        <w:rPr>
          <w:rFonts w:ascii="Arial" w:hAnsi="Arial" w:cs="Arial"/>
          <w:sz w:val="20"/>
          <w:szCs w:val="20"/>
          <w:lang w:val="pl-PL"/>
        </w:rPr>
        <w:t xml:space="preserve"> spośród Ofert niepodlegających odrzuceniu, wyrażona w %</w:t>
      </w:r>
    </w:p>
    <w:p w14:paraId="2DE4BA09" w14:textId="19D28CB8" w:rsidR="00E219A4"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Maksymalna liczba punktów możliwa do uzyskania w niniejszym podkryterium wynosi </w:t>
      </w:r>
      <w:r w:rsidRPr="00D73412">
        <w:rPr>
          <w:rFonts w:ascii="Arial" w:hAnsi="Arial" w:cs="Arial"/>
          <w:b/>
          <w:bCs/>
          <w:sz w:val="20"/>
          <w:szCs w:val="20"/>
          <w:lang w:val="pl-PL"/>
        </w:rPr>
        <w:t>5 punktów</w:t>
      </w:r>
      <w:r w:rsidRPr="00D73412">
        <w:rPr>
          <w:rFonts w:ascii="Arial" w:hAnsi="Arial" w:cs="Arial"/>
          <w:sz w:val="20"/>
          <w:szCs w:val="20"/>
          <w:lang w:val="pl-PL"/>
        </w:rPr>
        <w:t>.</w:t>
      </w:r>
    </w:p>
    <w:p w14:paraId="52DDAA37" w14:textId="657E884D" w:rsidR="00432134" w:rsidRPr="00DA4FF8" w:rsidRDefault="00432134" w:rsidP="00DA4FF8">
      <w:pPr>
        <w:spacing w:before="100" w:beforeAutospacing="1" w:after="100" w:afterAutospacing="1" w:line="240" w:lineRule="auto"/>
        <w:jc w:val="both"/>
        <w:rPr>
          <w:rFonts w:ascii="Arial" w:hAnsi="Arial" w:cs="Arial"/>
          <w:sz w:val="20"/>
          <w:szCs w:val="20"/>
          <w:lang w:val="pl-PL"/>
        </w:rPr>
      </w:pPr>
      <w:r w:rsidRPr="00DA4FF8">
        <w:rPr>
          <w:rFonts w:ascii="Arial" w:hAnsi="Arial" w:cs="Arial"/>
          <w:sz w:val="20"/>
          <w:szCs w:val="20"/>
          <w:lang w:val="pl-PL"/>
        </w:rPr>
        <w:t>Potwierdzenie parametrów wskazanych przez Oferenta w odniesieniu do niniejszego kryterium</w:t>
      </w:r>
      <w:r w:rsidR="00370997" w:rsidRPr="00DA4FF8">
        <w:rPr>
          <w:rFonts w:ascii="Arial" w:hAnsi="Arial" w:cs="Arial"/>
          <w:sz w:val="20"/>
          <w:szCs w:val="20"/>
          <w:lang w:val="pl-PL"/>
        </w:rPr>
        <w:t xml:space="preserve"> (Wartość RTE (Round-Trip Efficiency), </w:t>
      </w:r>
      <w:r w:rsidRPr="00DA4FF8">
        <w:rPr>
          <w:rFonts w:ascii="Arial" w:hAnsi="Arial" w:cs="Arial"/>
          <w:sz w:val="20"/>
          <w:szCs w:val="20"/>
          <w:lang w:val="pl-PL"/>
        </w:rPr>
        <w:t>powinno wynikać z instrukcji  obsługi, dokumentacji gwarancyjnej lub karty katalogowej producenta – którą Oferent dołączy do Formularza Ofertowego.</w:t>
      </w:r>
      <w:r w:rsidR="00370997" w:rsidRPr="00DA4FF8">
        <w:rPr>
          <w:rFonts w:ascii="Arial" w:hAnsi="Arial" w:cs="Arial"/>
          <w:sz w:val="20"/>
          <w:szCs w:val="20"/>
          <w:lang w:val="pl-PL"/>
        </w:rPr>
        <w:t xml:space="preserve"> W przypadku braku oznaczenia w dokumentacji producenta magazynu dopuszcza się formę oświadczenia. </w:t>
      </w:r>
    </w:p>
    <w:p w14:paraId="49373502" w14:textId="0529AD7D" w:rsidR="00DC5450" w:rsidRPr="00D73412" w:rsidRDefault="00E219A4" w:rsidP="00E219A4">
      <w:pPr>
        <w:pStyle w:val="Akapitzlist"/>
        <w:numPr>
          <w:ilvl w:val="0"/>
          <w:numId w:val="54"/>
        </w:num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 xml:space="preserve">Gwarantowana dostępność </w:t>
      </w:r>
      <w:r w:rsidR="00440AF2" w:rsidRPr="00D73412">
        <w:rPr>
          <w:rFonts w:ascii="Arial" w:hAnsi="Arial" w:cs="Arial"/>
          <w:b/>
          <w:bCs/>
          <w:sz w:val="20"/>
          <w:szCs w:val="20"/>
          <w:lang w:val="pl-PL"/>
        </w:rPr>
        <w:t>–</w:t>
      </w:r>
      <w:r w:rsidRPr="00D73412">
        <w:rPr>
          <w:rFonts w:ascii="Arial" w:hAnsi="Arial" w:cs="Arial"/>
          <w:b/>
          <w:bCs/>
          <w:sz w:val="20"/>
          <w:szCs w:val="20"/>
          <w:lang w:val="pl-PL"/>
        </w:rPr>
        <w:t xml:space="preserve"> </w:t>
      </w:r>
      <w:r w:rsidR="00440AF2" w:rsidRPr="00D73412">
        <w:rPr>
          <w:rFonts w:ascii="Arial" w:hAnsi="Arial" w:cs="Arial"/>
          <w:b/>
          <w:bCs/>
          <w:sz w:val="20"/>
          <w:szCs w:val="20"/>
          <w:lang w:val="pl-PL"/>
        </w:rPr>
        <w:t>10</w:t>
      </w:r>
      <w:r w:rsidRPr="00D73412">
        <w:rPr>
          <w:rFonts w:ascii="Arial" w:hAnsi="Arial" w:cs="Arial"/>
          <w:b/>
          <w:bCs/>
          <w:sz w:val="20"/>
          <w:szCs w:val="20"/>
          <w:lang w:val="pl-PL"/>
        </w:rPr>
        <w:t xml:space="preserve"> punktów</w:t>
      </w:r>
      <w:r w:rsidR="00D413F9" w:rsidRPr="00D73412">
        <w:rPr>
          <w:rFonts w:ascii="Arial" w:hAnsi="Arial" w:cs="Arial"/>
          <w:b/>
          <w:bCs/>
          <w:sz w:val="20"/>
          <w:szCs w:val="20"/>
          <w:lang w:val="pl-PL"/>
        </w:rPr>
        <w:t xml:space="preserve"> (G)</w:t>
      </w:r>
    </w:p>
    <w:p w14:paraId="6D17C4C0" w14:textId="26316DC3" w:rsidR="00E219A4" w:rsidRPr="00D73412" w:rsidRDefault="00E219A4" w:rsidP="00164E3A">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W ramach niniejszego podkryterium oceniany będzie gwarantowany przez Oferenta poziom dostępności systemu BESS.</w:t>
      </w:r>
    </w:p>
    <w:p w14:paraId="354E060B" w14:textId="1F25BFB5" w:rsidR="00917253" w:rsidRPr="00D73412" w:rsidRDefault="00917253" w:rsidP="00164E3A">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Gwarantowana dostępność dotyczy kompletnego systemu BESS znajdującego się w zakresie odpowiedzialności wykonawcy, od baterii do </w:t>
      </w:r>
      <w:r w:rsidR="0024155E" w:rsidRPr="00D73412">
        <w:rPr>
          <w:rFonts w:ascii="Arial" w:hAnsi="Arial" w:cs="Arial"/>
          <w:sz w:val="20"/>
          <w:szCs w:val="20"/>
          <w:lang w:val="pl-PL"/>
        </w:rPr>
        <w:t>p</w:t>
      </w:r>
      <w:r w:rsidRPr="00D73412">
        <w:rPr>
          <w:rFonts w:ascii="Arial" w:hAnsi="Arial" w:cs="Arial"/>
          <w:sz w:val="20"/>
          <w:szCs w:val="20"/>
          <w:lang w:val="pl-PL"/>
        </w:rPr>
        <w:t xml:space="preserve">unktu </w:t>
      </w:r>
      <w:r w:rsidR="0024155E" w:rsidRPr="00D73412">
        <w:rPr>
          <w:rFonts w:ascii="Arial" w:hAnsi="Arial" w:cs="Arial"/>
          <w:sz w:val="20"/>
          <w:szCs w:val="20"/>
          <w:lang w:val="pl-PL"/>
        </w:rPr>
        <w:t>p</w:t>
      </w:r>
      <w:r w:rsidRPr="00D73412">
        <w:rPr>
          <w:rFonts w:ascii="Arial" w:hAnsi="Arial" w:cs="Arial"/>
          <w:sz w:val="20"/>
          <w:szCs w:val="20"/>
          <w:lang w:val="pl-PL"/>
        </w:rPr>
        <w:t>omiarowego, łącznie z PCS, transformatorami, rozdzielnicami, przewodami, BMS, EMS, SCADA, systemami chłodzenia, ogrzewania, zabezpieczeń, ochrony przeciwpożarowej, komunikacji i potrzeb własnych.</w:t>
      </w:r>
    </w:p>
    <w:p w14:paraId="54DFCBC9" w14:textId="5820B00A" w:rsidR="00917253" w:rsidRPr="00D73412" w:rsidRDefault="00917253" w:rsidP="00164E3A">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Dostępność nie będzie ustalana na jeden określony moment. Będzie mierzona w sposób ciągły od COD na podstawie danych SCADA i rozliczana oddzielnie za każdy kolejny dwunastomiesięczny </w:t>
      </w:r>
      <w:r w:rsidR="00DA4FF8">
        <w:rPr>
          <w:rFonts w:ascii="Arial" w:hAnsi="Arial" w:cs="Arial"/>
          <w:sz w:val="20"/>
          <w:szCs w:val="20"/>
          <w:lang w:val="pl-PL"/>
        </w:rPr>
        <w:t>okres eksp</w:t>
      </w:r>
      <w:r w:rsidRPr="00D73412">
        <w:rPr>
          <w:rFonts w:ascii="Arial" w:hAnsi="Arial" w:cs="Arial"/>
          <w:sz w:val="20"/>
          <w:szCs w:val="20"/>
          <w:lang w:val="pl-PL"/>
        </w:rPr>
        <w:t>loatacji</w:t>
      </w:r>
      <w:r w:rsidR="00DA4FF8">
        <w:rPr>
          <w:rFonts w:ascii="Arial" w:hAnsi="Arial" w:cs="Arial"/>
          <w:sz w:val="20"/>
          <w:szCs w:val="20"/>
          <w:lang w:val="pl-PL"/>
        </w:rPr>
        <w:t xml:space="preserve"> („</w:t>
      </w:r>
      <w:r w:rsidR="00DA4FF8" w:rsidRPr="00DA4FF8">
        <w:rPr>
          <w:rFonts w:ascii="Arial" w:hAnsi="Arial" w:cs="Arial"/>
          <w:b/>
          <w:bCs/>
          <w:sz w:val="20"/>
          <w:szCs w:val="20"/>
          <w:lang w:val="pl-PL"/>
        </w:rPr>
        <w:t>Rok Eksploatacji</w:t>
      </w:r>
      <w:r w:rsidR="00DA4FF8">
        <w:rPr>
          <w:rFonts w:ascii="Arial" w:hAnsi="Arial" w:cs="Arial"/>
          <w:sz w:val="20"/>
          <w:szCs w:val="20"/>
          <w:lang w:val="pl-PL"/>
        </w:rPr>
        <w:t>”)</w:t>
      </w:r>
      <w:r w:rsidRPr="00D73412">
        <w:rPr>
          <w:rFonts w:ascii="Arial" w:hAnsi="Arial" w:cs="Arial"/>
          <w:sz w:val="20"/>
          <w:szCs w:val="20"/>
          <w:lang w:val="pl-PL"/>
        </w:rPr>
        <w:t xml:space="preserve">. Zaoferowany poziom dostępności musi zostać osiągnięty w każdym </w:t>
      </w:r>
      <w:r w:rsidRPr="00DC63E7">
        <w:rPr>
          <w:rFonts w:ascii="Arial" w:hAnsi="Arial" w:cs="Arial"/>
          <w:sz w:val="20"/>
          <w:szCs w:val="20"/>
          <w:lang w:val="pl-PL"/>
        </w:rPr>
        <w:t>Roku Eksploatacji</w:t>
      </w:r>
      <w:r w:rsidR="00DC63E7" w:rsidRPr="00DC63E7">
        <w:rPr>
          <w:rFonts w:ascii="Arial" w:hAnsi="Arial" w:cs="Arial"/>
          <w:sz w:val="20"/>
          <w:szCs w:val="20"/>
          <w:lang w:val="pl-PL"/>
        </w:rPr>
        <w:t xml:space="preserve"> w okresie gwarancji jakości na Roboty udzielonej przez Wykonawcę</w:t>
      </w:r>
      <w:r w:rsidRPr="00D73412">
        <w:rPr>
          <w:rFonts w:ascii="Arial" w:hAnsi="Arial" w:cs="Arial"/>
          <w:sz w:val="20"/>
          <w:szCs w:val="20"/>
          <w:lang w:val="pl-PL"/>
        </w:rPr>
        <w:t>, a nie jako średnia z całego okresu gwarancji.</w:t>
      </w:r>
    </w:p>
    <w:p w14:paraId="17138FC7" w14:textId="7DC6C6F9"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lastRenderedPageBreak/>
        <w:t>Oferent zobowiązany jest wskazać w Ofercie gwarantowany poziom dostępności systemu BESS, wyrażony w procentach.</w:t>
      </w:r>
    </w:p>
    <w:p w14:paraId="2EFEBD10" w14:textId="124CB78F" w:rsidR="0024155E" w:rsidRPr="00D73412" w:rsidRDefault="0024155E"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Dalsze szczegóły dotyczące określenia gwarantowanej dostępności określają umowa EPC i załączniki do niej, w szczególności załącznik nr 1 oraz załączniki do niego.</w:t>
      </w:r>
    </w:p>
    <w:p w14:paraId="3348700F" w14:textId="5BB664EE" w:rsidR="00E219A4" w:rsidRPr="00D73412" w:rsidRDefault="00E219A4" w:rsidP="00E219A4">
      <w:p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Minimalny wymagany poziom gwarantowanej dostępności wynosi 98%.</w:t>
      </w:r>
    </w:p>
    <w:p w14:paraId="7828381A" w14:textId="1D55222F"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Oferta, w której zaoferowany gwarantowany poziom dostępności jest niższy niż 98%, </w:t>
      </w:r>
      <w:r w:rsidR="00710A99">
        <w:rPr>
          <w:rFonts w:ascii="Arial" w:hAnsi="Arial" w:cs="Arial"/>
          <w:sz w:val="20"/>
          <w:szCs w:val="20"/>
          <w:lang w:val="pl-PL"/>
        </w:rPr>
        <w:t>otrzyma 0 punktów w niniejszej kategorii</w:t>
      </w:r>
      <w:r w:rsidRPr="00D73412">
        <w:rPr>
          <w:rFonts w:ascii="Arial" w:hAnsi="Arial" w:cs="Arial"/>
          <w:sz w:val="20"/>
          <w:szCs w:val="20"/>
          <w:lang w:val="pl-PL"/>
        </w:rPr>
        <w:t>.</w:t>
      </w:r>
      <w:r w:rsidR="00710A99">
        <w:rPr>
          <w:rFonts w:ascii="Arial" w:hAnsi="Arial" w:cs="Arial"/>
          <w:sz w:val="20"/>
          <w:szCs w:val="20"/>
          <w:lang w:val="pl-PL"/>
        </w:rPr>
        <w:t xml:space="preserve"> </w:t>
      </w:r>
    </w:p>
    <w:p w14:paraId="3F4076DB" w14:textId="77777777" w:rsidR="00917253" w:rsidRPr="00D73412" w:rsidRDefault="00917253" w:rsidP="00917253">
      <w:p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Okres pomiaru</w:t>
      </w:r>
    </w:p>
    <w:p w14:paraId="271C76D1" w14:textId="77777777" w:rsidR="00917253" w:rsidRPr="00D73412" w:rsidRDefault="00917253" w:rsidP="00917253">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Dostępność jest mierzona w sposób ciągły od COD i rozliczana oddzielnie dla każdego Roku Eksploatacji, przy czym:</w:t>
      </w:r>
    </w:p>
    <w:p w14:paraId="0A06FFCE" w14:textId="77777777" w:rsidR="00917253" w:rsidRPr="00D73412" w:rsidRDefault="00917253" w:rsidP="00164E3A">
      <w:pPr>
        <w:pStyle w:val="Akapitzlist"/>
        <w:numPr>
          <w:ilvl w:val="0"/>
          <w:numId w:val="61"/>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pierwszy Rok Eksploatacji rozpoczyna się w dniu COD;</w:t>
      </w:r>
    </w:p>
    <w:p w14:paraId="49902713" w14:textId="77777777" w:rsidR="00917253" w:rsidRPr="00D73412" w:rsidRDefault="00917253" w:rsidP="00164E3A">
      <w:pPr>
        <w:pStyle w:val="Akapitzlist"/>
        <w:numPr>
          <w:ilvl w:val="0"/>
          <w:numId w:val="61"/>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każdy kolejny Rok Eksploatacji rozpoczyna się w odpowiednią rocznicę COD;</w:t>
      </w:r>
    </w:p>
    <w:p w14:paraId="3A37E84F" w14:textId="77777777" w:rsidR="00917253" w:rsidRPr="00D73412" w:rsidRDefault="00917253" w:rsidP="00164E3A">
      <w:pPr>
        <w:pStyle w:val="Akapitzlist"/>
        <w:numPr>
          <w:ilvl w:val="0"/>
          <w:numId w:val="61"/>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zaoferowany poziom G musi zostać osiągnięty w każdym Roku Eksploatacji;</w:t>
      </w:r>
    </w:p>
    <w:p w14:paraId="1EA6BA24" w14:textId="77777777" w:rsidR="00DC63E7" w:rsidRDefault="00917253" w:rsidP="00164E3A">
      <w:pPr>
        <w:pStyle w:val="Akapitzlist"/>
        <w:numPr>
          <w:ilvl w:val="0"/>
          <w:numId w:val="61"/>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Gwarantowany poziom dostępności nie jest średnią obliczaną łącznie dla całego okresu gwarancji</w:t>
      </w:r>
    </w:p>
    <w:p w14:paraId="0DD7E177" w14:textId="32B83A36" w:rsidR="00917253" w:rsidRPr="00D73412" w:rsidRDefault="00DC63E7" w:rsidP="00164E3A">
      <w:pPr>
        <w:pStyle w:val="Akapitzlist"/>
        <w:numPr>
          <w:ilvl w:val="0"/>
          <w:numId w:val="61"/>
        </w:numPr>
        <w:spacing w:before="100" w:beforeAutospacing="1" w:after="100" w:afterAutospacing="1" w:line="240" w:lineRule="auto"/>
        <w:rPr>
          <w:rFonts w:ascii="Arial" w:hAnsi="Arial" w:cs="Arial"/>
          <w:sz w:val="20"/>
          <w:szCs w:val="20"/>
          <w:lang w:val="pl-PL"/>
        </w:rPr>
      </w:pPr>
      <w:r>
        <w:rPr>
          <w:rFonts w:ascii="Arial" w:hAnsi="Arial" w:cs="Arial"/>
          <w:sz w:val="20"/>
          <w:szCs w:val="20"/>
          <w:lang w:val="pl-PL"/>
        </w:rPr>
        <w:t>okres pomiaru kończy się wraz z ostatnim dniem okresu gwarancji jakości na Roboty udzielonej przez Wykonawcę</w:t>
      </w:r>
      <w:r w:rsidR="00917253" w:rsidRPr="00D73412">
        <w:rPr>
          <w:rFonts w:ascii="Arial" w:hAnsi="Arial" w:cs="Arial"/>
          <w:sz w:val="20"/>
          <w:szCs w:val="20"/>
          <w:lang w:val="pl-PL"/>
        </w:rPr>
        <w:t>.</w:t>
      </w:r>
    </w:p>
    <w:p w14:paraId="2DF13FA3" w14:textId="59C0471F" w:rsidR="00917253" w:rsidRPr="00D73412" w:rsidRDefault="00917253" w:rsidP="00917253">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Planowane i nieplanowane przestoje wynikające z przyczyn leżących po stronie wykonawcy, w tym konserwacja, naprawy, wymiana części, aktualizacje oraz brak części zamiennych, są uwzględniane jako okresy pełnej albo częściowej niedostępności.</w:t>
      </w:r>
    </w:p>
    <w:p w14:paraId="1B232CE7" w14:textId="77777777" w:rsidR="00917253" w:rsidRPr="00D73412" w:rsidRDefault="00917253" w:rsidP="00917253">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Z obliczeń mogą zostać wyłączone wyłącznie okresy, w których brak możliwości pracy BESS wynika bezpośrednio z:</w:t>
      </w:r>
    </w:p>
    <w:p w14:paraId="2F7E67D8" w14:textId="287BC16E"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awarii lub ograniczeń sieci zewnętrznej poza zakresem odpowiedzialności wykonawcy;</w:t>
      </w:r>
    </w:p>
    <w:p w14:paraId="1F629FB7" w14:textId="77777777"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polecenia Zamawiającego albo operatora sieci, niezwiązanego ze stanem technicznym BESS;</w:t>
      </w:r>
    </w:p>
    <w:p w14:paraId="2595E595" w14:textId="77777777"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działania lub zaniechania Zamawiającego;</w:t>
      </w:r>
    </w:p>
    <w:p w14:paraId="02953E27" w14:textId="77777777"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siły wyższej;</w:t>
      </w:r>
    </w:p>
    <w:p w14:paraId="327E1A69" w14:textId="638961B8"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innych wyraźnie wskazanych w Umowie zdarzeń niezależnych od wykonawcy.</w:t>
      </w:r>
    </w:p>
    <w:p w14:paraId="2288258C" w14:textId="2B4E515B" w:rsidR="00917253" w:rsidRPr="00D73412" w:rsidRDefault="00917253"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Ciężar wykazania podstawy wyłączenia danego okresu spoczywa na wykonawcy.</w:t>
      </w:r>
    </w:p>
    <w:p w14:paraId="6E6E6462" w14:textId="39EF69D4" w:rsidR="00E219A4" w:rsidRPr="00D73412" w:rsidRDefault="00E219A4" w:rsidP="00E219A4">
      <w:p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Sposób obliczenia punktów</w:t>
      </w:r>
    </w:p>
    <w:p w14:paraId="60EB6533" w14:textId="0EA931F2"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Dla Ofert, w których zaoferowany gwarantowany poziom dostępności wynosi co najmniej 98%, liczba punktów zostanie obliczona według wzoru:</w:t>
      </w:r>
    </w:p>
    <w:p w14:paraId="3B6D0642" w14:textId="2AF14710"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b/>
          <w:bCs/>
          <w:sz w:val="20"/>
          <w:szCs w:val="20"/>
          <w:lang w:val="pl-PL"/>
        </w:rPr>
        <w:t>G_wynik</w:t>
      </w:r>
      <w:r w:rsidRPr="00D73412">
        <w:rPr>
          <w:rFonts w:ascii="Arial" w:hAnsi="Arial" w:cs="Arial"/>
          <w:sz w:val="20"/>
          <w:szCs w:val="20"/>
          <w:lang w:val="pl-PL"/>
        </w:rPr>
        <w:t xml:space="preserve"> = ((G_oferta – </w:t>
      </w:r>
      <w:r w:rsidR="00B52B08" w:rsidRPr="00D73412">
        <w:rPr>
          <w:rFonts w:ascii="Arial" w:hAnsi="Arial" w:cs="Arial"/>
          <w:sz w:val="20"/>
          <w:szCs w:val="20"/>
          <w:lang w:val="pl-PL"/>
        </w:rPr>
        <w:t>G_min</w:t>
      </w:r>
      <w:r w:rsidRPr="00D73412">
        <w:rPr>
          <w:rFonts w:ascii="Arial" w:hAnsi="Arial" w:cs="Arial"/>
          <w:sz w:val="20"/>
          <w:szCs w:val="20"/>
          <w:lang w:val="pl-PL"/>
        </w:rPr>
        <w:t>)/(</w:t>
      </w:r>
      <w:r w:rsidR="00B52B08" w:rsidRPr="00D73412">
        <w:rPr>
          <w:rFonts w:ascii="Arial" w:hAnsi="Arial" w:cs="Arial"/>
          <w:sz w:val="20"/>
          <w:szCs w:val="20"/>
          <w:lang w:val="pl-PL"/>
        </w:rPr>
        <w:t xml:space="preserve">G_max </w:t>
      </w:r>
      <w:r w:rsidRPr="00D73412">
        <w:rPr>
          <w:rFonts w:ascii="Arial" w:hAnsi="Arial" w:cs="Arial"/>
          <w:sz w:val="20"/>
          <w:szCs w:val="20"/>
          <w:lang w:val="pl-PL"/>
        </w:rPr>
        <w:t xml:space="preserve">– </w:t>
      </w:r>
      <w:r w:rsidR="00B52B08" w:rsidRPr="00D73412">
        <w:rPr>
          <w:rFonts w:ascii="Arial" w:hAnsi="Arial" w:cs="Arial"/>
          <w:sz w:val="20"/>
          <w:szCs w:val="20"/>
          <w:lang w:val="pl-PL"/>
        </w:rPr>
        <w:t>G_min</w:t>
      </w:r>
      <w:r w:rsidRPr="00D73412">
        <w:rPr>
          <w:rFonts w:ascii="Arial" w:hAnsi="Arial" w:cs="Arial"/>
          <w:sz w:val="20"/>
          <w:szCs w:val="20"/>
          <w:lang w:val="pl-PL"/>
        </w:rPr>
        <w:t xml:space="preserve">)) × </w:t>
      </w:r>
      <w:r w:rsidR="00440AF2" w:rsidRPr="00D73412">
        <w:rPr>
          <w:rFonts w:ascii="Arial" w:hAnsi="Arial" w:cs="Arial"/>
          <w:sz w:val="20"/>
          <w:szCs w:val="20"/>
          <w:lang w:val="pl-PL"/>
        </w:rPr>
        <w:t>10</w:t>
      </w:r>
    </w:p>
    <w:p w14:paraId="71FD68AC" w14:textId="5D41D2BB"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gdzie:</w:t>
      </w:r>
    </w:p>
    <w:p w14:paraId="6796654D" w14:textId="05400290"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b/>
          <w:bCs/>
          <w:sz w:val="20"/>
          <w:szCs w:val="20"/>
          <w:lang w:val="pl-PL"/>
        </w:rPr>
        <w:lastRenderedPageBreak/>
        <w:t>G_oferta</w:t>
      </w:r>
      <w:r w:rsidRPr="00D73412">
        <w:rPr>
          <w:rFonts w:ascii="Arial" w:hAnsi="Arial" w:cs="Arial"/>
          <w:sz w:val="20"/>
          <w:szCs w:val="20"/>
          <w:lang w:val="pl-PL"/>
        </w:rPr>
        <w:t xml:space="preserve"> – </w:t>
      </w:r>
      <w:r w:rsidR="00440AF2" w:rsidRPr="00D73412">
        <w:rPr>
          <w:rFonts w:ascii="Arial" w:hAnsi="Arial" w:cs="Arial"/>
          <w:sz w:val="20"/>
          <w:szCs w:val="20"/>
          <w:lang w:val="pl-PL"/>
        </w:rPr>
        <w:t>gwarantowany poziom dostępności zaoferowany w badanej Ofercie, przy czym wartość G_oferta nie może przekraczać 100%;</w:t>
      </w:r>
    </w:p>
    <w:p w14:paraId="4C294CAC" w14:textId="6D107F3C" w:rsidR="00E219A4" w:rsidRPr="00D73412" w:rsidRDefault="00B52B08" w:rsidP="00E219A4">
      <w:pPr>
        <w:spacing w:before="100" w:beforeAutospacing="1" w:after="100" w:afterAutospacing="1" w:line="240" w:lineRule="auto"/>
        <w:rPr>
          <w:rFonts w:ascii="Arial" w:hAnsi="Arial" w:cs="Arial"/>
          <w:sz w:val="20"/>
          <w:szCs w:val="20"/>
          <w:lang w:val="pl-PL"/>
        </w:rPr>
      </w:pPr>
      <w:r w:rsidRPr="00D73412">
        <w:rPr>
          <w:rFonts w:ascii="Arial" w:hAnsi="Arial" w:cs="Arial"/>
          <w:b/>
          <w:bCs/>
          <w:sz w:val="20"/>
          <w:szCs w:val="20"/>
          <w:lang w:val="pl-PL"/>
        </w:rPr>
        <w:t xml:space="preserve">G_min- </w:t>
      </w:r>
      <w:r w:rsidR="00E219A4" w:rsidRPr="00D73412">
        <w:rPr>
          <w:rFonts w:ascii="Arial" w:hAnsi="Arial" w:cs="Arial"/>
          <w:b/>
          <w:bCs/>
          <w:sz w:val="20"/>
          <w:szCs w:val="20"/>
          <w:lang w:val="pl-PL"/>
        </w:rPr>
        <w:t>98%</w:t>
      </w:r>
      <w:r w:rsidR="00E219A4" w:rsidRPr="00D73412">
        <w:rPr>
          <w:rFonts w:ascii="Arial" w:hAnsi="Arial" w:cs="Arial"/>
          <w:sz w:val="20"/>
          <w:szCs w:val="20"/>
          <w:lang w:val="pl-PL"/>
        </w:rPr>
        <w:t xml:space="preserve"> – minimalny wymagany poziom gwarantowanej dostępności;</w:t>
      </w:r>
    </w:p>
    <w:p w14:paraId="149FB50F" w14:textId="03AF0850" w:rsidR="00B52B08" w:rsidRPr="00D73412" w:rsidRDefault="00B52B08"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G_max – </w:t>
      </w:r>
      <w:r w:rsidR="00440AF2" w:rsidRPr="00D73412">
        <w:rPr>
          <w:rFonts w:ascii="Arial" w:hAnsi="Arial" w:cs="Arial"/>
          <w:sz w:val="20"/>
          <w:szCs w:val="20"/>
          <w:lang w:val="pl-PL"/>
        </w:rPr>
        <w:t>najwyższy gwarantowany poziom dostępności zaoferowany spośród Ofert niepodlegających odrzuceniu i podlegających ocenie.</w:t>
      </w:r>
    </w:p>
    <w:p w14:paraId="43E087B1" w14:textId="6CDE88CD"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Wynik ustala się w granicach od 0 do </w:t>
      </w:r>
      <w:r w:rsidR="00440AF2" w:rsidRPr="00D73412">
        <w:rPr>
          <w:rFonts w:ascii="Arial" w:hAnsi="Arial" w:cs="Arial"/>
          <w:sz w:val="20"/>
          <w:szCs w:val="20"/>
          <w:lang w:val="pl-PL"/>
        </w:rPr>
        <w:t>10</w:t>
      </w:r>
      <w:r w:rsidRPr="00D73412">
        <w:rPr>
          <w:rFonts w:ascii="Arial" w:hAnsi="Arial" w:cs="Arial"/>
          <w:sz w:val="20"/>
          <w:szCs w:val="20"/>
          <w:lang w:val="pl-PL"/>
        </w:rPr>
        <w:t xml:space="preserve"> punktów.</w:t>
      </w:r>
    </w:p>
    <w:p w14:paraId="30C1CCAA" w14:textId="052E2242" w:rsidR="00440AF2" w:rsidRPr="00D73412" w:rsidRDefault="00440AF2" w:rsidP="00440AF2">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Oferta, dla której </w:t>
      </w:r>
      <w:r w:rsidRPr="00D73412">
        <w:rPr>
          <w:rFonts w:ascii="Arial" w:hAnsi="Arial" w:cs="Arial"/>
          <w:b/>
          <w:bCs/>
          <w:sz w:val="20"/>
          <w:szCs w:val="20"/>
          <w:lang w:val="pl-PL"/>
        </w:rPr>
        <w:t>G_oferta = G_max</w:t>
      </w:r>
      <w:r w:rsidRPr="00D73412">
        <w:rPr>
          <w:rFonts w:ascii="Arial" w:hAnsi="Arial" w:cs="Arial"/>
          <w:sz w:val="20"/>
          <w:szCs w:val="20"/>
          <w:lang w:val="pl-PL"/>
        </w:rPr>
        <w:t>, otrzyma maksymalną liczbę 10 punktów. Pozostałe Oferty otrzymają liczbę punktów proporcjonalną do zaoferowanego poziomu gwarantowanej dostępności, zgodnie z powyższym wzorem.</w:t>
      </w:r>
    </w:p>
    <w:p w14:paraId="15D572D2" w14:textId="6F00F1E5" w:rsidR="00440AF2" w:rsidRDefault="00440AF2" w:rsidP="00440AF2">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Jeżeli </w:t>
      </w:r>
      <w:r w:rsidRPr="00D73412">
        <w:rPr>
          <w:rFonts w:ascii="Arial" w:hAnsi="Arial" w:cs="Arial"/>
          <w:b/>
          <w:bCs/>
          <w:sz w:val="20"/>
          <w:szCs w:val="20"/>
          <w:lang w:val="pl-PL"/>
        </w:rPr>
        <w:t>G_max = G_min</w:t>
      </w:r>
      <w:r w:rsidRPr="00D73412">
        <w:rPr>
          <w:rFonts w:ascii="Arial" w:hAnsi="Arial" w:cs="Arial"/>
          <w:sz w:val="20"/>
          <w:szCs w:val="20"/>
          <w:lang w:val="pl-PL"/>
        </w:rPr>
        <w:t>, wszystkie Oferty niepodlegające odrzuceniu i podlegające ocenie otrzymają w niniejszym podkryterium po 10 punktów.</w:t>
      </w:r>
    </w:p>
    <w:p w14:paraId="628713AE" w14:textId="0D6FA451" w:rsidR="00882759" w:rsidRPr="00DC63E7" w:rsidRDefault="00882759" w:rsidP="00DC63E7">
      <w:pPr>
        <w:spacing w:before="100" w:beforeAutospacing="1" w:after="100" w:afterAutospacing="1" w:line="240" w:lineRule="auto"/>
        <w:jc w:val="both"/>
        <w:rPr>
          <w:rFonts w:ascii="Arial" w:hAnsi="Arial" w:cs="Arial"/>
          <w:sz w:val="20"/>
          <w:szCs w:val="20"/>
          <w:lang w:val="pl-PL"/>
        </w:rPr>
      </w:pPr>
      <w:r w:rsidRPr="00DC63E7">
        <w:rPr>
          <w:rFonts w:ascii="Arial" w:hAnsi="Arial" w:cs="Arial"/>
          <w:sz w:val="20"/>
          <w:szCs w:val="20"/>
          <w:lang w:val="pl-PL"/>
        </w:rPr>
        <w:t xml:space="preserve">Potwierdzenie parametrów wskazanych przez Oferenta w odniesieniu do niniejszego kryterium powinno wynikać z </w:t>
      </w:r>
      <w:r w:rsidR="00DC63E7" w:rsidRPr="00DC63E7">
        <w:rPr>
          <w:rFonts w:ascii="Arial" w:hAnsi="Arial" w:cs="Arial"/>
          <w:sz w:val="20"/>
          <w:szCs w:val="20"/>
          <w:lang w:val="pl-PL"/>
        </w:rPr>
        <w:t>instrukcji obsługi</w:t>
      </w:r>
      <w:r w:rsidRPr="00DC63E7">
        <w:rPr>
          <w:rFonts w:ascii="Arial" w:hAnsi="Arial" w:cs="Arial"/>
          <w:sz w:val="20"/>
          <w:szCs w:val="20"/>
          <w:lang w:val="pl-PL"/>
        </w:rPr>
        <w:t>, dokumentacji gwarancyjnej lub karty katalogowej producenta – którą Oferent dołączy do Formularza Ofertowego.</w:t>
      </w:r>
      <w:r w:rsidR="00370997" w:rsidRPr="00DC63E7">
        <w:rPr>
          <w:rFonts w:ascii="Arial" w:hAnsi="Arial" w:cs="Arial"/>
          <w:sz w:val="20"/>
          <w:szCs w:val="20"/>
          <w:lang w:val="pl-PL"/>
        </w:rPr>
        <w:t xml:space="preserve"> W przypadku braku oznaczenia w dokumentacji producenta magazynu dopuszcza się formę oświadczenia. </w:t>
      </w:r>
    </w:p>
    <w:p w14:paraId="7C5C0662" w14:textId="41D67CFA" w:rsidR="00ED7410" w:rsidRPr="00D73412" w:rsidRDefault="00DC2253" w:rsidP="00ED7410">
      <w:pPr>
        <w:pStyle w:val="Akapitzlist"/>
        <w:numPr>
          <w:ilvl w:val="1"/>
          <w:numId w:val="17"/>
        </w:numPr>
        <w:spacing w:after="160" w:line="259" w:lineRule="auto"/>
        <w:ind w:left="1418"/>
        <w:jc w:val="both"/>
        <w:rPr>
          <w:rFonts w:ascii="Arial" w:hAnsi="Arial" w:cs="Arial"/>
          <w:b/>
          <w:bCs/>
          <w:sz w:val="20"/>
          <w:szCs w:val="20"/>
          <w:lang w:val="pl-PL"/>
        </w:rPr>
      </w:pPr>
      <w:r w:rsidRPr="00D73412">
        <w:rPr>
          <w:rFonts w:ascii="Arial" w:hAnsi="Arial" w:cs="Arial"/>
          <w:b/>
          <w:bCs/>
          <w:sz w:val="20"/>
          <w:szCs w:val="20"/>
          <w:lang w:val="pl-PL"/>
        </w:rPr>
        <w:t xml:space="preserve">Kryterium </w:t>
      </w:r>
      <w:r w:rsidR="00ED7410" w:rsidRPr="00D73412">
        <w:rPr>
          <w:rFonts w:ascii="Arial" w:hAnsi="Arial" w:cs="Arial"/>
          <w:b/>
          <w:bCs/>
          <w:sz w:val="20"/>
          <w:szCs w:val="20"/>
          <w:lang w:val="pl-PL"/>
        </w:rPr>
        <w:t>3</w:t>
      </w:r>
      <w:r w:rsidRPr="00D73412">
        <w:rPr>
          <w:rFonts w:ascii="Arial" w:hAnsi="Arial" w:cs="Arial"/>
          <w:b/>
          <w:bCs/>
          <w:sz w:val="20"/>
          <w:szCs w:val="20"/>
          <w:lang w:val="pl-PL"/>
        </w:rPr>
        <w:t xml:space="preserve"> </w:t>
      </w:r>
      <w:r w:rsidR="00ED7410" w:rsidRPr="00D73412">
        <w:rPr>
          <w:rFonts w:ascii="Arial" w:hAnsi="Arial" w:cs="Arial"/>
          <w:b/>
          <w:bCs/>
          <w:sz w:val="20"/>
          <w:szCs w:val="20"/>
          <w:lang w:val="pl-PL"/>
        </w:rPr>
        <w:t>- Harmonogram realizacji i terminowość wykonania - 20 punktów</w:t>
      </w:r>
    </w:p>
    <w:p w14:paraId="42E8EE53" w14:textId="69618A40" w:rsidR="00DE447D" w:rsidRPr="00D73412" w:rsidRDefault="00DE447D"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W ramach niniejszego kryterium oceniany będzie</w:t>
      </w:r>
      <w:r w:rsidR="003D3A5E" w:rsidRPr="00D73412">
        <w:rPr>
          <w:rFonts w:ascii="Arial" w:hAnsi="Arial" w:cs="Arial"/>
          <w:sz w:val="20"/>
          <w:szCs w:val="20"/>
          <w:lang w:val="pl-PL"/>
        </w:rPr>
        <w:t xml:space="preserve"> zaproponowany i wiąż</w:t>
      </w:r>
      <w:r w:rsidR="00781ADE" w:rsidRPr="00D73412">
        <w:rPr>
          <w:rFonts w:ascii="Arial" w:hAnsi="Arial" w:cs="Arial"/>
          <w:sz w:val="20"/>
          <w:szCs w:val="20"/>
          <w:lang w:val="pl-PL"/>
        </w:rPr>
        <w:t>ą</w:t>
      </w:r>
      <w:r w:rsidR="003D3A5E" w:rsidRPr="00D73412">
        <w:rPr>
          <w:rFonts w:ascii="Arial" w:hAnsi="Arial" w:cs="Arial"/>
          <w:sz w:val="20"/>
          <w:szCs w:val="20"/>
          <w:lang w:val="pl-PL"/>
        </w:rPr>
        <w:t>cy</w:t>
      </w:r>
      <w:r w:rsidRPr="00D73412">
        <w:rPr>
          <w:rFonts w:ascii="Arial" w:hAnsi="Arial" w:cs="Arial"/>
          <w:sz w:val="20"/>
          <w:szCs w:val="20"/>
          <w:lang w:val="pl-PL"/>
        </w:rPr>
        <w:t xml:space="preserve"> termin osiągnięcia przez Oferenta kamienia milowego „Completion of Works”</w:t>
      </w:r>
      <w:r w:rsidR="00E03247">
        <w:rPr>
          <w:rFonts w:ascii="Arial" w:hAnsi="Arial" w:cs="Arial"/>
          <w:sz w:val="20"/>
          <w:szCs w:val="20"/>
          <w:lang w:val="pl-PL"/>
        </w:rPr>
        <w:t xml:space="preserve"> </w:t>
      </w:r>
      <w:r w:rsidR="003D3A5E" w:rsidRPr="00D73412">
        <w:rPr>
          <w:rFonts w:ascii="Arial" w:hAnsi="Arial" w:cs="Arial"/>
          <w:sz w:val="20"/>
          <w:szCs w:val="20"/>
          <w:lang w:val="pl-PL"/>
        </w:rPr>
        <w:t>(zgodnie z definicją powyżej)</w:t>
      </w:r>
      <w:r w:rsidRPr="00D73412">
        <w:rPr>
          <w:rFonts w:ascii="Arial" w:hAnsi="Arial" w:cs="Arial"/>
          <w:sz w:val="20"/>
          <w:szCs w:val="20"/>
          <w:lang w:val="pl-PL"/>
        </w:rPr>
        <w:t>.</w:t>
      </w:r>
    </w:p>
    <w:p w14:paraId="051DE00C" w14:textId="4567730C" w:rsidR="00781ADE" w:rsidRPr="00D73412" w:rsidRDefault="00781ADE">
      <w:pPr>
        <w:spacing w:after="160" w:line="259" w:lineRule="auto"/>
        <w:jc w:val="both"/>
        <w:rPr>
          <w:rFonts w:ascii="Arial" w:hAnsi="Arial" w:cs="Arial"/>
          <w:sz w:val="20"/>
          <w:szCs w:val="20"/>
          <w:lang w:val="pl-PL"/>
        </w:rPr>
      </w:pPr>
      <w:r w:rsidRPr="00D73412">
        <w:rPr>
          <w:rFonts w:ascii="Arial" w:hAnsi="Arial" w:cs="Arial"/>
          <w:sz w:val="20"/>
          <w:szCs w:val="20"/>
          <w:lang w:val="pl-PL"/>
        </w:rPr>
        <w:t>Najpóźniejszy możliwy termin realizacji kamienia milowego „Comp</w:t>
      </w:r>
      <w:r w:rsidR="00F533BF" w:rsidRPr="00D73412">
        <w:rPr>
          <w:rFonts w:ascii="Arial" w:hAnsi="Arial" w:cs="Arial"/>
          <w:sz w:val="20"/>
          <w:szCs w:val="20"/>
          <w:lang w:val="pl-PL"/>
        </w:rPr>
        <w:t>le</w:t>
      </w:r>
      <w:r w:rsidRPr="00D73412">
        <w:rPr>
          <w:rFonts w:ascii="Arial" w:hAnsi="Arial" w:cs="Arial"/>
          <w:sz w:val="20"/>
          <w:szCs w:val="20"/>
          <w:lang w:val="pl-PL"/>
        </w:rPr>
        <w:t xml:space="preserve">tion of Works” przypada 30 kwietnia 2028 r. Oferta, w ramach której zaoferowano późniejszą datę realizacji tego kamienia milowego, zostanie uznana za niezgodną z wymaganiami Zapytania ofertowego i podlega odrzuceniu. </w:t>
      </w:r>
    </w:p>
    <w:p w14:paraId="2C3529E4" w14:textId="77777777" w:rsidR="00DE447D" w:rsidRPr="00D73412" w:rsidRDefault="00DE447D"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Punkty w niniejszym kryterium zostaną przyznane w następujący sposób:</w:t>
      </w:r>
    </w:p>
    <w:tbl>
      <w:tblPr>
        <w:tblStyle w:val="Tabela-Siatka"/>
        <w:tblW w:w="0" w:type="auto"/>
        <w:tblLook w:val="04A0" w:firstRow="1" w:lastRow="0" w:firstColumn="1" w:lastColumn="0" w:noHBand="0" w:noVBand="1"/>
      </w:tblPr>
      <w:tblGrid>
        <w:gridCol w:w="5524"/>
        <w:gridCol w:w="3106"/>
      </w:tblGrid>
      <w:tr w:rsidR="00DE447D" w:rsidRPr="00D73412" w14:paraId="1AAE06B1" w14:textId="77777777" w:rsidTr="00F533BF">
        <w:tc>
          <w:tcPr>
            <w:tcW w:w="5524" w:type="dxa"/>
          </w:tcPr>
          <w:p w14:paraId="13A6C74E" w14:textId="3B3E4B91" w:rsidR="00DE447D" w:rsidRPr="00D73412" w:rsidRDefault="00DE447D" w:rsidP="00F533BF">
            <w:pPr>
              <w:spacing w:after="160" w:line="259" w:lineRule="auto"/>
              <w:rPr>
                <w:rFonts w:ascii="Arial" w:hAnsi="Arial" w:cs="Arial"/>
                <w:b/>
                <w:bCs/>
                <w:sz w:val="20"/>
                <w:szCs w:val="20"/>
                <w:lang w:val="pl-PL"/>
              </w:rPr>
            </w:pPr>
            <w:r w:rsidRPr="00D73412">
              <w:rPr>
                <w:rFonts w:ascii="Arial" w:hAnsi="Arial" w:cs="Arial"/>
                <w:b/>
                <w:bCs/>
                <w:sz w:val="20"/>
                <w:szCs w:val="20"/>
                <w:lang w:val="pl-PL"/>
              </w:rPr>
              <w:t>Zaoferowany termin osiągnięcia Completion of Works</w:t>
            </w:r>
          </w:p>
        </w:tc>
        <w:tc>
          <w:tcPr>
            <w:tcW w:w="3106" w:type="dxa"/>
          </w:tcPr>
          <w:p w14:paraId="0038B615" w14:textId="00E95495" w:rsidR="00DE447D" w:rsidRPr="00D73412" w:rsidRDefault="00DE447D"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Liczba punktów</w:t>
            </w:r>
          </w:p>
        </w:tc>
      </w:tr>
      <w:tr w:rsidR="00DE447D" w:rsidRPr="00D73412" w14:paraId="1DBBAB17" w14:textId="77777777" w:rsidTr="00F533BF">
        <w:tc>
          <w:tcPr>
            <w:tcW w:w="5524" w:type="dxa"/>
          </w:tcPr>
          <w:p w14:paraId="31CB42AD" w14:textId="75A31C00" w:rsidR="00DE447D" w:rsidRPr="00D73412" w:rsidRDefault="00DE447D"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 xml:space="preserve">do </w:t>
            </w:r>
            <w:r w:rsidR="003D3A5E" w:rsidRPr="00D73412">
              <w:rPr>
                <w:rFonts w:ascii="Arial" w:hAnsi="Arial" w:cs="Arial"/>
                <w:b/>
                <w:bCs/>
                <w:sz w:val="20"/>
                <w:szCs w:val="20"/>
                <w:lang w:val="pl-PL"/>
              </w:rPr>
              <w:t>15</w:t>
            </w:r>
            <w:r w:rsidRPr="00D73412">
              <w:rPr>
                <w:rFonts w:ascii="Arial" w:hAnsi="Arial" w:cs="Arial"/>
                <w:b/>
                <w:bCs/>
                <w:sz w:val="20"/>
                <w:szCs w:val="20"/>
                <w:lang w:val="pl-PL"/>
              </w:rPr>
              <w:t xml:space="preserve"> kwietnia 2028 r. włącznie</w:t>
            </w:r>
          </w:p>
        </w:tc>
        <w:tc>
          <w:tcPr>
            <w:tcW w:w="3106" w:type="dxa"/>
          </w:tcPr>
          <w:p w14:paraId="5DC9B1ED" w14:textId="2367DED3" w:rsidR="00DE447D" w:rsidRPr="00D73412" w:rsidRDefault="00DE447D"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20</w:t>
            </w:r>
          </w:p>
        </w:tc>
      </w:tr>
      <w:tr w:rsidR="00781ADE" w:rsidRPr="00D73412" w14:paraId="5417D789" w14:textId="77777777" w:rsidTr="00DE447D">
        <w:tc>
          <w:tcPr>
            <w:tcW w:w="5524" w:type="dxa"/>
          </w:tcPr>
          <w:p w14:paraId="6BDA05FA" w14:textId="4D8AE289" w:rsidR="00781ADE" w:rsidRPr="00D73412" w:rsidRDefault="00710A99" w:rsidP="00781ADE">
            <w:pPr>
              <w:spacing w:after="160" w:line="259" w:lineRule="auto"/>
              <w:jc w:val="both"/>
              <w:rPr>
                <w:rFonts w:ascii="Arial" w:hAnsi="Arial" w:cs="Arial"/>
                <w:b/>
                <w:bCs/>
                <w:sz w:val="20"/>
                <w:szCs w:val="20"/>
                <w:lang w:val="pl-PL"/>
              </w:rPr>
            </w:pPr>
            <w:r>
              <w:rPr>
                <w:rFonts w:ascii="Arial" w:hAnsi="Arial" w:cs="Arial"/>
                <w:b/>
                <w:bCs/>
                <w:sz w:val="20"/>
                <w:szCs w:val="20"/>
                <w:lang w:val="pl-PL"/>
              </w:rPr>
              <w:t>od 16 kwietnia 2028 r. d</w:t>
            </w:r>
            <w:r w:rsidRPr="00D73412">
              <w:rPr>
                <w:rFonts w:ascii="Arial" w:hAnsi="Arial" w:cs="Arial"/>
                <w:b/>
                <w:bCs/>
                <w:sz w:val="20"/>
                <w:szCs w:val="20"/>
                <w:lang w:val="pl-PL"/>
              </w:rPr>
              <w:t xml:space="preserve">o </w:t>
            </w:r>
            <w:r w:rsidR="00781ADE" w:rsidRPr="00D73412">
              <w:rPr>
                <w:rFonts w:ascii="Arial" w:hAnsi="Arial" w:cs="Arial"/>
                <w:b/>
                <w:bCs/>
                <w:sz w:val="20"/>
                <w:szCs w:val="20"/>
                <w:lang w:val="pl-PL"/>
              </w:rPr>
              <w:t>30 kwietnia 2028 r. włącznie</w:t>
            </w:r>
          </w:p>
        </w:tc>
        <w:tc>
          <w:tcPr>
            <w:tcW w:w="3106" w:type="dxa"/>
          </w:tcPr>
          <w:p w14:paraId="262427CE" w14:textId="1E58D0E2" w:rsidR="00781ADE" w:rsidRPr="00D73412" w:rsidRDefault="00781ADE" w:rsidP="00781ADE">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0</w:t>
            </w:r>
          </w:p>
        </w:tc>
      </w:tr>
      <w:tr w:rsidR="00DE447D" w:rsidRPr="00D73412" w14:paraId="21F82956" w14:textId="77777777" w:rsidTr="00F533BF">
        <w:tc>
          <w:tcPr>
            <w:tcW w:w="5524" w:type="dxa"/>
          </w:tcPr>
          <w:p w14:paraId="0DD4BB54" w14:textId="52B90611" w:rsidR="00DE447D" w:rsidRPr="00D73412" w:rsidRDefault="00781ADE"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 xml:space="preserve">1 maja 2028 r. lub później </w:t>
            </w:r>
          </w:p>
        </w:tc>
        <w:tc>
          <w:tcPr>
            <w:tcW w:w="3106" w:type="dxa"/>
          </w:tcPr>
          <w:p w14:paraId="35233013" w14:textId="316B7AB1" w:rsidR="00DE447D" w:rsidRPr="00D73412" w:rsidRDefault="00781ADE"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oferta podlega odrzuceniu</w:t>
            </w:r>
          </w:p>
        </w:tc>
      </w:tr>
    </w:tbl>
    <w:p w14:paraId="2AA8A335" w14:textId="77777777" w:rsidR="00ED7410" w:rsidRPr="00D73412" w:rsidRDefault="00ED7410" w:rsidP="00F533BF">
      <w:pPr>
        <w:spacing w:after="160" w:line="259" w:lineRule="auto"/>
        <w:jc w:val="both"/>
        <w:rPr>
          <w:rFonts w:ascii="Arial" w:hAnsi="Arial" w:cs="Arial"/>
          <w:b/>
          <w:bCs/>
          <w:sz w:val="20"/>
          <w:szCs w:val="20"/>
          <w:lang w:val="pl-PL"/>
        </w:rPr>
      </w:pPr>
    </w:p>
    <w:p w14:paraId="1F54E45D" w14:textId="032027DA" w:rsidR="00DE447D" w:rsidRPr="00D73412" w:rsidRDefault="00DE447D" w:rsidP="00993E0F">
      <w:pPr>
        <w:jc w:val="both"/>
        <w:rPr>
          <w:rFonts w:ascii="Arial" w:hAnsi="Arial" w:cs="Arial"/>
          <w:sz w:val="20"/>
          <w:szCs w:val="20"/>
          <w:lang w:val="pl-PL"/>
        </w:rPr>
      </w:pPr>
      <w:r w:rsidRPr="00D73412">
        <w:rPr>
          <w:rFonts w:ascii="Arial" w:hAnsi="Arial" w:cs="Arial"/>
          <w:sz w:val="20"/>
          <w:szCs w:val="20"/>
          <w:lang w:val="pl-PL"/>
        </w:rPr>
        <w:t>Maksymalna liczba punktów możliwa do uzyskania w niniejszym kryterium wynosi 20 punktów.</w:t>
      </w:r>
    </w:p>
    <w:p w14:paraId="64B696F2" w14:textId="7C0F5542" w:rsidR="00DE447D" w:rsidRPr="00D73412" w:rsidRDefault="00DE447D" w:rsidP="00993E0F">
      <w:pPr>
        <w:jc w:val="both"/>
        <w:rPr>
          <w:rFonts w:ascii="Arial" w:hAnsi="Arial" w:cs="Arial"/>
          <w:sz w:val="20"/>
          <w:szCs w:val="20"/>
          <w:lang w:val="pl-PL"/>
        </w:rPr>
      </w:pPr>
      <w:r w:rsidRPr="00D73412">
        <w:rPr>
          <w:rFonts w:ascii="Arial" w:hAnsi="Arial" w:cs="Arial"/>
          <w:sz w:val="20"/>
          <w:szCs w:val="20"/>
          <w:lang w:val="pl-PL"/>
        </w:rPr>
        <w:t xml:space="preserve">Termin osiągnięcia kamienia milowego </w:t>
      </w:r>
      <w:r w:rsidR="00781ADE" w:rsidRPr="00D73412">
        <w:rPr>
          <w:rFonts w:ascii="Arial" w:hAnsi="Arial" w:cs="Arial"/>
          <w:sz w:val="20"/>
          <w:szCs w:val="20"/>
          <w:lang w:val="pl-PL"/>
        </w:rPr>
        <w:t>„</w:t>
      </w:r>
      <w:r w:rsidRPr="00D73412">
        <w:rPr>
          <w:rFonts w:ascii="Arial" w:hAnsi="Arial" w:cs="Arial"/>
          <w:sz w:val="20"/>
          <w:szCs w:val="20"/>
          <w:lang w:val="pl-PL"/>
        </w:rPr>
        <w:t>Completion of Works</w:t>
      </w:r>
      <w:r w:rsidR="00781ADE" w:rsidRPr="00D73412">
        <w:rPr>
          <w:rFonts w:ascii="Arial" w:hAnsi="Arial" w:cs="Arial"/>
          <w:sz w:val="20"/>
          <w:szCs w:val="20"/>
          <w:lang w:val="pl-PL"/>
        </w:rPr>
        <w:t>”,</w:t>
      </w:r>
      <w:r w:rsidRPr="00D73412">
        <w:rPr>
          <w:rFonts w:ascii="Arial" w:hAnsi="Arial" w:cs="Arial"/>
          <w:sz w:val="20"/>
          <w:szCs w:val="20"/>
          <w:lang w:val="pl-PL"/>
        </w:rPr>
        <w:t xml:space="preserve"> wskazany przez Oferenta w Ofercie</w:t>
      </w:r>
      <w:r w:rsidR="00781ADE" w:rsidRPr="00D73412">
        <w:rPr>
          <w:rFonts w:ascii="Arial" w:hAnsi="Arial" w:cs="Arial"/>
          <w:sz w:val="20"/>
          <w:szCs w:val="20"/>
          <w:lang w:val="pl-PL"/>
        </w:rPr>
        <w:t>,</w:t>
      </w:r>
      <w:r w:rsidRPr="00D73412">
        <w:rPr>
          <w:rFonts w:ascii="Arial" w:hAnsi="Arial" w:cs="Arial"/>
          <w:sz w:val="20"/>
          <w:szCs w:val="20"/>
          <w:lang w:val="pl-PL"/>
        </w:rPr>
        <w:t xml:space="preserve"> będzie dla niego wiążący. W przypadku zaoferowania terminu wcześniejszego niż termin określony w harmonogramie, zaoferowany termin zostanie uwzględniony w Umowie EPC jako wiążący termin kontraktowy.</w:t>
      </w:r>
    </w:p>
    <w:p w14:paraId="683FF90D" w14:textId="2AE36A7C" w:rsidR="00DE447D" w:rsidRPr="00D73412" w:rsidRDefault="00575872" w:rsidP="00575872">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Kryterium 4 - Okres gwarancji jakości na Roboty - 10 punktów</w:t>
      </w:r>
    </w:p>
    <w:p w14:paraId="6F041910" w14:textId="7AC1DB84"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lastRenderedPageBreak/>
        <w:t>W ramach niniejszego kryterium oceniany będzie okres gwarancji jakości na Roboty</w:t>
      </w:r>
      <w:r w:rsidR="00E945DB" w:rsidRPr="00D73412">
        <w:rPr>
          <w:rFonts w:ascii="Arial" w:hAnsi="Arial" w:cs="Arial"/>
          <w:sz w:val="20"/>
          <w:szCs w:val="20"/>
          <w:lang w:val="pl-PL"/>
        </w:rPr>
        <w:t xml:space="preserve"> zaoferowany przez Oferenta</w:t>
      </w:r>
      <w:r w:rsidRPr="00D73412">
        <w:rPr>
          <w:rFonts w:ascii="Arial" w:hAnsi="Arial" w:cs="Arial"/>
          <w:sz w:val="20"/>
          <w:szCs w:val="20"/>
          <w:lang w:val="pl-PL"/>
        </w:rPr>
        <w:t>.</w:t>
      </w:r>
    </w:p>
    <w:p w14:paraId="2B67074C" w14:textId="28173636"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Oferent zobowiązany jest wskazać w Ofercie okres gwarancji jakości na Roboty, wyrażony w pełnych miesiącach.</w:t>
      </w:r>
    </w:p>
    <w:p w14:paraId="6934D382" w14:textId="457B9C1B" w:rsidR="00575872" w:rsidRPr="00D73412" w:rsidRDefault="00575872" w:rsidP="00575872">
      <w:pPr>
        <w:jc w:val="both"/>
        <w:rPr>
          <w:rFonts w:ascii="Arial" w:hAnsi="Arial" w:cs="Arial"/>
          <w:b/>
          <w:bCs/>
          <w:sz w:val="20"/>
          <w:szCs w:val="20"/>
          <w:lang w:val="pl-PL"/>
        </w:rPr>
      </w:pPr>
      <w:r w:rsidRPr="00D73412">
        <w:rPr>
          <w:rFonts w:ascii="Arial" w:hAnsi="Arial" w:cs="Arial"/>
          <w:b/>
          <w:bCs/>
          <w:sz w:val="20"/>
          <w:szCs w:val="20"/>
          <w:lang w:val="pl-PL"/>
        </w:rPr>
        <w:t>Minimalny wymagany okres gwarancji jakości na Roboty wynosi 36 miesięcy.</w:t>
      </w:r>
    </w:p>
    <w:p w14:paraId="4BD7B0E3" w14:textId="0A3CC94D"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Oferta, w której zaoferowano okres gwarancji jakości na Roboty krótszy niż 36 miesięcy, zostanie uznana za niezgodną z wymaganiami Zapytania ofertowego i podlega odrzuceniu.</w:t>
      </w:r>
    </w:p>
    <w:p w14:paraId="0AD4E712" w14:textId="3F30D1C3"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Zaoferowanie okresu gwarancji wynoszącego dokładnie 36 miesięcy oznacza spełnienie minimalnego wymagania, jednak nie skutkuje przyznaniem punktów w ramach niniejszego kryterium.</w:t>
      </w:r>
    </w:p>
    <w:p w14:paraId="41023DB0" w14:textId="22322EFE" w:rsidR="00575872" w:rsidRPr="00D73412" w:rsidRDefault="00575872" w:rsidP="00575872">
      <w:pPr>
        <w:jc w:val="both"/>
        <w:rPr>
          <w:rFonts w:ascii="Arial" w:hAnsi="Arial" w:cs="Arial"/>
          <w:b/>
          <w:bCs/>
          <w:sz w:val="20"/>
          <w:szCs w:val="20"/>
          <w:lang w:val="pl-PL"/>
        </w:rPr>
      </w:pPr>
      <w:r w:rsidRPr="00D73412">
        <w:rPr>
          <w:rFonts w:ascii="Arial" w:hAnsi="Arial" w:cs="Arial"/>
          <w:b/>
          <w:bCs/>
          <w:sz w:val="20"/>
          <w:szCs w:val="20"/>
          <w:lang w:val="pl-PL"/>
        </w:rPr>
        <w:t>Sposób obliczenia punktów</w:t>
      </w:r>
    </w:p>
    <w:p w14:paraId="7D6977F5" w14:textId="3496FA39"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Dla Ofert, w których zaoferowany okres gwarancji jakości na Roboty wynosi co najmniej 36 miesięcy, liczba punktów zostanie obliczona według wzoru:</w:t>
      </w:r>
    </w:p>
    <w:p w14:paraId="788DA8BA" w14:textId="585C38C5"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GR</w:t>
      </w:r>
      <w:r w:rsidRPr="00D73412">
        <w:rPr>
          <w:rFonts w:ascii="Arial" w:hAnsi="Arial" w:cs="Arial"/>
          <w:sz w:val="20"/>
          <w:szCs w:val="20"/>
          <w:lang w:val="pl-PL"/>
        </w:rPr>
        <w:t xml:space="preserve"> = ((MRi – 36)/(60 – 36)) × 10</w:t>
      </w:r>
    </w:p>
    <w:p w14:paraId="1EDA0331" w14:textId="01B950DD"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gdzie:</w:t>
      </w:r>
    </w:p>
    <w:p w14:paraId="599D9ED6" w14:textId="46B20C02"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GR</w:t>
      </w:r>
      <w:r w:rsidRPr="00D73412">
        <w:rPr>
          <w:rFonts w:ascii="Arial" w:hAnsi="Arial" w:cs="Arial"/>
          <w:sz w:val="20"/>
          <w:szCs w:val="20"/>
          <w:lang w:val="pl-PL"/>
        </w:rPr>
        <w:t xml:space="preserve"> - liczba punktów przyznanych badanej Ofercie w kryterium „Okres gwarancji jakości na Roboty”;</w:t>
      </w:r>
    </w:p>
    <w:p w14:paraId="452D2B3A" w14:textId="1C79A17B"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MRi</w:t>
      </w:r>
      <w:r w:rsidRPr="00D73412">
        <w:rPr>
          <w:rFonts w:ascii="Arial" w:hAnsi="Arial" w:cs="Arial"/>
          <w:sz w:val="20"/>
          <w:szCs w:val="20"/>
          <w:lang w:val="pl-PL"/>
        </w:rPr>
        <w:t xml:space="preserve"> - zaoferowany w badanej Ofercie okres gwarancji jakości na Roboty, wyrażony w pełnych miesiącach;</w:t>
      </w:r>
    </w:p>
    <w:p w14:paraId="6361198E" w14:textId="0D2B95C5"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36</w:t>
      </w:r>
      <w:r w:rsidRPr="00D73412">
        <w:rPr>
          <w:rFonts w:ascii="Arial" w:hAnsi="Arial" w:cs="Arial"/>
          <w:sz w:val="20"/>
          <w:szCs w:val="20"/>
          <w:lang w:val="pl-PL"/>
        </w:rPr>
        <w:t xml:space="preserve"> - minimalny wymagany okres gwarancji jakości na Roboty, wyrażony w miesiącach;</w:t>
      </w:r>
    </w:p>
    <w:p w14:paraId="683FA10E" w14:textId="6DE2D433"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60</w:t>
      </w:r>
      <w:r w:rsidRPr="00D73412">
        <w:rPr>
          <w:rFonts w:ascii="Arial" w:hAnsi="Arial" w:cs="Arial"/>
          <w:sz w:val="20"/>
          <w:szCs w:val="20"/>
          <w:lang w:val="pl-PL"/>
        </w:rPr>
        <w:t xml:space="preserve"> - okres gwarancji jakości na Roboty, przy który przyznawana jest maksymalna liczba punktów.</w:t>
      </w:r>
    </w:p>
    <w:p w14:paraId="1F982C82" w14:textId="2952240A"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Wynik ustala się w granicach od 0 do 10 punktów.</w:t>
      </w:r>
    </w:p>
    <w:p w14:paraId="04C8E07E" w14:textId="7A0F5FC5"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Oferta, w której zaoferowano okres gwarancji jakości na Roboty wynoszący 60 miesięcy lub dłuższy, otrzyma maksymaln</w:t>
      </w:r>
      <w:r w:rsidR="00E945DB" w:rsidRPr="00D73412">
        <w:rPr>
          <w:rFonts w:ascii="Arial" w:hAnsi="Arial" w:cs="Arial"/>
          <w:sz w:val="20"/>
          <w:szCs w:val="20"/>
          <w:lang w:val="pl-PL"/>
        </w:rPr>
        <w:t>ie</w:t>
      </w:r>
      <w:r w:rsidRPr="00D73412">
        <w:rPr>
          <w:rFonts w:ascii="Arial" w:hAnsi="Arial" w:cs="Arial"/>
          <w:sz w:val="20"/>
          <w:szCs w:val="20"/>
          <w:lang w:val="pl-PL"/>
        </w:rPr>
        <w:t xml:space="preserve"> 10 punktów. Zaoferowanie okresu gwarancji dłuższego niż 60 miesięcy nie skutkuje przyznaniem dodatkowych punktów ponad maksymalną liczbę punktów przewidzianą dla niniejszego kryterium.</w:t>
      </w:r>
    </w:p>
    <w:p w14:paraId="2F3B591F" w14:textId="74D5B5DE" w:rsidR="00DC2253" w:rsidRPr="00D73412" w:rsidRDefault="00DC2253" w:rsidP="00F533BF">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Łączna punktacja badanej Oferty (P) zostanie obliczona według wzoru:</w:t>
      </w:r>
    </w:p>
    <w:p w14:paraId="1629683E" w14:textId="483BADAC" w:rsidR="00575872" w:rsidRPr="00D73412" w:rsidRDefault="00575872" w:rsidP="00F533BF">
      <w:pPr>
        <w:spacing w:after="160" w:line="259" w:lineRule="auto"/>
        <w:jc w:val="center"/>
        <w:rPr>
          <w:rFonts w:ascii="Arial" w:hAnsi="Arial" w:cs="Arial"/>
          <w:b/>
          <w:sz w:val="20"/>
          <w:szCs w:val="20"/>
          <w:lang w:val="pl-PL"/>
        </w:rPr>
      </w:pPr>
      <w:r w:rsidRPr="00D73412">
        <w:rPr>
          <w:rFonts w:ascii="Arial" w:hAnsi="Arial" w:cs="Arial"/>
          <w:b/>
          <w:sz w:val="20"/>
          <w:szCs w:val="20"/>
          <w:lang w:val="pl-PL"/>
        </w:rPr>
        <w:t xml:space="preserve">P = C + </w:t>
      </w:r>
      <w:r w:rsidR="00E945DB" w:rsidRPr="00D73412">
        <w:rPr>
          <w:rFonts w:ascii="Arial" w:hAnsi="Arial" w:cs="Arial"/>
          <w:b/>
          <w:sz w:val="20"/>
          <w:szCs w:val="20"/>
          <w:lang w:val="pl-PL"/>
        </w:rPr>
        <w:t>ST</w:t>
      </w:r>
      <w:r w:rsidRPr="00D73412">
        <w:rPr>
          <w:rFonts w:ascii="Arial" w:hAnsi="Arial" w:cs="Arial"/>
          <w:b/>
          <w:sz w:val="20"/>
          <w:szCs w:val="20"/>
          <w:lang w:val="pl-PL"/>
        </w:rPr>
        <w:t xml:space="preserve"> + H + GR</w:t>
      </w:r>
    </w:p>
    <w:p w14:paraId="3543BA42" w14:textId="77777777" w:rsidR="00575872" w:rsidRPr="00D73412" w:rsidRDefault="00575872" w:rsidP="00575872">
      <w:pPr>
        <w:spacing w:after="160" w:line="259" w:lineRule="auto"/>
        <w:jc w:val="both"/>
        <w:rPr>
          <w:rFonts w:ascii="Arial" w:hAnsi="Arial" w:cs="Arial"/>
          <w:b/>
          <w:sz w:val="20"/>
          <w:szCs w:val="20"/>
          <w:lang w:val="pl-PL"/>
        </w:rPr>
      </w:pPr>
      <w:r w:rsidRPr="00D73412">
        <w:rPr>
          <w:rFonts w:ascii="Arial" w:hAnsi="Arial" w:cs="Arial"/>
          <w:b/>
          <w:sz w:val="20"/>
          <w:szCs w:val="20"/>
          <w:lang w:val="pl-PL"/>
        </w:rPr>
        <w:t>gdzie:</w:t>
      </w:r>
    </w:p>
    <w:p w14:paraId="50D43867" w14:textId="50FFD40B" w:rsidR="00575872" w:rsidRPr="00D73412" w:rsidRDefault="00575872" w:rsidP="00F533BF">
      <w:pPr>
        <w:spacing w:after="160" w:line="259" w:lineRule="auto"/>
        <w:jc w:val="both"/>
        <w:rPr>
          <w:rFonts w:ascii="Arial" w:hAnsi="Arial" w:cs="Arial"/>
          <w:b/>
          <w:sz w:val="20"/>
          <w:szCs w:val="20"/>
          <w:lang w:val="pl-PL"/>
        </w:rPr>
      </w:pPr>
      <w:r w:rsidRPr="00D73412">
        <w:rPr>
          <w:rFonts w:ascii="Arial" w:hAnsi="Arial" w:cs="Arial"/>
          <w:b/>
          <w:sz w:val="20"/>
          <w:szCs w:val="20"/>
          <w:lang w:val="pl-PL"/>
        </w:rPr>
        <w:t xml:space="preserve">C - </w:t>
      </w:r>
      <w:r w:rsidRPr="00D73412">
        <w:rPr>
          <w:rFonts w:ascii="Arial" w:hAnsi="Arial" w:cs="Arial"/>
          <w:bCs/>
          <w:sz w:val="20"/>
          <w:szCs w:val="20"/>
          <w:lang w:val="pl-PL"/>
        </w:rPr>
        <w:t>liczba punktów uzyskanych w kryterium „Cena Oferty Netto” - maksymalnie 45 punktów;</w:t>
      </w:r>
    </w:p>
    <w:p w14:paraId="16642D89" w14:textId="0F15D891" w:rsidR="00575872" w:rsidRPr="00D73412" w:rsidRDefault="00E945DB" w:rsidP="00F533BF">
      <w:pPr>
        <w:spacing w:after="160" w:line="259" w:lineRule="auto"/>
        <w:jc w:val="both"/>
        <w:rPr>
          <w:rFonts w:ascii="Arial" w:hAnsi="Arial" w:cs="Arial"/>
          <w:bCs/>
          <w:sz w:val="20"/>
          <w:szCs w:val="20"/>
          <w:lang w:val="pl-PL"/>
        </w:rPr>
      </w:pPr>
      <w:r w:rsidRPr="00D73412">
        <w:rPr>
          <w:rFonts w:ascii="Arial" w:hAnsi="Arial" w:cs="Arial"/>
          <w:b/>
          <w:sz w:val="20"/>
          <w:szCs w:val="20"/>
          <w:lang w:val="pl-PL"/>
        </w:rPr>
        <w:t>ST</w:t>
      </w:r>
      <w:r w:rsidR="00575872" w:rsidRPr="00D73412">
        <w:rPr>
          <w:rFonts w:ascii="Arial" w:hAnsi="Arial" w:cs="Arial"/>
          <w:b/>
          <w:sz w:val="20"/>
          <w:szCs w:val="20"/>
          <w:lang w:val="pl-PL"/>
        </w:rPr>
        <w:t xml:space="preserve"> - </w:t>
      </w:r>
      <w:r w:rsidR="00575872" w:rsidRPr="00D73412">
        <w:rPr>
          <w:rFonts w:ascii="Arial" w:hAnsi="Arial" w:cs="Arial"/>
          <w:bCs/>
          <w:sz w:val="20"/>
          <w:szCs w:val="20"/>
          <w:lang w:val="pl-PL"/>
        </w:rPr>
        <w:t>liczba punktów uzyskanych w kryterium „</w:t>
      </w:r>
      <w:r w:rsidRPr="00D73412">
        <w:rPr>
          <w:rFonts w:ascii="Arial" w:hAnsi="Arial" w:cs="Arial"/>
          <w:bCs/>
          <w:sz w:val="20"/>
          <w:szCs w:val="20"/>
          <w:lang w:val="pl-PL"/>
        </w:rPr>
        <w:t>Specyfikacja Techniczna</w:t>
      </w:r>
      <w:r w:rsidR="00575872" w:rsidRPr="00D73412">
        <w:rPr>
          <w:rFonts w:ascii="Arial" w:hAnsi="Arial" w:cs="Arial"/>
          <w:bCs/>
          <w:sz w:val="20"/>
          <w:szCs w:val="20"/>
          <w:lang w:val="pl-PL"/>
        </w:rPr>
        <w:t>” - maksymalnie 25 punktów;</w:t>
      </w:r>
    </w:p>
    <w:p w14:paraId="02B6BBF5" w14:textId="7E1B099E" w:rsidR="00575872" w:rsidRPr="00D73412" w:rsidRDefault="00575872" w:rsidP="00F533BF">
      <w:pPr>
        <w:spacing w:after="160" w:line="259" w:lineRule="auto"/>
        <w:jc w:val="both"/>
        <w:rPr>
          <w:rFonts w:ascii="Arial" w:hAnsi="Arial" w:cs="Arial"/>
          <w:bCs/>
          <w:sz w:val="20"/>
          <w:szCs w:val="20"/>
          <w:lang w:val="pl-PL"/>
        </w:rPr>
      </w:pPr>
      <w:r w:rsidRPr="00D73412">
        <w:rPr>
          <w:rFonts w:ascii="Arial" w:hAnsi="Arial" w:cs="Arial"/>
          <w:b/>
          <w:sz w:val="20"/>
          <w:szCs w:val="20"/>
          <w:lang w:val="pl-PL"/>
        </w:rPr>
        <w:lastRenderedPageBreak/>
        <w:t>H</w:t>
      </w:r>
      <w:r w:rsidRPr="00D73412">
        <w:rPr>
          <w:rFonts w:ascii="Arial" w:hAnsi="Arial" w:cs="Arial"/>
          <w:bCs/>
          <w:sz w:val="20"/>
          <w:szCs w:val="20"/>
          <w:lang w:val="pl-PL"/>
        </w:rPr>
        <w:t xml:space="preserve"> - liczba punktów uzyskanych w kryterium „Harmonogram realizacji i terminowość wykonania” - maksymalnie 20 punktów;</w:t>
      </w:r>
    </w:p>
    <w:p w14:paraId="615F0975" w14:textId="329E5C53" w:rsidR="00575872" w:rsidRPr="00D73412" w:rsidRDefault="00575872" w:rsidP="00F533BF">
      <w:pPr>
        <w:spacing w:after="160" w:line="259" w:lineRule="auto"/>
        <w:jc w:val="both"/>
        <w:rPr>
          <w:rFonts w:ascii="Arial" w:hAnsi="Arial" w:cs="Arial"/>
          <w:bCs/>
          <w:sz w:val="20"/>
          <w:szCs w:val="20"/>
          <w:lang w:val="pl-PL"/>
        </w:rPr>
      </w:pPr>
      <w:r w:rsidRPr="00D73412">
        <w:rPr>
          <w:rFonts w:ascii="Arial" w:hAnsi="Arial" w:cs="Arial"/>
          <w:b/>
          <w:sz w:val="20"/>
          <w:szCs w:val="20"/>
          <w:lang w:val="pl-PL"/>
        </w:rPr>
        <w:t xml:space="preserve">GR - </w:t>
      </w:r>
      <w:r w:rsidRPr="00D73412">
        <w:rPr>
          <w:rFonts w:ascii="Arial" w:hAnsi="Arial" w:cs="Arial"/>
          <w:bCs/>
          <w:sz w:val="20"/>
          <w:szCs w:val="20"/>
          <w:lang w:val="pl-PL"/>
        </w:rPr>
        <w:t>liczba punktów uzyskanych w kryterium „Okres gwarancji jakości na Roboty” -</w:t>
      </w:r>
      <w:r w:rsidR="009773F7" w:rsidRPr="00D73412">
        <w:rPr>
          <w:rFonts w:ascii="Arial" w:hAnsi="Arial" w:cs="Arial"/>
          <w:bCs/>
          <w:sz w:val="20"/>
          <w:szCs w:val="20"/>
          <w:lang w:val="pl-PL"/>
        </w:rPr>
        <w:t xml:space="preserve"> </w:t>
      </w:r>
      <w:r w:rsidRPr="00D73412">
        <w:rPr>
          <w:rFonts w:ascii="Arial" w:hAnsi="Arial" w:cs="Arial"/>
          <w:bCs/>
          <w:sz w:val="20"/>
          <w:szCs w:val="20"/>
          <w:lang w:val="pl-PL"/>
        </w:rPr>
        <w:t>maksymalnie 10 punktów.</w:t>
      </w:r>
    </w:p>
    <w:p w14:paraId="3BEA9510" w14:textId="5421E075" w:rsidR="00575872" w:rsidRPr="00D73412" w:rsidRDefault="00575872" w:rsidP="00F533BF">
      <w:pPr>
        <w:spacing w:after="160" w:line="259" w:lineRule="auto"/>
        <w:jc w:val="both"/>
        <w:rPr>
          <w:rFonts w:ascii="Arial" w:hAnsi="Arial" w:cs="Arial"/>
          <w:b/>
          <w:sz w:val="20"/>
          <w:szCs w:val="20"/>
          <w:lang w:val="pl-PL"/>
        </w:rPr>
      </w:pPr>
      <w:r w:rsidRPr="00D73412">
        <w:rPr>
          <w:rFonts w:ascii="Arial" w:hAnsi="Arial" w:cs="Arial"/>
          <w:b/>
          <w:sz w:val="20"/>
          <w:szCs w:val="20"/>
          <w:lang w:val="pl-PL"/>
        </w:rPr>
        <w:t>Maksymalna łączna liczba punktów możliwa do uzyskania przez Ofertę wynosi 100 punktów.</w:t>
      </w:r>
    </w:p>
    <w:p w14:paraId="10BFB9EE" w14:textId="32ACC1AB" w:rsidR="009773F7" w:rsidRPr="00D73412" w:rsidRDefault="00DC2253" w:rsidP="00F533BF">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Wszystkie obliczenia będą dokonywane z dokładnością do dwóch miejsc po przecinku. Za najkorzystniejszą zostanie uznana Oferta, która uzyska najwyższą łączną liczbę punktów.</w:t>
      </w:r>
    </w:p>
    <w:p w14:paraId="685A92F4" w14:textId="0DE03218" w:rsidR="00782FE9" w:rsidRPr="00D73412" w:rsidRDefault="009773F7" w:rsidP="00164E3A">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 przypadku</w:t>
      </w:r>
      <w:r w:rsidR="00F533BF" w:rsidRPr="00D73412">
        <w:rPr>
          <w:rFonts w:ascii="Arial" w:hAnsi="Arial" w:cs="Arial"/>
          <w:sz w:val="20"/>
          <w:szCs w:val="20"/>
          <w:lang w:val="pl-PL"/>
        </w:rPr>
        <w:t>,</w:t>
      </w:r>
      <w:r w:rsidRPr="00D73412">
        <w:rPr>
          <w:rFonts w:ascii="Arial" w:hAnsi="Arial" w:cs="Arial"/>
          <w:sz w:val="20"/>
          <w:szCs w:val="20"/>
          <w:lang w:val="pl-PL"/>
        </w:rPr>
        <w:t xml:space="preserve"> gdy dwie lub więcej Ofert uzyska tę samą najwyższą łączną liczbę punktów, za najkorzystniejszą zostanie uznana Oferta z najniższą Ceną Oferty Netto. Jeżeli dwie lub więcej Ofert uzyska tę samą najwyższą łączną liczbę punktów oraz zaoferuje taką samą najniższą Cenę Oferty Netto, Zamawiający wezwie Oferentów, którzy złożyli te Oferty, do złożenia ofert dodatkowych w zakresie ceny. Cena zaoferowana w ofercie dodatkowej nie może być wyższa od Ceny Oferty Netto zaoferowanej pierwotnie. Za najkorzystniejszą spośród ofert dodatkowych zostanie uznana oferta zawierająca najniższą Cenę Oferty Netto.</w:t>
      </w:r>
    </w:p>
    <w:p w14:paraId="473AB02C" w14:textId="374A9FA6" w:rsidR="00782FE9" w:rsidRPr="00D73412" w:rsidRDefault="00C35AAF" w:rsidP="00724506">
      <w:pPr>
        <w:pStyle w:val="Nagwek1"/>
        <w:numPr>
          <w:ilvl w:val="0"/>
          <w:numId w:val="17"/>
        </w:numPr>
        <w:spacing w:line="360" w:lineRule="auto"/>
        <w:ind w:left="426"/>
        <w:rPr>
          <w:rFonts w:ascii="Arial" w:hAnsi="Arial" w:cs="Arial"/>
          <w:sz w:val="20"/>
          <w:szCs w:val="20"/>
          <w:lang w:val="pl-PL"/>
        </w:rPr>
      </w:pPr>
      <w:r w:rsidRPr="00D73412">
        <w:rPr>
          <w:rFonts w:ascii="Arial" w:hAnsi="Arial" w:cs="Arial"/>
          <w:sz w:val="20"/>
          <w:szCs w:val="20"/>
          <w:lang w:val="pl-PL"/>
        </w:rPr>
        <w:t>SPOSÓB POROZUMIEWANIA SIĘ Z OFERENTAMI</w:t>
      </w:r>
    </w:p>
    <w:p w14:paraId="650ED588" w14:textId="68B28252" w:rsidR="00C35AAF" w:rsidRPr="00D73412"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Poza wskazanymi w zapytaniu ofertowym przypadkami kontakt </w:t>
      </w:r>
      <w:r w:rsidR="0024155E" w:rsidRPr="00D73412">
        <w:rPr>
          <w:rFonts w:ascii="Arial" w:hAnsi="Arial" w:cs="Arial"/>
          <w:sz w:val="20"/>
          <w:szCs w:val="20"/>
          <w:lang w:val="pl-PL"/>
        </w:rPr>
        <w:t>o</w:t>
      </w:r>
      <w:r w:rsidRPr="00D73412">
        <w:rPr>
          <w:rFonts w:ascii="Arial" w:hAnsi="Arial" w:cs="Arial"/>
          <w:sz w:val="20"/>
          <w:szCs w:val="20"/>
          <w:lang w:val="pl-PL"/>
        </w:rPr>
        <w:t xml:space="preserve">ferenta z Zamawiającym odbywa się poprzez Bazę Konkurencyjności. </w:t>
      </w:r>
    </w:p>
    <w:p w14:paraId="635780B9" w14:textId="6C53C739" w:rsidR="00782FE9" w:rsidRPr="00D73412"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Nie udziela się żadnych informacji, wyjaśnień czy odpowiedzi na kierowane do Zamawiającego zapytania drogą telefoniczną czy mailową.</w:t>
      </w:r>
    </w:p>
    <w:p w14:paraId="20E4341B" w14:textId="527F5AB4" w:rsidR="00C35AAF" w:rsidRPr="00DC63E7"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Pytania dotyczące zapytania ofertowego oraz wnioski o wyjaśnienia odnośnie do treści zapytania należy przesyłać wyłącznie za pośrednictwem Bazy </w:t>
      </w:r>
      <w:r w:rsidRPr="00DC63E7">
        <w:rPr>
          <w:rFonts w:ascii="Arial" w:hAnsi="Arial" w:cs="Arial"/>
          <w:sz w:val="20"/>
          <w:szCs w:val="20"/>
          <w:lang w:val="pl-PL"/>
        </w:rPr>
        <w:t xml:space="preserve">Konkurencyjności poprzez zakładkę „Pytania” na stronie Zapytania ofertowego, nie później niż </w:t>
      </w:r>
      <w:r w:rsidR="00EA747C" w:rsidRPr="00DC63E7">
        <w:rPr>
          <w:rFonts w:ascii="Arial" w:hAnsi="Arial" w:cs="Arial"/>
          <w:sz w:val="20"/>
          <w:szCs w:val="20"/>
          <w:lang w:val="pl-PL"/>
        </w:rPr>
        <w:t xml:space="preserve">10 </w:t>
      </w:r>
      <w:r w:rsidRPr="00DC63E7">
        <w:rPr>
          <w:rFonts w:ascii="Arial" w:hAnsi="Arial" w:cs="Arial"/>
          <w:sz w:val="20"/>
          <w:szCs w:val="20"/>
          <w:lang w:val="pl-PL"/>
        </w:rPr>
        <w:t>dni robocz</w:t>
      </w:r>
      <w:r w:rsidR="0024155E" w:rsidRPr="00DC63E7">
        <w:rPr>
          <w:rFonts w:ascii="Arial" w:hAnsi="Arial" w:cs="Arial"/>
          <w:sz w:val="20"/>
          <w:szCs w:val="20"/>
          <w:lang w:val="pl-PL"/>
        </w:rPr>
        <w:t>ych</w:t>
      </w:r>
      <w:r w:rsidRPr="00DC63E7">
        <w:rPr>
          <w:rFonts w:ascii="Arial" w:hAnsi="Arial" w:cs="Arial"/>
          <w:sz w:val="20"/>
          <w:szCs w:val="20"/>
          <w:lang w:val="pl-PL"/>
        </w:rPr>
        <w:t xml:space="preserve"> przed upływem terminu składania ofert.</w:t>
      </w:r>
    </w:p>
    <w:p w14:paraId="05DC8A92" w14:textId="49E17350" w:rsidR="00C35AAF" w:rsidRPr="00D73412"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C63E7">
        <w:rPr>
          <w:rFonts w:ascii="Arial" w:hAnsi="Arial" w:cs="Arial"/>
          <w:sz w:val="20"/>
          <w:szCs w:val="20"/>
          <w:lang w:val="pl-PL"/>
        </w:rPr>
        <w:t xml:space="preserve">Odpowiedzi na pytania Oferentów oraz wyjaśnienia do treści zapytania ofertowego będą przekazywane </w:t>
      </w:r>
      <w:r w:rsidR="0024155E" w:rsidRPr="00DC63E7">
        <w:rPr>
          <w:rFonts w:ascii="Arial" w:hAnsi="Arial" w:cs="Arial"/>
          <w:sz w:val="20"/>
          <w:szCs w:val="20"/>
          <w:lang w:val="pl-PL"/>
        </w:rPr>
        <w:t>o</w:t>
      </w:r>
      <w:r w:rsidRPr="00DC63E7">
        <w:rPr>
          <w:rFonts w:ascii="Arial" w:hAnsi="Arial" w:cs="Arial"/>
          <w:sz w:val="20"/>
          <w:szCs w:val="20"/>
          <w:lang w:val="pl-PL"/>
        </w:rPr>
        <w:t>ferentom</w:t>
      </w:r>
      <w:r w:rsidRPr="00D73412">
        <w:rPr>
          <w:rFonts w:ascii="Arial" w:hAnsi="Arial" w:cs="Arial"/>
          <w:sz w:val="20"/>
          <w:szCs w:val="20"/>
          <w:lang w:val="pl-PL"/>
        </w:rPr>
        <w:t xml:space="preserve"> wyłącznie w ten sposób, że Zamawiający opublikuje treść pytań/wniosków o wyjaśnienia wraz z udzielonymi odpowiedziami/wyjaśnieniami na stronie zapytania ofertowego w serwisie Baza Konkurencyjności</w:t>
      </w:r>
    </w:p>
    <w:p w14:paraId="5755B523" w14:textId="4F0D908A" w:rsidR="00C35AAF" w:rsidRPr="00D73412"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Zamawiający ma prawo żądać od </w:t>
      </w:r>
      <w:r w:rsidR="0024155E" w:rsidRPr="00D73412">
        <w:rPr>
          <w:rFonts w:ascii="Arial" w:hAnsi="Arial" w:cs="Arial"/>
          <w:sz w:val="20"/>
          <w:szCs w:val="20"/>
          <w:lang w:val="pl-PL"/>
        </w:rPr>
        <w:t>o</w:t>
      </w:r>
      <w:r w:rsidRPr="00D73412">
        <w:rPr>
          <w:rFonts w:ascii="Arial" w:hAnsi="Arial" w:cs="Arial"/>
          <w:sz w:val="20"/>
          <w:szCs w:val="20"/>
          <w:lang w:val="pl-PL"/>
        </w:rPr>
        <w:t xml:space="preserve">ferentów wyjaśnień odnośnie do treści złożonych ofert oraz uzupełnienia dokumentacji oraz zwrócić się do </w:t>
      </w:r>
      <w:r w:rsidR="0024155E" w:rsidRPr="00D73412">
        <w:rPr>
          <w:rFonts w:ascii="Arial" w:hAnsi="Arial" w:cs="Arial"/>
          <w:sz w:val="20"/>
          <w:szCs w:val="20"/>
          <w:lang w:val="pl-PL"/>
        </w:rPr>
        <w:t>o</w:t>
      </w:r>
      <w:r w:rsidRPr="00D73412">
        <w:rPr>
          <w:rFonts w:ascii="Arial" w:hAnsi="Arial" w:cs="Arial"/>
          <w:sz w:val="20"/>
          <w:szCs w:val="20"/>
          <w:lang w:val="pl-PL"/>
        </w:rPr>
        <w:t>ferenta z prośbą o zgodę na poprawienie oczywistych omyłek i błędów rachunkowych.</w:t>
      </w:r>
    </w:p>
    <w:p w14:paraId="24A8BCAB" w14:textId="5DED1041" w:rsidR="00C35AAF" w:rsidRPr="00D73412" w:rsidRDefault="00C35AAF" w:rsidP="00724506">
      <w:pPr>
        <w:pStyle w:val="Nagwek1"/>
        <w:numPr>
          <w:ilvl w:val="0"/>
          <w:numId w:val="17"/>
        </w:numPr>
        <w:spacing w:line="360" w:lineRule="auto"/>
        <w:ind w:left="426"/>
        <w:rPr>
          <w:rFonts w:ascii="Arial" w:hAnsi="Arial" w:cs="Arial"/>
          <w:sz w:val="20"/>
          <w:szCs w:val="20"/>
          <w:lang w:val="pl-PL"/>
        </w:rPr>
      </w:pPr>
      <w:r w:rsidRPr="00D73412">
        <w:rPr>
          <w:rFonts w:ascii="Arial" w:hAnsi="Arial" w:cs="Arial"/>
          <w:sz w:val="20"/>
          <w:szCs w:val="20"/>
          <w:lang w:val="pl-PL"/>
        </w:rPr>
        <w:t>TRYB OGŁOSZENIA WYNIKÓW</w:t>
      </w:r>
    </w:p>
    <w:p w14:paraId="03E1D9F5" w14:textId="18C43E35" w:rsidR="00C35AAF" w:rsidRPr="00D73412" w:rsidRDefault="00C35AAF" w:rsidP="00164E3A">
      <w:pPr>
        <w:pStyle w:val="Akapitzlist"/>
        <w:numPr>
          <w:ilvl w:val="1"/>
          <w:numId w:val="17"/>
        </w:numPr>
        <w:spacing w:after="160" w:line="259" w:lineRule="auto"/>
        <w:ind w:left="1134" w:hanging="708"/>
        <w:jc w:val="both"/>
        <w:rPr>
          <w:rFonts w:ascii="Arial" w:hAnsi="Arial" w:cs="Arial"/>
          <w:sz w:val="20"/>
          <w:szCs w:val="20"/>
          <w:lang w:val="pl-PL"/>
        </w:rPr>
      </w:pPr>
      <w:r w:rsidRPr="00D73412">
        <w:rPr>
          <w:rFonts w:ascii="Arial" w:hAnsi="Arial" w:cs="Arial"/>
          <w:sz w:val="20"/>
          <w:szCs w:val="20"/>
          <w:lang w:val="pl-PL"/>
        </w:rPr>
        <w:t>Zamawiający zastrzega sobie prawo do dodatkowej weryfikacji wiarygodności przedstawionych przez </w:t>
      </w:r>
      <w:r w:rsidR="0024155E" w:rsidRPr="00D73412">
        <w:rPr>
          <w:rFonts w:ascii="Arial" w:hAnsi="Arial" w:cs="Arial"/>
          <w:sz w:val="20"/>
          <w:szCs w:val="20"/>
          <w:lang w:val="pl-PL"/>
        </w:rPr>
        <w:t>o</w:t>
      </w:r>
      <w:r w:rsidRPr="00D73412">
        <w:rPr>
          <w:rFonts w:ascii="Arial" w:hAnsi="Arial" w:cs="Arial"/>
          <w:sz w:val="20"/>
          <w:szCs w:val="20"/>
          <w:lang w:val="pl-PL"/>
        </w:rPr>
        <w:t>ferentów dokumentów, oświadczeń, danych i informacji,</w:t>
      </w:r>
    </w:p>
    <w:p w14:paraId="6A551B64" w14:textId="0257D46C" w:rsidR="00C35AAF" w:rsidRPr="00D73412" w:rsidRDefault="00C35AAF" w:rsidP="00164E3A">
      <w:pPr>
        <w:pStyle w:val="Akapitzlist"/>
        <w:numPr>
          <w:ilvl w:val="1"/>
          <w:numId w:val="17"/>
        </w:numPr>
        <w:spacing w:after="160" w:line="259" w:lineRule="auto"/>
        <w:ind w:left="1134" w:hanging="708"/>
        <w:jc w:val="both"/>
        <w:rPr>
          <w:rFonts w:ascii="Arial" w:hAnsi="Arial" w:cs="Arial"/>
          <w:sz w:val="20"/>
          <w:szCs w:val="20"/>
          <w:lang w:val="pl-PL"/>
        </w:rPr>
      </w:pPr>
      <w:r w:rsidRPr="00D73412">
        <w:rPr>
          <w:rFonts w:ascii="Arial" w:hAnsi="Arial" w:cs="Arial"/>
          <w:sz w:val="20"/>
          <w:szCs w:val="20"/>
          <w:lang w:val="pl-PL"/>
        </w:rPr>
        <w:t>Informacja o wyniku postępowania zostanie opublikowana w miejscu publikacji zapytania, w serwisie Baza Konkurencyjności, w zakładce „Oferty”</w:t>
      </w:r>
    </w:p>
    <w:p w14:paraId="35B9D565" w14:textId="080A1CBC" w:rsidR="00C35AAF" w:rsidRPr="00D73412" w:rsidRDefault="00C35AAF" w:rsidP="00164E3A">
      <w:pPr>
        <w:pStyle w:val="Akapitzlist"/>
        <w:numPr>
          <w:ilvl w:val="1"/>
          <w:numId w:val="17"/>
        </w:numPr>
        <w:spacing w:after="160" w:line="259" w:lineRule="auto"/>
        <w:ind w:left="1134" w:hanging="708"/>
        <w:jc w:val="both"/>
        <w:rPr>
          <w:rFonts w:ascii="Arial" w:hAnsi="Arial" w:cs="Arial"/>
          <w:sz w:val="20"/>
          <w:szCs w:val="20"/>
          <w:lang w:val="pl-PL"/>
        </w:rPr>
      </w:pPr>
      <w:r w:rsidRPr="00D73412">
        <w:rPr>
          <w:rFonts w:ascii="Arial" w:hAnsi="Arial" w:cs="Arial"/>
          <w:sz w:val="20"/>
          <w:szCs w:val="20"/>
          <w:lang w:val="pl-PL"/>
        </w:rPr>
        <w:t>Wybrany Oferent zostanie powiadomiony telefonicznie lub e</w:t>
      </w:r>
      <w:r w:rsidRPr="00D73412">
        <w:rPr>
          <w:rFonts w:ascii="Arial" w:hAnsi="Arial" w:cs="Arial"/>
          <w:sz w:val="20"/>
          <w:szCs w:val="20"/>
          <w:lang w:val="pl-PL"/>
        </w:rPr>
        <w:noBreakHyphen/>
        <w:t xml:space="preserve">mailem o terminie i miejscu podpisania Umowy. Umowa zostaje zawarta z chwilą jej podpisania przez obie Strony i obowiązuje z uwzględnieniem ewentualnych </w:t>
      </w:r>
      <w:r w:rsidR="0024155E" w:rsidRPr="00D73412">
        <w:rPr>
          <w:rFonts w:ascii="Arial" w:hAnsi="Arial" w:cs="Arial"/>
          <w:sz w:val="20"/>
          <w:szCs w:val="20"/>
          <w:lang w:val="pl-PL"/>
        </w:rPr>
        <w:t xml:space="preserve">modyfikacji przewidzianych w zapytaniu ofertowym. </w:t>
      </w:r>
    </w:p>
    <w:p w14:paraId="2EE2DDCA" w14:textId="235199BE" w:rsidR="00C35AAF" w:rsidRPr="00D73412" w:rsidRDefault="00C35AAF" w:rsidP="00164E3A">
      <w:pPr>
        <w:pStyle w:val="Akapitzlist"/>
        <w:numPr>
          <w:ilvl w:val="1"/>
          <w:numId w:val="17"/>
        </w:numPr>
        <w:spacing w:after="160" w:line="259" w:lineRule="auto"/>
        <w:ind w:left="1134" w:hanging="708"/>
        <w:jc w:val="both"/>
        <w:rPr>
          <w:rFonts w:ascii="Arial" w:hAnsi="Arial" w:cs="Arial"/>
          <w:sz w:val="20"/>
          <w:szCs w:val="20"/>
          <w:lang w:val="pl-PL"/>
        </w:rPr>
      </w:pPr>
      <w:r w:rsidRPr="00D73412">
        <w:rPr>
          <w:rFonts w:ascii="Arial" w:hAnsi="Arial" w:cs="Arial"/>
          <w:sz w:val="20"/>
          <w:szCs w:val="20"/>
          <w:lang w:val="pl-PL"/>
        </w:rPr>
        <w:t xml:space="preserve">W przypadku uchylenia się wybranego </w:t>
      </w:r>
      <w:r w:rsidR="0024155E" w:rsidRPr="00D73412">
        <w:rPr>
          <w:rFonts w:ascii="Arial" w:hAnsi="Arial" w:cs="Arial"/>
          <w:sz w:val="20"/>
          <w:szCs w:val="20"/>
          <w:lang w:val="pl-PL"/>
        </w:rPr>
        <w:t>o</w:t>
      </w:r>
      <w:r w:rsidRPr="00D73412">
        <w:rPr>
          <w:rFonts w:ascii="Arial" w:hAnsi="Arial" w:cs="Arial"/>
          <w:sz w:val="20"/>
          <w:szCs w:val="20"/>
          <w:lang w:val="pl-PL"/>
        </w:rPr>
        <w:t xml:space="preserve">ferenta od zawarcia Umowy, Zamawiający może zawrzeć Umowę z </w:t>
      </w:r>
      <w:r w:rsidR="0024155E" w:rsidRPr="00D73412">
        <w:rPr>
          <w:rFonts w:ascii="Arial" w:hAnsi="Arial" w:cs="Arial"/>
          <w:sz w:val="20"/>
          <w:szCs w:val="20"/>
          <w:lang w:val="pl-PL"/>
        </w:rPr>
        <w:t>o</w:t>
      </w:r>
      <w:r w:rsidRPr="00D73412">
        <w:rPr>
          <w:rFonts w:ascii="Arial" w:hAnsi="Arial" w:cs="Arial"/>
          <w:sz w:val="20"/>
          <w:szCs w:val="20"/>
          <w:lang w:val="pl-PL"/>
        </w:rPr>
        <w:t>ferentem, którego oferta uzyskała kolejną najwyższą liczbę punktów, bez przeprowadzania ponownego postępowania.</w:t>
      </w:r>
    </w:p>
    <w:p w14:paraId="762D6B59" w14:textId="38738820" w:rsidR="007D0126" w:rsidRPr="00D73412" w:rsidRDefault="007D0126" w:rsidP="00724506">
      <w:pPr>
        <w:pStyle w:val="Nagwek1"/>
        <w:numPr>
          <w:ilvl w:val="0"/>
          <w:numId w:val="17"/>
        </w:numPr>
        <w:ind w:left="426"/>
        <w:rPr>
          <w:rFonts w:ascii="Arial" w:hAnsi="Arial" w:cs="Arial"/>
          <w:sz w:val="20"/>
          <w:szCs w:val="20"/>
          <w:lang w:val="pl-PL"/>
        </w:rPr>
      </w:pPr>
      <w:r w:rsidRPr="00D73412">
        <w:rPr>
          <w:rFonts w:ascii="Arial" w:hAnsi="Arial" w:cs="Arial"/>
          <w:sz w:val="20"/>
          <w:szCs w:val="20"/>
          <w:lang w:val="pl-PL"/>
        </w:rPr>
        <w:lastRenderedPageBreak/>
        <w:t>DANE OSOBOWE</w:t>
      </w:r>
    </w:p>
    <w:p w14:paraId="236E7390" w14:textId="203AD4FD" w:rsidR="007D0126" w:rsidRPr="00D73412" w:rsidRDefault="007D0126"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W odniesieniu do danych osobowych zawartych w ofertach, Zamawiający z chwilą złożenia oferty stanie się administratorem tych danych w rozumieniu art. 4 pkt 7 Rozporządzenia Parlamentu Europejskiego i Rady (UE) 2016/679 z dnia 27 kwietnia 2016 r. w sprawie ochrony osób fizycznych w związku z przetwarzaniem danych osobowych i w sprawie swobodnego przepływu takich danych oraz uchylenia dyrektywy 95/46/WE („RODO”). Zamawiający będzie przetwarzał te dane w celu oceny ofert, zawarcia umowy z wybranym </w:t>
      </w:r>
      <w:r w:rsidR="00A074EA" w:rsidRPr="00D73412">
        <w:rPr>
          <w:rFonts w:ascii="Arial" w:hAnsi="Arial" w:cs="Arial"/>
          <w:sz w:val="20"/>
          <w:szCs w:val="20"/>
          <w:lang w:val="pl-PL"/>
        </w:rPr>
        <w:t>w</w:t>
      </w:r>
      <w:r w:rsidRPr="00D73412">
        <w:rPr>
          <w:rFonts w:ascii="Arial" w:hAnsi="Arial" w:cs="Arial"/>
          <w:sz w:val="20"/>
          <w:szCs w:val="20"/>
          <w:lang w:val="pl-PL"/>
        </w:rPr>
        <w:t xml:space="preserve">ykonawcą oraz na potrzeby wykonywania umowy na realizację projektu, tj. na podstawie art. 6 ust. 1 lit. b) RODO. Zamawiający będzie przekazywał dane osobowe zawarte w złożonych ofertach, na podstawie właściwych przepisów prawa, upoważnionym organom i instytucjom uprawnionym do dokonywania kontroli projektów współfinansowanych ze środków pochodzących z budżetu Unii Europejskiej oraz ze środków krajowych. Dane te zostaną przekazane w szczególności Instytucji Odpowiedzialnej za Realizację Inwestycji </w:t>
      </w:r>
      <w:r w:rsidR="00C057C6" w:rsidRPr="00D73412">
        <w:rPr>
          <w:rFonts w:ascii="Arial" w:hAnsi="Arial" w:cs="Arial"/>
          <w:sz w:val="20"/>
          <w:szCs w:val="20"/>
          <w:lang w:val="pl-PL"/>
        </w:rPr>
        <w:t>-</w:t>
      </w:r>
      <w:r w:rsidRPr="00D73412">
        <w:rPr>
          <w:rFonts w:ascii="Arial" w:hAnsi="Arial" w:cs="Arial"/>
          <w:sz w:val="20"/>
          <w:szCs w:val="20"/>
          <w:lang w:val="pl-PL"/>
        </w:rPr>
        <w:t xml:space="preserve"> Narodowemu Funduszowi Ochrony Środowiska i Gospodarki Wodnej. Zamawiający będzie przetwarzał dane osobowe w okresie, w jakim jest on zobowiązany z mocy właściwych</w:t>
      </w:r>
      <w:r w:rsidR="00C7598F" w:rsidRPr="00D73412">
        <w:rPr>
          <w:rFonts w:ascii="Arial" w:hAnsi="Arial" w:cs="Arial"/>
          <w:sz w:val="20"/>
          <w:szCs w:val="20"/>
          <w:lang w:val="pl-PL"/>
        </w:rPr>
        <w:t xml:space="preserve"> </w:t>
      </w:r>
      <w:r w:rsidRPr="00D73412">
        <w:rPr>
          <w:rFonts w:ascii="Arial" w:hAnsi="Arial" w:cs="Arial"/>
          <w:sz w:val="20"/>
          <w:szCs w:val="20"/>
          <w:lang w:val="pl-PL"/>
        </w:rPr>
        <w:t>przepisów prawa do przechowywania całej dokumentacji związanej z projektem.</w:t>
      </w:r>
    </w:p>
    <w:p w14:paraId="2A49E631" w14:textId="77777777" w:rsidR="00C7598F" w:rsidRPr="00D73412" w:rsidRDefault="00C7598F" w:rsidP="00164E3A">
      <w:pPr>
        <w:pStyle w:val="Akapitzlist"/>
        <w:numPr>
          <w:ilvl w:val="1"/>
          <w:numId w:val="17"/>
        </w:numPr>
        <w:spacing w:after="160" w:line="259" w:lineRule="auto"/>
        <w:ind w:left="1134"/>
        <w:jc w:val="both"/>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Oferenci posiadają: </w:t>
      </w:r>
    </w:p>
    <w:p w14:paraId="7010C27D" w14:textId="77777777" w:rsidR="00C7598F" w:rsidRPr="00D73412" w:rsidRDefault="00C7598F" w:rsidP="00164E3A">
      <w:pPr>
        <w:pStyle w:val="Akapitzlist"/>
        <w:numPr>
          <w:ilvl w:val="1"/>
          <w:numId w:val="42"/>
        </w:numPr>
        <w:spacing w:after="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na podstawie art. 15 RODO prawo dostępu do danych osobowych;  </w:t>
      </w:r>
    </w:p>
    <w:p w14:paraId="4E021A57" w14:textId="77777777" w:rsidR="00C7598F" w:rsidRPr="00D73412" w:rsidRDefault="00C7598F" w:rsidP="00164E3A">
      <w:pPr>
        <w:numPr>
          <w:ilvl w:val="1"/>
          <w:numId w:val="42"/>
        </w:numPr>
        <w:spacing w:after="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na podstawie art. 16 RODO prawo do sprostowania danych osobowych; </w:t>
      </w:r>
    </w:p>
    <w:p w14:paraId="41B948DB" w14:textId="77777777" w:rsidR="00C7598F" w:rsidRPr="00D73412" w:rsidRDefault="00C7598F" w:rsidP="00164E3A">
      <w:pPr>
        <w:numPr>
          <w:ilvl w:val="1"/>
          <w:numId w:val="42"/>
        </w:numPr>
        <w:spacing w:after="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na podstawie art. 18 RODO prawo żądania od administratora ograniczenia przetwarzania danych osobowych z zastrzeżeniem przypadków, o których mowa w art. 18 ust. 2 RODO;  </w:t>
      </w:r>
    </w:p>
    <w:p w14:paraId="772581E2" w14:textId="77777777" w:rsidR="00C7598F" w:rsidRPr="00D73412" w:rsidRDefault="00C7598F" w:rsidP="00164E3A">
      <w:pPr>
        <w:numPr>
          <w:ilvl w:val="1"/>
          <w:numId w:val="42"/>
        </w:numPr>
        <w:spacing w:after="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prawo do wniesienia skargi do Prezesa Urzędu Ochrony Danych Osobowych,  </w:t>
      </w:r>
    </w:p>
    <w:p w14:paraId="26627A9C" w14:textId="793F794E" w:rsidR="00533510" w:rsidRPr="00D73412" w:rsidRDefault="00C7598F" w:rsidP="00164E3A">
      <w:pPr>
        <w:numPr>
          <w:ilvl w:val="1"/>
          <w:numId w:val="42"/>
        </w:numPr>
        <w:spacing w:after="24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sz w:val="20"/>
          <w:szCs w:val="20"/>
          <w:lang w:val="pl-PL" w:eastAsia="pl-PL"/>
        </w:rPr>
        <w:t>na podstawie art. 21 RODO prawo wniesienia sprzeciwu wobec przetwarzania danych osobowych opartego na art. 6 ust. 1 lit. f RODO</w:t>
      </w:r>
      <w:r w:rsidRPr="00D73412">
        <w:rPr>
          <w:rFonts w:ascii="Arial" w:eastAsia="Times New Roman" w:hAnsi="Arial" w:cs="Arial"/>
          <w:color w:val="212529"/>
          <w:sz w:val="20"/>
          <w:szCs w:val="20"/>
          <w:lang w:val="pl-PL" w:eastAsia="pl-PL"/>
        </w:rPr>
        <w:t>.</w:t>
      </w:r>
    </w:p>
    <w:p w14:paraId="07C8A7EB" w14:textId="131D9369" w:rsidR="00533510" w:rsidRPr="00D73412" w:rsidRDefault="00533510" w:rsidP="00C7598F">
      <w:pPr>
        <w:ind w:left="720"/>
        <w:rPr>
          <w:rFonts w:ascii="Arial" w:hAnsi="Arial" w:cs="Arial"/>
          <w:sz w:val="20"/>
          <w:szCs w:val="20"/>
          <w:lang w:val="pl-PL"/>
        </w:rPr>
      </w:pPr>
    </w:p>
    <w:p w14:paraId="1571A42E" w14:textId="77777777" w:rsidR="00C47C9B" w:rsidRPr="00D73412" w:rsidRDefault="00C47C9B" w:rsidP="00C47C9B">
      <w:pPr>
        <w:ind w:left="720"/>
        <w:rPr>
          <w:rFonts w:ascii="Arial" w:hAnsi="Arial" w:cs="Arial"/>
          <w:b/>
          <w:bCs/>
          <w:sz w:val="20"/>
          <w:szCs w:val="20"/>
          <w:lang w:val="pl-PL"/>
        </w:rPr>
      </w:pPr>
      <w:r w:rsidRPr="00D73412">
        <w:rPr>
          <w:rFonts w:ascii="Arial" w:hAnsi="Arial" w:cs="Arial"/>
          <w:b/>
          <w:bCs/>
          <w:sz w:val="20"/>
          <w:szCs w:val="20"/>
          <w:lang w:val="pl-PL"/>
        </w:rPr>
        <w:t xml:space="preserve">Wykaz załączników: </w:t>
      </w:r>
    </w:p>
    <w:p w14:paraId="41E303E0" w14:textId="47CAA296" w:rsidR="00C47C9B" w:rsidRPr="00D73412" w:rsidRDefault="00C47C9B"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nr 1 - Formularz ofertowy </w:t>
      </w:r>
      <w:r w:rsidR="00724506" w:rsidRPr="00D73412">
        <w:rPr>
          <w:rFonts w:ascii="Arial" w:hAnsi="Arial" w:cs="Arial"/>
          <w:sz w:val="20"/>
          <w:szCs w:val="20"/>
          <w:lang w:val="pl-PL"/>
        </w:rPr>
        <w:t>wraz z załącznikami</w:t>
      </w:r>
    </w:p>
    <w:p w14:paraId="3D187E35" w14:textId="0155EEAE" w:rsidR="00C47C9B" w:rsidRPr="00D73412" w:rsidRDefault="00C47C9B"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nr 2 </w:t>
      </w:r>
      <w:r w:rsidR="00C057C6" w:rsidRPr="00D73412">
        <w:rPr>
          <w:rFonts w:ascii="Arial" w:hAnsi="Arial" w:cs="Arial"/>
          <w:sz w:val="20"/>
          <w:szCs w:val="20"/>
          <w:lang w:val="pl-PL"/>
        </w:rPr>
        <w:t>-</w:t>
      </w:r>
      <w:r w:rsidRPr="00D73412">
        <w:rPr>
          <w:rFonts w:ascii="Arial" w:hAnsi="Arial" w:cs="Arial"/>
          <w:sz w:val="20"/>
          <w:szCs w:val="20"/>
          <w:lang w:val="pl-PL"/>
        </w:rPr>
        <w:t xml:space="preserve"> Projekt umowy EPC</w:t>
      </w:r>
      <w:r w:rsidR="002E4A09" w:rsidRPr="00D73412">
        <w:rPr>
          <w:rFonts w:ascii="Arial" w:hAnsi="Arial" w:cs="Arial"/>
          <w:sz w:val="20"/>
          <w:szCs w:val="20"/>
          <w:lang w:val="pl-PL"/>
        </w:rPr>
        <w:t xml:space="preserve"> (bez załącznika nr 1 do EPC, który składa się z dokumentacji wchodzącej w skład SOPZ)</w:t>
      </w:r>
    </w:p>
    <w:p w14:paraId="6FAE8088" w14:textId="08F65DF3" w:rsidR="00C47C9B" w:rsidRPr="00D73412" w:rsidRDefault="00C47C9B"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nr 3 </w:t>
      </w:r>
      <w:r w:rsidR="00C057C6" w:rsidRPr="00D73412">
        <w:rPr>
          <w:rFonts w:ascii="Arial" w:hAnsi="Arial" w:cs="Arial"/>
          <w:sz w:val="20"/>
          <w:szCs w:val="20"/>
          <w:lang w:val="pl-PL"/>
        </w:rPr>
        <w:t>-</w:t>
      </w:r>
      <w:r w:rsidRPr="00D73412">
        <w:rPr>
          <w:rFonts w:ascii="Arial" w:hAnsi="Arial" w:cs="Arial"/>
          <w:sz w:val="20"/>
          <w:szCs w:val="20"/>
          <w:lang w:val="pl-PL"/>
        </w:rPr>
        <w:t xml:space="preserve"> Oświadczenie o zachowaniu poufności (NDA) </w:t>
      </w:r>
    </w:p>
    <w:p w14:paraId="1485D3F9" w14:textId="096E1625" w:rsidR="00C47C9B" w:rsidRPr="00D73412" w:rsidRDefault="00C47C9B"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nr 4 </w:t>
      </w:r>
      <w:r w:rsidR="00C057C6" w:rsidRPr="00D73412">
        <w:rPr>
          <w:rFonts w:ascii="Arial" w:hAnsi="Arial" w:cs="Arial"/>
          <w:sz w:val="20"/>
          <w:szCs w:val="20"/>
          <w:lang w:val="pl-PL"/>
        </w:rPr>
        <w:t>-</w:t>
      </w:r>
      <w:r w:rsidRPr="00D73412">
        <w:rPr>
          <w:rFonts w:ascii="Arial" w:hAnsi="Arial" w:cs="Arial"/>
          <w:sz w:val="20"/>
          <w:szCs w:val="20"/>
          <w:lang w:val="pl-PL"/>
        </w:rPr>
        <w:t xml:space="preserve"> Szczegółowy Opis Przedmiotu Zamówienia (SOPZ)</w:t>
      </w:r>
      <w:r w:rsidR="007227F7">
        <w:rPr>
          <w:rFonts w:ascii="Arial" w:hAnsi="Arial" w:cs="Arial"/>
          <w:sz w:val="20"/>
          <w:szCs w:val="20"/>
          <w:lang w:val="pl-PL"/>
        </w:rPr>
        <w:t>,</w:t>
      </w:r>
    </w:p>
    <w:p w14:paraId="5BEF8082" w14:textId="38C2F79E" w:rsidR="00695383" w:rsidRDefault="00321883"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5 – </w:t>
      </w:r>
      <w:r w:rsidR="00A0290C">
        <w:rPr>
          <w:rFonts w:ascii="Arial" w:hAnsi="Arial" w:cs="Arial"/>
          <w:sz w:val="20"/>
          <w:szCs w:val="20"/>
          <w:lang w:val="pl-PL"/>
        </w:rPr>
        <w:t>Kodeks Etyki</w:t>
      </w:r>
      <w:r w:rsidR="00D93E67">
        <w:rPr>
          <w:rFonts w:ascii="Arial" w:hAnsi="Arial" w:cs="Arial"/>
          <w:sz w:val="20"/>
          <w:szCs w:val="20"/>
          <w:lang w:val="pl-PL"/>
        </w:rPr>
        <w:t>,</w:t>
      </w:r>
    </w:p>
    <w:p w14:paraId="551F72EA" w14:textId="242387ED" w:rsidR="00321883" w:rsidRPr="00DC63E7" w:rsidRDefault="00695383" w:rsidP="00C057C6">
      <w:pPr>
        <w:pStyle w:val="Akapitzlist"/>
        <w:numPr>
          <w:ilvl w:val="0"/>
          <w:numId w:val="43"/>
        </w:numPr>
        <w:rPr>
          <w:rFonts w:ascii="Arial" w:hAnsi="Arial" w:cs="Arial"/>
          <w:sz w:val="20"/>
          <w:szCs w:val="20"/>
          <w:lang w:val="en-AU"/>
        </w:rPr>
      </w:pPr>
      <w:r w:rsidRPr="00DC63E7">
        <w:rPr>
          <w:rFonts w:ascii="Arial" w:hAnsi="Arial" w:cs="Arial"/>
          <w:sz w:val="20"/>
          <w:szCs w:val="20"/>
          <w:lang w:val="en-AU"/>
        </w:rPr>
        <w:t xml:space="preserve">Załącznik nr 6 </w:t>
      </w:r>
      <w:r w:rsidR="007C1C5A" w:rsidRPr="00DC63E7">
        <w:rPr>
          <w:rFonts w:ascii="Arial" w:hAnsi="Arial" w:cs="Arial"/>
          <w:sz w:val="20"/>
          <w:szCs w:val="20"/>
          <w:lang w:val="en-AU"/>
        </w:rPr>
        <w:t>–</w:t>
      </w:r>
      <w:r w:rsidRPr="00DC63E7">
        <w:rPr>
          <w:rFonts w:ascii="Arial" w:hAnsi="Arial" w:cs="Arial"/>
          <w:sz w:val="20"/>
          <w:szCs w:val="20"/>
          <w:lang w:val="en-AU"/>
        </w:rPr>
        <w:t xml:space="preserve"> </w:t>
      </w:r>
      <w:r w:rsidR="007C1C5A" w:rsidRPr="00DC63E7">
        <w:rPr>
          <w:rFonts w:ascii="Arial" w:hAnsi="Arial" w:cs="Arial"/>
          <w:sz w:val="20"/>
          <w:szCs w:val="20"/>
          <w:lang w:val="en-AU"/>
        </w:rPr>
        <w:t>BESS Functional S</w:t>
      </w:r>
      <w:r w:rsidR="007C1C5A">
        <w:rPr>
          <w:rFonts w:ascii="Arial" w:hAnsi="Arial" w:cs="Arial"/>
          <w:sz w:val="20"/>
          <w:szCs w:val="20"/>
          <w:lang w:val="en-AU"/>
        </w:rPr>
        <w:t>pecificatio</w:t>
      </w:r>
      <w:r w:rsidR="007227F7">
        <w:rPr>
          <w:rFonts w:ascii="Arial" w:hAnsi="Arial" w:cs="Arial"/>
          <w:sz w:val="20"/>
          <w:szCs w:val="20"/>
          <w:lang w:val="en-AU"/>
        </w:rPr>
        <w:t>ns</w:t>
      </w:r>
      <w:r w:rsidR="00D93E67">
        <w:rPr>
          <w:rFonts w:ascii="Arial" w:hAnsi="Arial" w:cs="Arial"/>
          <w:sz w:val="20"/>
          <w:szCs w:val="20"/>
          <w:lang w:val="en-AU"/>
        </w:rPr>
        <w:t>.</w:t>
      </w:r>
    </w:p>
    <w:p w14:paraId="50E3098A" w14:textId="6D21C6F4" w:rsidR="00C47C9B" w:rsidRPr="00DC63E7" w:rsidRDefault="00C47C9B" w:rsidP="00C7598F">
      <w:pPr>
        <w:ind w:left="720"/>
        <w:rPr>
          <w:rFonts w:ascii="Arial" w:hAnsi="Arial" w:cs="Arial"/>
          <w:sz w:val="20"/>
          <w:szCs w:val="20"/>
          <w:lang w:val="en-AU"/>
        </w:rPr>
      </w:pPr>
    </w:p>
    <w:sectPr w:rsidR="00C47C9B" w:rsidRPr="00DC63E7" w:rsidSect="00034616">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CAFA6" w14:textId="77777777" w:rsidR="0093555A" w:rsidRDefault="0093555A">
      <w:pPr>
        <w:spacing w:after="0" w:line="240" w:lineRule="auto"/>
      </w:pPr>
      <w:r>
        <w:separator/>
      </w:r>
    </w:p>
  </w:endnote>
  <w:endnote w:type="continuationSeparator" w:id="0">
    <w:p w14:paraId="61C28212" w14:textId="77777777" w:rsidR="0093555A" w:rsidRDefault="00935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EF31B" w14:textId="77777777" w:rsidR="00533510" w:rsidRPr="005A2B2F" w:rsidRDefault="00366107">
    <w:pPr>
      <w:jc w:val="center"/>
      <w:rPr>
        <w:rFonts w:ascii="Arial" w:hAnsi="Arial" w:cs="Arial"/>
      </w:rPr>
    </w:pPr>
    <w:r w:rsidRPr="005A2B2F">
      <w:rPr>
        <w:rFonts w:ascii="Arial" w:hAnsi="Arial" w:cs="Arial"/>
        <w:sz w:val="18"/>
      </w:rPr>
      <w:t xml:space="preserve">Strona </w:t>
    </w:r>
    <w:r w:rsidRPr="005A2B2F">
      <w:rPr>
        <w:rFonts w:ascii="Arial" w:hAnsi="Arial" w:cs="Arial"/>
        <w:sz w:val="18"/>
      </w:rPr>
      <w:fldChar w:fldCharType="begin"/>
    </w:r>
    <w:r w:rsidRPr="005A2B2F">
      <w:rPr>
        <w:rFonts w:ascii="Arial" w:hAnsi="Arial" w:cs="Arial"/>
        <w:sz w:val="18"/>
      </w:rPr>
      <w:instrText xml:space="preserve"> PAGE </w:instrText>
    </w:r>
    <w:r w:rsidRPr="005A2B2F">
      <w:rPr>
        <w:rFonts w:ascii="Arial" w:hAnsi="Arial" w:cs="Arial"/>
        <w:sz w:val="18"/>
      </w:rPr>
      <w:fldChar w:fldCharType="separate"/>
    </w:r>
    <w:r w:rsidR="00C16BC4" w:rsidRPr="005A2B2F">
      <w:rPr>
        <w:rFonts w:ascii="Arial" w:hAnsi="Arial" w:cs="Arial"/>
        <w:noProof/>
        <w:sz w:val="18"/>
      </w:rPr>
      <w:t>1</w:t>
    </w:r>
    <w:r w:rsidRPr="005A2B2F">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FF091" w14:textId="77777777" w:rsidR="0093555A" w:rsidRDefault="0093555A">
      <w:pPr>
        <w:spacing w:after="0" w:line="240" w:lineRule="auto"/>
      </w:pPr>
      <w:r>
        <w:separator/>
      </w:r>
    </w:p>
  </w:footnote>
  <w:footnote w:type="continuationSeparator" w:id="0">
    <w:p w14:paraId="3369E243" w14:textId="77777777" w:rsidR="0093555A" w:rsidRDefault="00935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98C3" w14:textId="77777777" w:rsidR="005E5115" w:rsidRDefault="005E5115" w:rsidP="005E5115">
    <w:pPr>
      <w:spacing w:after="0"/>
      <w:jc w:val="center"/>
      <w:rPr>
        <w:b/>
        <w:sz w:val="18"/>
        <w:lang w:val="pl-PL"/>
      </w:rPr>
    </w:pPr>
    <w:r w:rsidRPr="005E5115">
      <w:rPr>
        <w:b/>
        <w:noProof/>
        <w:sz w:val="18"/>
        <w:lang w:val="pl-PL"/>
      </w:rPr>
      <w:drawing>
        <wp:inline distT="0" distB="0" distL="0" distR="0" wp14:anchorId="117EC53C" wp14:editId="4761487E">
          <wp:extent cx="2553056" cy="476316"/>
          <wp:effectExtent l="0" t="0" r="0" b="0"/>
          <wp:docPr id="5140848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84850" name=""/>
                  <pic:cNvPicPr/>
                </pic:nvPicPr>
                <pic:blipFill>
                  <a:blip r:embed="rId1"/>
                  <a:stretch>
                    <a:fillRect/>
                  </a:stretch>
                </pic:blipFill>
                <pic:spPr>
                  <a:xfrm>
                    <a:off x="0" y="0"/>
                    <a:ext cx="2553056" cy="476316"/>
                  </a:xfrm>
                  <a:prstGeom prst="rect">
                    <a:avLst/>
                  </a:prstGeom>
                </pic:spPr>
              </pic:pic>
            </a:graphicData>
          </a:graphic>
        </wp:inline>
      </w:drawing>
    </w:r>
  </w:p>
  <w:p w14:paraId="2335685E" w14:textId="7A26DE5D" w:rsidR="00533510" w:rsidRPr="005E5115" w:rsidRDefault="00366107" w:rsidP="005E5115">
    <w:pPr>
      <w:spacing w:after="0"/>
      <w:jc w:val="center"/>
      <w:rPr>
        <w:rFonts w:ascii="Arial" w:hAnsi="Arial" w:cs="Arial"/>
        <w:lang w:val="pl-PL"/>
      </w:rPr>
    </w:pPr>
    <w:r w:rsidRPr="005E5115">
      <w:rPr>
        <w:rFonts w:ascii="Arial" w:hAnsi="Arial" w:cs="Arial"/>
        <w:b/>
        <w:sz w:val="18"/>
        <w:lang w:val="pl-PL"/>
      </w:rPr>
      <w:t>NARODOWY FUNDUSZ OCHRONY ŚRODOWISKA I GOSPODARKI WODNEJ</w:t>
    </w:r>
  </w:p>
  <w:p w14:paraId="392AA4EF" w14:textId="340646D5" w:rsidR="005E5115" w:rsidRPr="005E5115" w:rsidRDefault="00366107" w:rsidP="005E5115">
    <w:pPr>
      <w:pBdr>
        <w:bottom w:val="single" w:sz="4" w:space="1" w:color="auto"/>
      </w:pBdr>
      <w:spacing w:after="60"/>
      <w:jc w:val="center"/>
      <w:rPr>
        <w:rFonts w:ascii="Arial" w:hAnsi="Arial" w:cs="Arial"/>
        <w:i/>
        <w:sz w:val="16"/>
        <w:lang w:val="pl-PL"/>
      </w:rPr>
    </w:pPr>
    <w:r w:rsidRPr="005E5115">
      <w:rPr>
        <w:rFonts w:ascii="Arial" w:hAnsi="Arial" w:cs="Arial"/>
        <w:i/>
        <w:sz w:val="16"/>
        <w:lang w:val="pl-PL"/>
      </w:rPr>
      <w:t>Współfinansowane z unijnego systemu handlu uprawnieniami do emisji (Funduszu Modernizacyjnego)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322BFB"/>
    <w:multiLevelType w:val="hybridMultilevel"/>
    <w:tmpl w:val="F236B3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0C40B4F"/>
    <w:multiLevelType w:val="hybridMultilevel"/>
    <w:tmpl w:val="ABB023E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8920448"/>
    <w:multiLevelType w:val="hybridMultilevel"/>
    <w:tmpl w:val="5C6270BE"/>
    <w:lvl w:ilvl="0" w:tplc="0415001B">
      <w:start w:val="1"/>
      <w:numFmt w:val="lowerRoman"/>
      <w:lvlText w:val="%1."/>
      <w:lvlJc w:val="right"/>
      <w:pPr>
        <w:ind w:left="1080" w:hanging="720"/>
      </w:pPr>
      <w:rPr>
        <w:rFonts w:hint="default"/>
      </w:rPr>
    </w:lvl>
    <w:lvl w:ilvl="1" w:tplc="04150019">
      <w:start w:val="1"/>
      <w:numFmt w:val="lowerLetter"/>
      <w:lvlText w:val="%2."/>
      <w:lvlJc w:val="left"/>
      <w:pPr>
        <w:ind w:left="1440" w:hanging="360"/>
      </w:pPr>
    </w:lvl>
    <w:lvl w:ilvl="2" w:tplc="04150019">
      <w:start w:val="1"/>
      <w:numFmt w:val="lowerLetter"/>
      <w:lvlText w:val="%3."/>
      <w:lvlJc w:val="left"/>
      <w:pPr>
        <w:ind w:left="36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E17A99"/>
    <w:multiLevelType w:val="multilevel"/>
    <w:tmpl w:val="1E3A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536B0C"/>
    <w:multiLevelType w:val="multilevel"/>
    <w:tmpl w:val="E99EE6AE"/>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D883BE5"/>
    <w:multiLevelType w:val="hybridMultilevel"/>
    <w:tmpl w:val="EF58873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DD30D5E"/>
    <w:multiLevelType w:val="multilevel"/>
    <w:tmpl w:val="ED48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FE1D15"/>
    <w:multiLevelType w:val="hybridMultilevel"/>
    <w:tmpl w:val="D9E0FA72"/>
    <w:lvl w:ilvl="0" w:tplc="A7E23776">
      <w:start w:val="1"/>
      <w:numFmt w:val="lowerLetter"/>
      <w:lvlText w:val="%1."/>
      <w:lvlJc w:val="right"/>
      <w:pPr>
        <w:ind w:left="2160" w:hanging="180"/>
      </w:pPr>
      <w:rPr>
        <w:rFonts w:ascii="Arial" w:eastAsiaTheme="minorEastAsia"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8286B07"/>
    <w:multiLevelType w:val="hybridMultilevel"/>
    <w:tmpl w:val="7066555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89F507E"/>
    <w:multiLevelType w:val="hybridMultilevel"/>
    <w:tmpl w:val="FB962D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656C400E">
      <w:start w:val="1"/>
      <w:numFmt w:val="lowerRoman"/>
      <w:lvlText w:val="%3."/>
      <w:lvlJc w:val="left"/>
      <w:pPr>
        <w:ind w:left="360" w:hanging="360"/>
      </w:pPr>
      <w:rPr>
        <w:rFonts w:ascii="Arial" w:eastAsiaTheme="minorEastAsia" w:hAnsi="Arial" w:cs="Aria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DD77F34"/>
    <w:multiLevelType w:val="singleLevel"/>
    <w:tmpl w:val="8CE6FA14"/>
    <w:lvl w:ilvl="0">
      <w:start w:val="1"/>
      <w:numFmt w:val="decimal"/>
      <w:lvlText w:val="%1."/>
      <w:lvlJc w:val="left"/>
    </w:lvl>
  </w:abstractNum>
  <w:abstractNum w:abstractNumId="20" w15:restartNumberingAfterBreak="0">
    <w:nsid w:val="1E8E70E7"/>
    <w:multiLevelType w:val="multilevel"/>
    <w:tmpl w:val="39F6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670F15"/>
    <w:multiLevelType w:val="multilevel"/>
    <w:tmpl w:val="8DE639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1226B7"/>
    <w:multiLevelType w:val="multilevel"/>
    <w:tmpl w:val="8E5863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sz w:val="20"/>
        <w:szCs w:val="20"/>
      </w:rPr>
    </w:lvl>
    <w:lvl w:ilvl="2">
      <w:start w:val="1"/>
      <w:numFmt w:val="lowerLetter"/>
      <w:lvlText w:val="%3."/>
      <w:lvlJc w:val="left"/>
      <w:pPr>
        <w:ind w:left="720" w:hanging="36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3511900"/>
    <w:multiLevelType w:val="hybridMultilevel"/>
    <w:tmpl w:val="5C9C38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3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43E0914"/>
    <w:multiLevelType w:val="multilevel"/>
    <w:tmpl w:val="0A7CA16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4505356"/>
    <w:multiLevelType w:val="hybridMultilevel"/>
    <w:tmpl w:val="C7A6AC0E"/>
    <w:lvl w:ilvl="0" w:tplc="245E8E00">
      <w:start w:val="1"/>
      <w:numFmt w:val="lowerLetter"/>
      <w:lvlText w:val="%1."/>
      <w:lvlJc w:val="left"/>
      <w:pPr>
        <w:ind w:left="720" w:hanging="360"/>
      </w:pPr>
      <w:rPr>
        <w:rFonts w:ascii="Arial" w:eastAsiaTheme="minorEastAsia" w:hAnsi="Arial" w:cs="Arial"/>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FD42A2"/>
    <w:multiLevelType w:val="hybridMultilevel"/>
    <w:tmpl w:val="1990E8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8DE7436"/>
    <w:multiLevelType w:val="hybridMultilevel"/>
    <w:tmpl w:val="DCCCF94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6308BC"/>
    <w:multiLevelType w:val="multilevel"/>
    <w:tmpl w:val="7CCE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7D59C9"/>
    <w:multiLevelType w:val="hybridMultilevel"/>
    <w:tmpl w:val="1274444E"/>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CEAAF6E2">
      <w:start w:val="1"/>
      <w:numFmt w:val="lowerLetter"/>
      <w:lvlText w:val="%3."/>
      <w:lvlJc w:val="right"/>
      <w:pPr>
        <w:ind w:left="1800" w:hanging="180"/>
      </w:pPr>
      <w:rPr>
        <w:rFonts w:ascii="Arial" w:eastAsiaTheme="minorEastAsia" w:hAnsi="Arial" w:cs="Arial"/>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9DB4A53"/>
    <w:multiLevelType w:val="multilevel"/>
    <w:tmpl w:val="2850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855149"/>
    <w:multiLevelType w:val="hybridMultilevel"/>
    <w:tmpl w:val="24DC4E6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3AEE69BB"/>
    <w:multiLevelType w:val="hybridMultilevel"/>
    <w:tmpl w:val="D9E0FA72"/>
    <w:lvl w:ilvl="0" w:tplc="FFFFFFFF">
      <w:start w:val="1"/>
      <w:numFmt w:val="lowerLetter"/>
      <w:lvlText w:val="%1."/>
      <w:lvlJc w:val="right"/>
      <w:pPr>
        <w:ind w:left="2160" w:hanging="180"/>
      </w:pPr>
      <w:rPr>
        <w:rFonts w:ascii="Arial" w:eastAsiaTheme="minorEastAsia"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E08728A"/>
    <w:multiLevelType w:val="multilevel"/>
    <w:tmpl w:val="C6D2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151104A"/>
    <w:multiLevelType w:val="singleLevel"/>
    <w:tmpl w:val="42FC48E6"/>
    <w:lvl w:ilvl="0">
      <w:start w:val="1"/>
      <w:numFmt w:val="bullet"/>
      <w:lvlText w:val=""/>
      <w:lvlJc w:val="left"/>
      <w:rPr>
        <w:rFonts w:ascii="Symbol" w:hAnsi="Symbol"/>
      </w:rPr>
    </w:lvl>
  </w:abstractNum>
  <w:abstractNum w:abstractNumId="35" w15:restartNumberingAfterBreak="0">
    <w:nsid w:val="45A168B7"/>
    <w:multiLevelType w:val="hybridMultilevel"/>
    <w:tmpl w:val="4768CF70"/>
    <w:lvl w:ilvl="0" w:tplc="936AF766">
      <w:start w:val="1"/>
      <w:numFmt w:val="decimal"/>
      <w:lvlText w:val="%1)"/>
      <w:lvlJc w:val="left"/>
      <w:pPr>
        <w:ind w:left="1004" w:hanging="360"/>
      </w:pPr>
      <w:rPr>
        <w:sz w:val="22"/>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45A76251"/>
    <w:multiLevelType w:val="hybridMultilevel"/>
    <w:tmpl w:val="1DE0797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66D11B5"/>
    <w:multiLevelType w:val="singleLevel"/>
    <w:tmpl w:val="FF04EA58"/>
    <w:lvl w:ilvl="0">
      <w:start w:val="1"/>
      <w:numFmt w:val="bullet"/>
      <w:lvlText w:val=""/>
      <w:lvlJc w:val="left"/>
      <w:rPr>
        <w:rFonts w:ascii="Symbol" w:hAnsi="Symbol"/>
      </w:rPr>
    </w:lvl>
  </w:abstractNum>
  <w:abstractNum w:abstractNumId="38" w15:restartNumberingAfterBreak="0">
    <w:nsid w:val="47B527CA"/>
    <w:multiLevelType w:val="multilevel"/>
    <w:tmpl w:val="8E5863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sz w:val="20"/>
        <w:szCs w:val="20"/>
      </w:rPr>
    </w:lvl>
    <w:lvl w:ilvl="2">
      <w:start w:val="1"/>
      <w:numFmt w:val="lowerLetter"/>
      <w:lvlText w:val="%3."/>
      <w:lvlJc w:val="left"/>
      <w:pPr>
        <w:ind w:left="720" w:hanging="36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A9332C7"/>
    <w:multiLevelType w:val="hybridMultilevel"/>
    <w:tmpl w:val="97225DF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4ACD6896"/>
    <w:multiLevelType w:val="hybridMultilevel"/>
    <w:tmpl w:val="2860695C"/>
    <w:lvl w:ilvl="0" w:tplc="573C120E">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91699B4">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556098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E6EC32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A9A34E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C0DA1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480205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FE13B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52386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4C157AE7"/>
    <w:multiLevelType w:val="hybridMultilevel"/>
    <w:tmpl w:val="998CFF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C6041D0"/>
    <w:multiLevelType w:val="hybridMultilevel"/>
    <w:tmpl w:val="FAFE734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DDA5713"/>
    <w:multiLevelType w:val="hybridMultilevel"/>
    <w:tmpl w:val="8EB2B9F8"/>
    <w:lvl w:ilvl="0" w:tplc="0415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5283334D"/>
    <w:multiLevelType w:val="multilevel"/>
    <w:tmpl w:val="7CD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24360F"/>
    <w:multiLevelType w:val="hybridMultilevel"/>
    <w:tmpl w:val="2D20870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A7E23776">
      <w:start w:val="1"/>
      <w:numFmt w:val="lowerLetter"/>
      <w:lvlText w:val="%3."/>
      <w:lvlJc w:val="right"/>
      <w:pPr>
        <w:ind w:left="2160" w:hanging="180"/>
      </w:pPr>
      <w:rPr>
        <w:rFonts w:ascii="Arial" w:eastAsiaTheme="minorEastAsia"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7C799C"/>
    <w:multiLevelType w:val="multilevel"/>
    <w:tmpl w:val="4824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CE44EB"/>
    <w:multiLevelType w:val="hybridMultilevel"/>
    <w:tmpl w:val="731EC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BF75DA0"/>
    <w:multiLevelType w:val="hybridMultilevel"/>
    <w:tmpl w:val="2B6E9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F4A5EBD"/>
    <w:multiLevelType w:val="hybridMultilevel"/>
    <w:tmpl w:val="CDC23E9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64E04604">
      <w:start w:val="1"/>
      <w:numFmt w:val="lowerLetter"/>
      <w:lvlText w:val="%3."/>
      <w:lvlJc w:val="right"/>
      <w:pPr>
        <w:ind w:left="2160" w:hanging="180"/>
      </w:pPr>
      <w:rPr>
        <w:rFonts w:ascii="Arial" w:eastAsiaTheme="minorEastAsia"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873237"/>
    <w:multiLevelType w:val="hybridMultilevel"/>
    <w:tmpl w:val="ECEA8BDE"/>
    <w:lvl w:ilvl="0" w:tplc="489008D4">
      <w:start w:val="1"/>
      <w:numFmt w:val="lowerLetter"/>
      <w:lvlText w:val="%1."/>
      <w:lvlJc w:val="left"/>
      <w:pPr>
        <w:ind w:left="720" w:hanging="360"/>
      </w:pPr>
      <w:rPr>
        <w:rFonts w:ascii="Arial" w:eastAsiaTheme="minorEastAsia"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652251B"/>
    <w:multiLevelType w:val="hybridMultilevel"/>
    <w:tmpl w:val="8C6C917A"/>
    <w:lvl w:ilvl="0" w:tplc="04150019">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2" w15:restartNumberingAfterBreak="0">
    <w:nsid w:val="6D0B0CA0"/>
    <w:multiLevelType w:val="hybridMultilevel"/>
    <w:tmpl w:val="2D62774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EDC41B8"/>
    <w:multiLevelType w:val="hybridMultilevel"/>
    <w:tmpl w:val="E81E5186"/>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72B60225"/>
    <w:multiLevelType w:val="hybridMultilevel"/>
    <w:tmpl w:val="D4C63B6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3FE3980"/>
    <w:multiLevelType w:val="singleLevel"/>
    <w:tmpl w:val="47E0AB0E"/>
    <w:lvl w:ilvl="0">
      <w:start w:val="1"/>
      <w:numFmt w:val="bullet"/>
      <w:lvlText w:val=""/>
      <w:lvlJc w:val="left"/>
      <w:rPr>
        <w:rFonts w:ascii="Symbol" w:hAnsi="Symbol"/>
      </w:rPr>
    </w:lvl>
  </w:abstractNum>
  <w:abstractNum w:abstractNumId="56" w15:restartNumberingAfterBreak="0">
    <w:nsid w:val="76E04E54"/>
    <w:multiLevelType w:val="hybridMultilevel"/>
    <w:tmpl w:val="2CE24D7A"/>
    <w:lvl w:ilvl="0" w:tplc="04150019">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B7D873DC">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7176F04"/>
    <w:multiLevelType w:val="hybridMultilevel"/>
    <w:tmpl w:val="FE1619A2"/>
    <w:lvl w:ilvl="0" w:tplc="0415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77A25CFA"/>
    <w:multiLevelType w:val="hybridMultilevel"/>
    <w:tmpl w:val="675493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9626D44"/>
    <w:multiLevelType w:val="singleLevel"/>
    <w:tmpl w:val="42C84A56"/>
    <w:lvl w:ilvl="0">
      <w:start w:val="1"/>
      <w:numFmt w:val="bullet"/>
      <w:lvlText w:val=""/>
      <w:lvlJc w:val="left"/>
      <w:rPr>
        <w:rFonts w:ascii="Symbol" w:hAnsi="Symbol"/>
      </w:rPr>
    </w:lvl>
  </w:abstractNum>
  <w:abstractNum w:abstractNumId="60" w15:restartNumberingAfterBreak="0">
    <w:nsid w:val="7B391B9C"/>
    <w:multiLevelType w:val="hybridMultilevel"/>
    <w:tmpl w:val="24C4CD4E"/>
    <w:lvl w:ilvl="0" w:tplc="DCF8A49C">
      <w:start w:val="1"/>
      <w:numFmt w:val="lowerRoman"/>
      <w:lvlText w:val="%1."/>
      <w:lvlJc w:val="right"/>
      <w:pPr>
        <w:ind w:left="720" w:hanging="360"/>
      </w:pPr>
      <w:rPr>
        <w:rFonts w:ascii="Arial" w:hAnsi="Arial" w:cs="Arial"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BF826F0"/>
    <w:multiLevelType w:val="singleLevel"/>
    <w:tmpl w:val="029201D2"/>
    <w:lvl w:ilvl="0">
      <w:start w:val="1"/>
      <w:numFmt w:val="bullet"/>
      <w:lvlText w:val=""/>
      <w:lvlJc w:val="left"/>
      <w:rPr>
        <w:rFonts w:ascii="Symbol" w:hAnsi="Symbol"/>
      </w:rPr>
    </w:lvl>
  </w:abstractNum>
  <w:abstractNum w:abstractNumId="62" w15:restartNumberingAfterBreak="0">
    <w:nsid w:val="7CB915B8"/>
    <w:multiLevelType w:val="hybridMultilevel"/>
    <w:tmpl w:val="F678F13E"/>
    <w:lvl w:ilvl="0" w:tplc="6582ADCE">
      <w:start w:val="1"/>
      <w:numFmt w:val="bullet"/>
      <w:lvlText w:val=""/>
      <w:lvlJc w:val="left"/>
      <w:pPr>
        <w:ind w:left="1440" w:hanging="360"/>
      </w:pPr>
      <w:rPr>
        <w:rFonts w:ascii="Symbol" w:hAnsi="Symbol"/>
      </w:rPr>
    </w:lvl>
    <w:lvl w:ilvl="1" w:tplc="49862CBE">
      <w:start w:val="1"/>
      <w:numFmt w:val="bullet"/>
      <w:lvlText w:val=""/>
      <w:lvlJc w:val="left"/>
      <w:pPr>
        <w:ind w:left="1440" w:hanging="360"/>
      </w:pPr>
      <w:rPr>
        <w:rFonts w:ascii="Symbol" w:hAnsi="Symbol"/>
      </w:rPr>
    </w:lvl>
    <w:lvl w:ilvl="2" w:tplc="E8C21F1E">
      <w:start w:val="1"/>
      <w:numFmt w:val="bullet"/>
      <w:lvlText w:val=""/>
      <w:lvlJc w:val="left"/>
      <w:pPr>
        <w:ind w:left="1440" w:hanging="360"/>
      </w:pPr>
      <w:rPr>
        <w:rFonts w:ascii="Symbol" w:hAnsi="Symbol"/>
      </w:rPr>
    </w:lvl>
    <w:lvl w:ilvl="3" w:tplc="3D60D686">
      <w:start w:val="1"/>
      <w:numFmt w:val="bullet"/>
      <w:lvlText w:val=""/>
      <w:lvlJc w:val="left"/>
      <w:pPr>
        <w:ind w:left="1440" w:hanging="360"/>
      </w:pPr>
      <w:rPr>
        <w:rFonts w:ascii="Symbol" w:hAnsi="Symbol"/>
      </w:rPr>
    </w:lvl>
    <w:lvl w:ilvl="4" w:tplc="93CC8E8E">
      <w:start w:val="1"/>
      <w:numFmt w:val="bullet"/>
      <w:lvlText w:val=""/>
      <w:lvlJc w:val="left"/>
      <w:pPr>
        <w:ind w:left="1440" w:hanging="360"/>
      </w:pPr>
      <w:rPr>
        <w:rFonts w:ascii="Symbol" w:hAnsi="Symbol"/>
      </w:rPr>
    </w:lvl>
    <w:lvl w:ilvl="5" w:tplc="7BD6417E">
      <w:start w:val="1"/>
      <w:numFmt w:val="bullet"/>
      <w:lvlText w:val=""/>
      <w:lvlJc w:val="left"/>
      <w:pPr>
        <w:ind w:left="1440" w:hanging="360"/>
      </w:pPr>
      <w:rPr>
        <w:rFonts w:ascii="Symbol" w:hAnsi="Symbol"/>
      </w:rPr>
    </w:lvl>
    <w:lvl w:ilvl="6" w:tplc="0694AFC0">
      <w:start w:val="1"/>
      <w:numFmt w:val="bullet"/>
      <w:lvlText w:val=""/>
      <w:lvlJc w:val="left"/>
      <w:pPr>
        <w:ind w:left="1440" w:hanging="360"/>
      </w:pPr>
      <w:rPr>
        <w:rFonts w:ascii="Symbol" w:hAnsi="Symbol"/>
      </w:rPr>
    </w:lvl>
    <w:lvl w:ilvl="7" w:tplc="0A1AC9AE">
      <w:start w:val="1"/>
      <w:numFmt w:val="bullet"/>
      <w:lvlText w:val=""/>
      <w:lvlJc w:val="left"/>
      <w:pPr>
        <w:ind w:left="1440" w:hanging="360"/>
      </w:pPr>
      <w:rPr>
        <w:rFonts w:ascii="Symbol" w:hAnsi="Symbol"/>
      </w:rPr>
    </w:lvl>
    <w:lvl w:ilvl="8" w:tplc="9B3A85B6">
      <w:start w:val="1"/>
      <w:numFmt w:val="bullet"/>
      <w:lvlText w:val=""/>
      <w:lvlJc w:val="left"/>
      <w:pPr>
        <w:ind w:left="1440" w:hanging="360"/>
      </w:pPr>
      <w:rPr>
        <w:rFonts w:ascii="Symbol" w:hAnsi="Symbol"/>
      </w:rPr>
    </w:lvl>
  </w:abstractNum>
  <w:num w:numId="1" w16cid:durableId="2127652538">
    <w:abstractNumId w:val="8"/>
  </w:num>
  <w:num w:numId="2" w16cid:durableId="1683435056">
    <w:abstractNumId w:val="6"/>
  </w:num>
  <w:num w:numId="3" w16cid:durableId="523056956">
    <w:abstractNumId w:val="5"/>
  </w:num>
  <w:num w:numId="4" w16cid:durableId="1552184261">
    <w:abstractNumId w:val="4"/>
  </w:num>
  <w:num w:numId="5" w16cid:durableId="798885166">
    <w:abstractNumId w:val="7"/>
  </w:num>
  <w:num w:numId="6" w16cid:durableId="597448669">
    <w:abstractNumId w:val="3"/>
  </w:num>
  <w:num w:numId="7" w16cid:durableId="1308975944">
    <w:abstractNumId w:val="2"/>
  </w:num>
  <w:num w:numId="8" w16cid:durableId="1438525066">
    <w:abstractNumId w:val="1"/>
  </w:num>
  <w:num w:numId="9" w16cid:durableId="197010012">
    <w:abstractNumId w:val="0"/>
  </w:num>
  <w:num w:numId="10" w16cid:durableId="1088303983">
    <w:abstractNumId w:val="55"/>
  </w:num>
  <w:num w:numId="11" w16cid:durableId="603541356">
    <w:abstractNumId w:val="34"/>
  </w:num>
  <w:num w:numId="12" w16cid:durableId="905727043">
    <w:abstractNumId w:val="61"/>
  </w:num>
  <w:num w:numId="13" w16cid:durableId="911043678">
    <w:abstractNumId w:val="19"/>
  </w:num>
  <w:num w:numId="14" w16cid:durableId="230582070">
    <w:abstractNumId w:val="39"/>
  </w:num>
  <w:num w:numId="15" w16cid:durableId="741486861">
    <w:abstractNumId w:val="43"/>
  </w:num>
  <w:num w:numId="16" w16cid:durableId="11321386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4895999">
    <w:abstractNumId w:val="38"/>
  </w:num>
  <w:num w:numId="18" w16cid:durableId="863634362">
    <w:abstractNumId w:val="56"/>
  </w:num>
  <w:num w:numId="19" w16cid:durableId="1180663536">
    <w:abstractNumId w:val="13"/>
  </w:num>
  <w:num w:numId="20" w16cid:durableId="395398412">
    <w:abstractNumId w:val="40"/>
  </w:num>
  <w:num w:numId="21" w16cid:durableId="775322766">
    <w:abstractNumId w:val="44"/>
  </w:num>
  <w:num w:numId="22" w16cid:durableId="504712003">
    <w:abstractNumId w:val="30"/>
  </w:num>
  <w:num w:numId="23" w16cid:durableId="1748335704">
    <w:abstractNumId w:val="20"/>
  </w:num>
  <w:num w:numId="24" w16cid:durableId="1397434741">
    <w:abstractNumId w:val="15"/>
  </w:num>
  <w:num w:numId="25" w16cid:durableId="476723447">
    <w:abstractNumId w:val="28"/>
  </w:num>
  <w:num w:numId="26" w16cid:durableId="1517963249">
    <w:abstractNumId w:val="33"/>
  </w:num>
  <w:num w:numId="27" w16cid:durableId="1875846468">
    <w:abstractNumId w:val="50"/>
  </w:num>
  <w:num w:numId="28" w16cid:durableId="1335499601">
    <w:abstractNumId w:val="25"/>
  </w:num>
  <w:num w:numId="29" w16cid:durableId="1875187117">
    <w:abstractNumId w:val="36"/>
  </w:num>
  <w:num w:numId="30" w16cid:durableId="1017150673">
    <w:abstractNumId w:val="23"/>
  </w:num>
  <w:num w:numId="31" w16cid:durableId="1190070536">
    <w:abstractNumId w:val="17"/>
  </w:num>
  <w:num w:numId="32" w16cid:durableId="1083339354">
    <w:abstractNumId w:val="18"/>
  </w:num>
  <w:num w:numId="33" w16cid:durableId="231236084">
    <w:abstractNumId w:val="26"/>
  </w:num>
  <w:num w:numId="34" w16cid:durableId="1077437993">
    <w:abstractNumId w:val="53"/>
  </w:num>
  <w:num w:numId="35" w16cid:durableId="916329664">
    <w:abstractNumId w:val="29"/>
  </w:num>
  <w:num w:numId="36" w16cid:durableId="1198736397">
    <w:abstractNumId w:val="49"/>
  </w:num>
  <w:num w:numId="37" w16cid:durableId="1009137319">
    <w:abstractNumId w:val="45"/>
  </w:num>
  <w:num w:numId="38" w16cid:durableId="486556635">
    <w:abstractNumId w:val="59"/>
  </w:num>
  <w:num w:numId="39" w16cid:durableId="1182546169">
    <w:abstractNumId w:val="37"/>
  </w:num>
  <w:num w:numId="40" w16cid:durableId="261766973">
    <w:abstractNumId w:val="42"/>
  </w:num>
  <w:num w:numId="41" w16cid:durableId="415522624">
    <w:abstractNumId w:val="21"/>
  </w:num>
  <w:num w:numId="42" w16cid:durableId="164592290">
    <w:abstractNumId w:val="52"/>
  </w:num>
  <w:num w:numId="43" w16cid:durableId="516970279">
    <w:abstractNumId w:val="31"/>
  </w:num>
  <w:num w:numId="44" w16cid:durableId="392196890">
    <w:abstractNumId w:val="9"/>
  </w:num>
  <w:num w:numId="45" w16cid:durableId="1509711287">
    <w:abstractNumId w:val="11"/>
  </w:num>
  <w:num w:numId="46" w16cid:durableId="1399477366">
    <w:abstractNumId w:val="10"/>
  </w:num>
  <w:num w:numId="47" w16cid:durableId="369233711">
    <w:abstractNumId w:val="24"/>
  </w:num>
  <w:num w:numId="48" w16cid:durableId="2016036504">
    <w:abstractNumId w:val="22"/>
  </w:num>
  <w:num w:numId="49" w16cid:durableId="159778729">
    <w:abstractNumId w:val="16"/>
  </w:num>
  <w:num w:numId="50" w16cid:durableId="231624301">
    <w:abstractNumId w:val="54"/>
  </w:num>
  <w:num w:numId="51" w16cid:durableId="313875856">
    <w:abstractNumId w:val="62"/>
  </w:num>
  <w:num w:numId="52" w16cid:durableId="1943413218">
    <w:abstractNumId w:val="14"/>
  </w:num>
  <w:num w:numId="53" w16cid:durableId="2062752988">
    <w:abstractNumId w:val="32"/>
  </w:num>
  <w:num w:numId="54" w16cid:durableId="286618831">
    <w:abstractNumId w:val="27"/>
  </w:num>
  <w:num w:numId="55" w16cid:durableId="647443009">
    <w:abstractNumId w:val="46"/>
  </w:num>
  <w:num w:numId="56" w16cid:durableId="470559250">
    <w:abstractNumId w:val="12"/>
  </w:num>
  <w:num w:numId="57" w16cid:durableId="763112514">
    <w:abstractNumId w:val="57"/>
  </w:num>
  <w:num w:numId="58" w16cid:durableId="220210427">
    <w:abstractNumId w:val="60"/>
  </w:num>
  <w:num w:numId="59" w16cid:durableId="412630763">
    <w:abstractNumId w:val="58"/>
  </w:num>
  <w:num w:numId="60" w16cid:durableId="691149383">
    <w:abstractNumId w:val="48"/>
  </w:num>
  <w:num w:numId="61" w16cid:durableId="866138654">
    <w:abstractNumId w:val="41"/>
  </w:num>
  <w:num w:numId="62" w16cid:durableId="1354841717">
    <w:abstractNumId w:val="47"/>
  </w:num>
  <w:num w:numId="63" w16cid:durableId="1977681278">
    <w:abstractNumId w:val="35"/>
  </w:num>
  <w:num w:numId="64" w16cid:durableId="801118118">
    <w:abstractNumId w:val="5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6A8"/>
    <w:rsid w:val="00017FA7"/>
    <w:rsid w:val="000238DE"/>
    <w:rsid w:val="00023F87"/>
    <w:rsid w:val="00027106"/>
    <w:rsid w:val="00034616"/>
    <w:rsid w:val="0006063C"/>
    <w:rsid w:val="00060AFC"/>
    <w:rsid w:val="00066203"/>
    <w:rsid w:val="00072EF1"/>
    <w:rsid w:val="000A4C76"/>
    <w:rsid w:val="000A719D"/>
    <w:rsid w:val="000B004F"/>
    <w:rsid w:val="000B4DE4"/>
    <w:rsid w:val="000C5F03"/>
    <w:rsid w:val="000C631A"/>
    <w:rsid w:val="000C6E5D"/>
    <w:rsid w:val="000D18BE"/>
    <w:rsid w:val="000D5640"/>
    <w:rsid w:val="000E04DC"/>
    <w:rsid w:val="000E0598"/>
    <w:rsid w:val="000E4DD4"/>
    <w:rsid w:val="000F2DC7"/>
    <w:rsid w:val="00106A60"/>
    <w:rsid w:val="00111CCF"/>
    <w:rsid w:val="0013158F"/>
    <w:rsid w:val="00141693"/>
    <w:rsid w:val="0015074B"/>
    <w:rsid w:val="00160B38"/>
    <w:rsid w:val="00163893"/>
    <w:rsid w:val="00164E3A"/>
    <w:rsid w:val="001709DD"/>
    <w:rsid w:val="00172CB5"/>
    <w:rsid w:val="00174BF1"/>
    <w:rsid w:val="0017601A"/>
    <w:rsid w:val="0018257E"/>
    <w:rsid w:val="00187266"/>
    <w:rsid w:val="00194C5B"/>
    <w:rsid w:val="0019625E"/>
    <w:rsid w:val="001963B5"/>
    <w:rsid w:val="001A1DFF"/>
    <w:rsid w:val="001A36CD"/>
    <w:rsid w:val="001B136C"/>
    <w:rsid w:val="001C4211"/>
    <w:rsid w:val="001C4F14"/>
    <w:rsid w:val="001E5E40"/>
    <w:rsid w:val="002008B6"/>
    <w:rsid w:val="00206AE4"/>
    <w:rsid w:val="002106EE"/>
    <w:rsid w:val="002117B8"/>
    <w:rsid w:val="0024155E"/>
    <w:rsid w:val="002503F1"/>
    <w:rsid w:val="00263C58"/>
    <w:rsid w:val="002703E3"/>
    <w:rsid w:val="00272044"/>
    <w:rsid w:val="002772DE"/>
    <w:rsid w:val="00281F98"/>
    <w:rsid w:val="0028302C"/>
    <w:rsid w:val="0029639D"/>
    <w:rsid w:val="002C55C7"/>
    <w:rsid w:val="002D3124"/>
    <w:rsid w:val="002D41F2"/>
    <w:rsid w:val="002D43DD"/>
    <w:rsid w:val="002E2F64"/>
    <w:rsid w:val="002E4A09"/>
    <w:rsid w:val="002F4774"/>
    <w:rsid w:val="002F6D4D"/>
    <w:rsid w:val="00303D1D"/>
    <w:rsid w:val="0030441A"/>
    <w:rsid w:val="00311F65"/>
    <w:rsid w:val="00320B6D"/>
    <w:rsid w:val="00321883"/>
    <w:rsid w:val="00325CC8"/>
    <w:rsid w:val="00326F90"/>
    <w:rsid w:val="003411C0"/>
    <w:rsid w:val="003444F7"/>
    <w:rsid w:val="00347DCB"/>
    <w:rsid w:val="00350A29"/>
    <w:rsid w:val="00351F8D"/>
    <w:rsid w:val="00352EB3"/>
    <w:rsid w:val="003542B7"/>
    <w:rsid w:val="003545A8"/>
    <w:rsid w:val="00355CBF"/>
    <w:rsid w:val="00366107"/>
    <w:rsid w:val="003663A9"/>
    <w:rsid w:val="00370287"/>
    <w:rsid w:val="00370997"/>
    <w:rsid w:val="00372501"/>
    <w:rsid w:val="003867B9"/>
    <w:rsid w:val="003A25C2"/>
    <w:rsid w:val="003A6B03"/>
    <w:rsid w:val="003C3B4D"/>
    <w:rsid w:val="003C6103"/>
    <w:rsid w:val="003D3A5E"/>
    <w:rsid w:val="003D7F3C"/>
    <w:rsid w:val="003E0AD1"/>
    <w:rsid w:val="003E52BC"/>
    <w:rsid w:val="003F71F2"/>
    <w:rsid w:val="004023E5"/>
    <w:rsid w:val="0042713D"/>
    <w:rsid w:val="0042738F"/>
    <w:rsid w:val="00432134"/>
    <w:rsid w:val="00434F7F"/>
    <w:rsid w:val="00435A65"/>
    <w:rsid w:val="00440AF2"/>
    <w:rsid w:val="0044692D"/>
    <w:rsid w:val="004625EA"/>
    <w:rsid w:val="00463759"/>
    <w:rsid w:val="004650EC"/>
    <w:rsid w:val="0047219F"/>
    <w:rsid w:val="00494988"/>
    <w:rsid w:val="00497099"/>
    <w:rsid w:val="004A4D42"/>
    <w:rsid w:val="004C4844"/>
    <w:rsid w:val="004D569B"/>
    <w:rsid w:val="004D7D19"/>
    <w:rsid w:val="004E3C10"/>
    <w:rsid w:val="004F09D3"/>
    <w:rsid w:val="00500C35"/>
    <w:rsid w:val="00505193"/>
    <w:rsid w:val="00514EE1"/>
    <w:rsid w:val="005172EA"/>
    <w:rsid w:val="005228C3"/>
    <w:rsid w:val="00533510"/>
    <w:rsid w:val="00564F3E"/>
    <w:rsid w:val="00574F81"/>
    <w:rsid w:val="00575872"/>
    <w:rsid w:val="0059542E"/>
    <w:rsid w:val="005A1EEA"/>
    <w:rsid w:val="005A2B2F"/>
    <w:rsid w:val="005A384B"/>
    <w:rsid w:val="005A6A1F"/>
    <w:rsid w:val="005B45BE"/>
    <w:rsid w:val="005B6BA6"/>
    <w:rsid w:val="005C6B0B"/>
    <w:rsid w:val="005D4DC1"/>
    <w:rsid w:val="005D6314"/>
    <w:rsid w:val="005E5115"/>
    <w:rsid w:val="005F46BB"/>
    <w:rsid w:val="005F4C93"/>
    <w:rsid w:val="006067DD"/>
    <w:rsid w:val="00620C83"/>
    <w:rsid w:val="00630E97"/>
    <w:rsid w:val="00635249"/>
    <w:rsid w:val="00644485"/>
    <w:rsid w:val="006518A9"/>
    <w:rsid w:val="00652A5C"/>
    <w:rsid w:val="006563AC"/>
    <w:rsid w:val="00677C27"/>
    <w:rsid w:val="006827A2"/>
    <w:rsid w:val="00684CBA"/>
    <w:rsid w:val="00687597"/>
    <w:rsid w:val="00687A3A"/>
    <w:rsid w:val="00695383"/>
    <w:rsid w:val="006A076E"/>
    <w:rsid w:val="006A0CF5"/>
    <w:rsid w:val="006A7905"/>
    <w:rsid w:val="006B1F31"/>
    <w:rsid w:val="006C23EE"/>
    <w:rsid w:val="006C2EE7"/>
    <w:rsid w:val="006C5D00"/>
    <w:rsid w:val="006C6F16"/>
    <w:rsid w:val="006D60AF"/>
    <w:rsid w:val="006D662F"/>
    <w:rsid w:val="00710A99"/>
    <w:rsid w:val="007227F7"/>
    <w:rsid w:val="00724506"/>
    <w:rsid w:val="00724C17"/>
    <w:rsid w:val="00733608"/>
    <w:rsid w:val="00740DBF"/>
    <w:rsid w:val="007465B7"/>
    <w:rsid w:val="007575AE"/>
    <w:rsid w:val="00766BCF"/>
    <w:rsid w:val="00767032"/>
    <w:rsid w:val="00781ADE"/>
    <w:rsid w:val="00782FE9"/>
    <w:rsid w:val="00790137"/>
    <w:rsid w:val="00791CE5"/>
    <w:rsid w:val="00796F84"/>
    <w:rsid w:val="007A7F50"/>
    <w:rsid w:val="007C1C5A"/>
    <w:rsid w:val="007D0126"/>
    <w:rsid w:val="008031CA"/>
    <w:rsid w:val="00813C3C"/>
    <w:rsid w:val="0081554E"/>
    <w:rsid w:val="00817B60"/>
    <w:rsid w:val="00824998"/>
    <w:rsid w:val="00830B7D"/>
    <w:rsid w:val="00847615"/>
    <w:rsid w:val="00851979"/>
    <w:rsid w:val="0086120C"/>
    <w:rsid w:val="008618F3"/>
    <w:rsid w:val="0086543E"/>
    <w:rsid w:val="00870D43"/>
    <w:rsid w:val="00875DB6"/>
    <w:rsid w:val="00882759"/>
    <w:rsid w:val="008869A1"/>
    <w:rsid w:val="0089313A"/>
    <w:rsid w:val="008935D6"/>
    <w:rsid w:val="00894330"/>
    <w:rsid w:val="008B5E3C"/>
    <w:rsid w:val="008B6BD7"/>
    <w:rsid w:val="008C3719"/>
    <w:rsid w:val="008C69F5"/>
    <w:rsid w:val="008D36CB"/>
    <w:rsid w:val="008E0B6D"/>
    <w:rsid w:val="00912404"/>
    <w:rsid w:val="00917253"/>
    <w:rsid w:val="00933B9A"/>
    <w:rsid w:val="0093555A"/>
    <w:rsid w:val="009356A7"/>
    <w:rsid w:val="00943B4C"/>
    <w:rsid w:val="0094444B"/>
    <w:rsid w:val="00951778"/>
    <w:rsid w:val="00972BAF"/>
    <w:rsid w:val="009748CB"/>
    <w:rsid w:val="009773F7"/>
    <w:rsid w:val="00993E0F"/>
    <w:rsid w:val="009945B7"/>
    <w:rsid w:val="00995FBF"/>
    <w:rsid w:val="009B1809"/>
    <w:rsid w:val="009C4ECA"/>
    <w:rsid w:val="009C5765"/>
    <w:rsid w:val="009D20D7"/>
    <w:rsid w:val="009F50EB"/>
    <w:rsid w:val="009F6016"/>
    <w:rsid w:val="00A0290C"/>
    <w:rsid w:val="00A03090"/>
    <w:rsid w:val="00A06DCA"/>
    <w:rsid w:val="00A074EA"/>
    <w:rsid w:val="00A1384C"/>
    <w:rsid w:val="00A20F2B"/>
    <w:rsid w:val="00A26429"/>
    <w:rsid w:val="00A3326F"/>
    <w:rsid w:val="00A3519F"/>
    <w:rsid w:val="00A50660"/>
    <w:rsid w:val="00A60E62"/>
    <w:rsid w:val="00A647B7"/>
    <w:rsid w:val="00A66056"/>
    <w:rsid w:val="00A663B4"/>
    <w:rsid w:val="00A666EB"/>
    <w:rsid w:val="00A70DB1"/>
    <w:rsid w:val="00A73D7D"/>
    <w:rsid w:val="00A778E3"/>
    <w:rsid w:val="00A8629D"/>
    <w:rsid w:val="00A93484"/>
    <w:rsid w:val="00A94B83"/>
    <w:rsid w:val="00AA1D8D"/>
    <w:rsid w:val="00AB6DB3"/>
    <w:rsid w:val="00AC3220"/>
    <w:rsid w:val="00AD5510"/>
    <w:rsid w:val="00AE7DBD"/>
    <w:rsid w:val="00AF00D5"/>
    <w:rsid w:val="00B04278"/>
    <w:rsid w:val="00B22B6D"/>
    <w:rsid w:val="00B267F2"/>
    <w:rsid w:val="00B361D4"/>
    <w:rsid w:val="00B379C0"/>
    <w:rsid w:val="00B41A25"/>
    <w:rsid w:val="00B47730"/>
    <w:rsid w:val="00B50800"/>
    <w:rsid w:val="00B52B08"/>
    <w:rsid w:val="00B533D1"/>
    <w:rsid w:val="00B616FF"/>
    <w:rsid w:val="00B61B30"/>
    <w:rsid w:val="00B628CC"/>
    <w:rsid w:val="00B63852"/>
    <w:rsid w:val="00B71F1A"/>
    <w:rsid w:val="00B777F8"/>
    <w:rsid w:val="00BA1680"/>
    <w:rsid w:val="00BA2358"/>
    <w:rsid w:val="00BC3B0C"/>
    <w:rsid w:val="00BE3B4F"/>
    <w:rsid w:val="00BF3F07"/>
    <w:rsid w:val="00C04239"/>
    <w:rsid w:val="00C057C6"/>
    <w:rsid w:val="00C16517"/>
    <w:rsid w:val="00C16BC4"/>
    <w:rsid w:val="00C179F7"/>
    <w:rsid w:val="00C17CB8"/>
    <w:rsid w:val="00C23E0A"/>
    <w:rsid w:val="00C35AAF"/>
    <w:rsid w:val="00C41D3E"/>
    <w:rsid w:val="00C43CBC"/>
    <w:rsid w:val="00C4436C"/>
    <w:rsid w:val="00C450E7"/>
    <w:rsid w:val="00C47C9B"/>
    <w:rsid w:val="00C47EB7"/>
    <w:rsid w:val="00C5268E"/>
    <w:rsid w:val="00C607FD"/>
    <w:rsid w:val="00C66DD0"/>
    <w:rsid w:val="00C7598F"/>
    <w:rsid w:val="00C815C4"/>
    <w:rsid w:val="00C8583F"/>
    <w:rsid w:val="00C90D50"/>
    <w:rsid w:val="00CA5FE1"/>
    <w:rsid w:val="00CB0664"/>
    <w:rsid w:val="00CB381C"/>
    <w:rsid w:val="00CD4994"/>
    <w:rsid w:val="00CD5632"/>
    <w:rsid w:val="00CD7F19"/>
    <w:rsid w:val="00CE1F8A"/>
    <w:rsid w:val="00CF48F5"/>
    <w:rsid w:val="00D16239"/>
    <w:rsid w:val="00D17E6E"/>
    <w:rsid w:val="00D2393B"/>
    <w:rsid w:val="00D31CA0"/>
    <w:rsid w:val="00D413F9"/>
    <w:rsid w:val="00D420A5"/>
    <w:rsid w:val="00D45C7B"/>
    <w:rsid w:val="00D50507"/>
    <w:rsid w:val="00D56322"/>
    <w:rsid w:val="00D64484"/>
    <w:rsid w:val="00D73412"/>
    <w:rsid w:val="00D77AAC"/>
    <w:rsid w:val="00D80F35"/>
    <w:rsid w:val="00D9208B"/>
    <w:rsid w:val="00D93E67"/>
    <w:rsid w:val="00DA1F25"/>
    <w:rsid w:val="00DA3CA6"/>
    <w:rsid w:val="00DA4FF8"/>
    <w:rsid w:val="00DB3524"/>
    <w:rsid w:val="00DC2253"/>
    <w:rsid w:val="00DC5450"/>
    <w:rsid w:val="00DC63E7"/>
    <w:rsid w:val="00DD3E2D"/>
    <w:rsid w:val="00DD7454"/>
    <w:rsid w:val="00DE438C"/>
    <w:rsid w:val="00DE447D"/>
    <w:rsid w:val="00DF31F3"/>
    <w:rsid w:val="00E03247"/>
    <w:rsid w:val="00E219A4"/>
    <w:rsid w:val="00E21A6E"/>
    <w:rsid w:val="00E43CFC"/>
    <w:rsid w:val="00E600A1"/>
    <w:rsid w:val="00E60540"/>
    <w:rsid w:val="00E677C2"/>
    <w:rsid w:val="00E726C9"/>
    <w:rsid w:val="00E80B1B"/>
    <w:rsid w:val="00E84C5F"/>
    <w:rsid w:val="00E93509"/>
    <w:rsid w:val="00E945B3"/>
    <w:rsid w:val="00E945DB"/>
    <w:rsid w:val="00EA557C"/>
    <w:rsid w:val="00EA747C"/>
    <w:rsid w:val="00EB2584"/>
    <w:rsid w:val="00EB5ADD"/>
    <w:rsid w:val="00EB6041"/>
    <w:rsid w:val="00EC493B"/>
    <w:rsid w:val="00EC5DB0"/>
    <w:rsid w:val="00ED7410"/>
    <w:rsid w:val="00EE0379"/>
    <w:rsid w:val="00EE09E7"/>
    <w:rsid w:val="00EE1481"/>
    <w:rsid w:val="00EF3F38"/>
    <w:rsid w:val="00F1183A"/>
    <w:rsid w:val="00F14FC6"/>
    <w:rsid w:val="00F533BF"/>
    <w:rsid w:val="00F71769"/>
    <w:rsid w:val="00F96299"/>
    <w:rsid w:val="00FA7B3F"/>
    <w:rsid w:val="00FC693F"/>
    <w:rsid w:val="00FC753E"/>
    <w:rsid w:val="00FE50ED"/>
    <w:rsid w:val="00FE7F1C"/>
    <w:rsid w:val="00FF49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54B33B"/>
  <w14:defaultImageDpi w14:val="300"/>
  <w15:docId w15:val="{15A6E470-BD14-4DF7-8F93-52C0C1E9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Times New Roman" w:hAnsi="Times New Roman"/>
      <w:color w:val="000000"/>
      <w:sz w:val="24"/>
    </w:rPr>
  </w:style>
  <w:style w:type="paragraph" w:styleId="Nagwek1">
    <w:name w:val="heading 1"/>
    <w:basedOn w:val="Normalny"/>
    <w:next w:val="Normalny"/>
    <w:link w:val="Nagwek1Znak"/>
    <w:uiPriority w:val="9"/>
    <w:qFormat/>
    <w:rsid w:val="00FC693F"/>
    <w:pPr>
      <w:keepNext/>
      <w:keepLines/>
      <w:spacing w:before="480" w:after="0"/>
      <w:outlineLvl w:val="0"/>
    </w:pPr>
    <w:rPr>
      <w:b/>
      <w:bCs/>
      <w:sz w:val="30"/>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b/>
      <w:bCs/>
      <w:sz w:val="28"/>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b/>
      <w:bCs/>
      <w:sz w:val="26"/>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rPr>
      <w:rFonts w:ascii="Times New Roman" w:hAnsi="Times New Roman"/>
      <w:color w:val="000000"/>
      <w:sz w:val="24"/>
    </w:r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jc w:val="center"/>
    </w:pPr>
    <w:rPr>
      <w:b/>
      <w:spacing w:val="5"/>
      <w:kern w:val="28"/>
      <w:sz w:val="3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jc w:val="center"/>
    </w:pPr>
    <w:rPr>
      <w:i/>
      <w:iCs/>
      <w:color w:val="808080"/>
      <w:spacing w:val="15"/>
      <w:sz w:val="28"/>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aliases w:val="Lista PR,maz_wyliczenie,opis dzialania,K-P_odwolanie,A_wyliczenie,Akapit z listą 1,Table of contents numbered,Akapit z listą5,L1,Numerowanie,List Paragraph,BulletC,Wyliczanie,Obiekt,normalny tekst,Akapit z listą31,Bullets,List Paragraph1"/>
    <w:basedOn w:val="Normalny"/>
    <w:link w:val="AkapitzlistZnak"/>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rFonts w:ascii="Times New Roman" w:hAnsi="Times New Roman"/>
      <w:b/>
      <w:bCs/>
      <w:color w:val="000000"/>
      <w:sz w:val="24"/>
    </w:rPr>
  </w:style>
  <w:style w:type="character" w:styleId="Uwydatnienie">
    <w:name w:val="Emphasis"/>
    <w:basedOn w:val="Domylnaczcionkaakapitu"/>
    <w:uiPriority w:val="20"/>
    <w:qFormat/>
    <w:rsid w:val="00FC693F"/>
    <w:rPr>
      <w:rFonts w:ascii="Times New Roman" w:hAnsi="Times New Roman"/>
      <w:i/>
      <w:iCs/>
      <w:color w:val="000000"/>
      <w:sz w:val="24"/>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40" w:after="280"/>
      <w:ind w:left="936" w:right="936"/>
    </w:pPr>
    <w:rPr>
      <w:b/>
      <w:bCs/>
      <w:i/>
      <w:iCs/>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rFonts w:ascii="Times New Roman" w:hAnsi="Times New Roman"/>
      <w:i/>
      <w:iCs/>
      <w:color w:val="808080"/>
      <w:sz w:val="24"/>
    </w:rPr>
  </w:style>
  <w:style w:type="character" w:styleId="Wyrnienieintensywne">
    <w:name w:val="Intense Emphasis"/>
    <w:basedOn w:val="Domylnaczcionkaakapitu"/>
    <w:uiPriority w:val="21"/>
    <w:qFormat/>
    <w:rsid w:val="00FC693F"/>
    <w:rPr>
      <w:rFonts w:ascii="Times New Roman" w:hAnsi="Times New Roman"/>
      <w:b/>
      <w:bCs/>
      <w:i/>
      <w:iCs/>
      <w:color w:val="000000"/>
      <w:sz w:val="24"/>
    </w:rPr>
  </w:style>
  <w:style w:type="character" w:styleId="Odwoaniedelikatne">
    <w:name w:val="Subtle Reference"/>
    <w:basedOn w:val="Domylnaczcionkaakapitu"/>
    <w:uiPriority w:val="31"/>
    <w:qFormat/>
    <w:rsid w:val="00FC693F"/>
    <w:rPr>
      <w:rFonts w:ascii="Times New Roman" w:hAnsi="Times New Roman"/>
      <w:smallCaps/>
      <w:color w:val="000000"/>
      <w:sz w:val="24"/>
      <w:u w:val="single"/>
    </w:rPr>
  </w:style>
  <w:style w:type="character" w:styleId="Odwoanieintensywne">
    <w:name w:val="Intense Reference"/>
    <w:basedOn w:val="Domylnaczcionkaakapitu"/>
    <w:uiPriority w:val="32"/>
    <w:qFormat/>
    <w:rsid w:val="00FC693F"/>
    <w:rPr>
      <w:rFonts w:ascii="Times New Roman" w:hAnsi="Times New Roman"/>
      <w:b/>
      <w:bCs/>
      <w:smallCaps/>
      <w:color w:val="000000"/>
      <w:spacing w:val="5"/>
      <w:sz w:val="24"/>
      <w:u w:val="single"/>
    </w:rPr>
  </w:style>
  <w:style w:type="character" w:styleId="Tytuksiki">
    <w:name w:val="Book Title"/>
    <w:basedOn w:val="Domylnaczcionkaakapitu"/>
    <w:uiPriority w:val="33"/>
    <w:qFormat/>
    <w:rsid w:val="00FC693F"/>
    <w:rPr>
      <w:rFonts w:ascii="Times New Roman" w:hAnsi="Times New Roman"/>
      <w:b/>
      <w:bCs/>
      <w:smallCaps/>
      <w:color w:val="000000"/>
      <w:spacing w:val="5"/>
      <w:sz w:val="24"/>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blokowy">
    <w:name w:val="Block Text"/>
    <w:basedOn w:val="Normalny"/>
    <w:next w:val="Normalny"/>
    <w:uiPriority w:val="99"/>
    <w:unhideWhenUsed/>
    <w:rsid w:val="007A7F50"/>
    <w:pPr>
      <w:ind w:left="720" w:right="1152"/>
    </w:pPr>
    <w:rPr>
      <w:i/>
      <w:iCs/>
      <w:color w:val="000000" w:themeColor="text1"/>
    </w:rPr>
  </w:style>
  <w:style w:type="character" w:styleId="Odwoaniedokomentarza">
    <w:name w:val="annotation reference"/>
    <w:basedOn w:val="Domylnaczcionkaakapitu"/>
    <w:uiPriority w:val="99"/>
    <w:semiHidden/>
    <w:unhideWhenUsed/>
    <w:rsid w:val="002503F1"/>
    <w:rPr>
      <w:sz w:val="16"/>
      <w:szCs w:val="16"/>
    </w:rPr>
  </w:style>
  <w:style w:type="paragraph" w:styleId="Tekstkomentarza">
    <w:name w:val="annotation text"/>
    <w:basedOn w:val="Normalny"/>
    <w:link w:val="TekstkomentarzaZnak"/>
    <w:uiPriority w:val="99"/>
    <w:unhideWhenUsed/>
    <w:rsid w:val="002503F1"/>
    <w:pPr>
      <w:spacing w:line="240" w:lineRule="auto"/>
    </w:pPr>
    <w:rPr>
      <w:sz w:val="20"/>
      <w:szCs w:val="20"/>
    </w:rPr>
  </w:style>
  <w:style w:type="character" w:customStyle="1" w:styleId="TekstkomentarzaZnak">
    <w:name w:val="Tekst komentarza Znak"/>
    <w:basedOn w:val="Domylnaczcionkaakapitu"/>
    <w:link w:val="Tekstkomentarza"/>
    <w:uiPriority w:val="99"/>
    <w:rsid w:val="002503F1"/>
    <w:rPr>
      <w:rFonts w:ascii="Times New Roman" w:hAnsi="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2503F1"/>
    <w:rPr>
      <w:b/>
      <w:bCs/>
    </w:rPr>
  </w:style>
  <w:style w:type="character" w:customStyle="1" w:styleId="TematkomentarzaZnak">
    <w:name w:val="Temat komentarza Znak"/>
    <w:basedOn w:val="TekstkomentarzaZnak"/>
    <w:link w:val="Tematkomentarza"/>
    <w:uiPriority w:val="99"/>
    <w:semiHidden/>
    <w:rsid w:val="002503F1"/>
    <w:rPr>
      <w:rFonts w:ascii="Times New Roman" w:hAnsi="Times New Roman"/>
      <w:b/>
      <w:bCs/>
      <w:color w:val="000000"/>
      <w:sz w:val="20"/>
      <w:szCs w:val="20"/>
    </w:rPr>
  </w:style>
  <w:style w:type="character" w:styleId="Hipercze">
    <w:name w:val="Hyperlink"/>
    <w:basedOn w:val="Domylnaczcionkaakapitu"/>
    <w:uiPriority w:val="99"/>
    <w:unhideWhenUsed/>
    <w:rsid w:val="0013158F"/>
    <w:rPr>
      <w:color w:val="0000FF" w:themeColor="hyperlink"/>
      <w:u w:val="single"/>
    </w:rPr>
  </w:style>
  <w:style w:type="paragraph" w:styleId="NormalnyWeb">
    <w:name w:val="Normal (Web)"/>
    <w:basedOn w:val="Normalny"/>
    <w:uiPriority w:val="99"/>
    <w:semiHidden/>
    <w:unhideWhenUsed/>
    <w:rsid w:val="00851979"/>
    <w:rPr>
      <w:rFonts w:cs="Times New Roman"/>
      <w:szCs w:val="24"/>
    </w:rPr>
  </w:style>
  <w:style w:type="paragraph" w:styleId="Poprawka">
    <w:name w:val="Revision"/>
    <w:hidden/>
    <w:uiPriority w:val="99"/>
    <w:semiHidden/>
    <w:rsid w:val="00B71F1A"/>
    <w:pPr>
      <w:spacing w:after="0" w:line="240" w:lineRule="auto"/>
    </w:pPr>
    <w:rPr>
      <w:rFonts w:ascii="Times New Roman" w:hAnsi="Times New Roman"/>
      <w:color w:val="000000"/>
      <w:sz w:val="24"/>
    </w:rPr>
  </w:style>
  <w:style w:type="paragraph" w:customStyle="1" w:styleId="pdq2pgselectionanchorcontainer">
    <w:name w:val="pdq2pg_selectionanchorcontainer"/>
    <w:basedOn w:val="Normalny"/>
    <w:rsid w:val="00321883"/>
    <w:pPr>
      <w:spacing w:before="100" w:beforeAutospacing="1" w:after="100" w:afterAutospacing="1" w:line="240" w:lineRule="auto"/>
    </w:pPr>
    <w:rPr>
      <w:rFonts w:eastAsia="Times New Roman" w:cs="Times New Roman"/>
      <w:color w:val="auto"/>
      <w:szCs w:val="24"/>
      <w:lang w:val="pl-PL" w:eastAsia="pl-PL"/>
    </w:rPr>
  </w:style>
  <w:style w:type="paragraph" w:customStyle="1" w:styleId="isselectedend">
    <w:name w:val="isselectedend"/>
    <w:basedOn w:val="Normalny"/>
    <w:rsid w:val="00E677C2"/>
    <w:pPr>
      <w:spacing w:before="100" w:beforeAutospacing="1" w:after="100" w:afterAutospacing="1" w:line="240" w:lineRule="auto"/>
    </w:pPr>
    <w:rPr>
      <w:rFonts w:eastAsia="Times New Roman" w:cs="Times New Roman"/>
      <w:color w:val="auto"/>
      <w:szCs w:val="24"/>
      <w:lang w:val="pl-PL" w:eastAsia="pl-PL"/>
    </w:rPr>
  </w:style>
  <w:style w:type="character" w:customStyle="1" w:styleId="AkapitzlistZnak">
    <w:name w:val="Akapit z listą Znak"/>
    <w:aliases w:val="Lista PR Znak,maz_wyliczenie Znak,opis dzialania Znak,K-P_odwolanie Znak,A_wyliczenie Znak,Akapit z listą 1 Znak,Table of contents numbered Znak,Akapit z listą5 Znak,L1 Znak,Numerowanie Znak,List Paragraph Znak,BulletC Znak"/>
    <w:basedOn w:val="Domylnaczcionkaakapitu"/>
    <w:link w:val="Akapitzlist"/>
    <w:uiPriority w:val="34"/>
    <w:qFormat/>
    <w:locked/>
    <w:rsid w:val="002D43DD"/>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31</Pages>
  <Words>11453</Words>
  <Characters>68720</Characters>
  <Application>Microsoft Office Word</Application>
  <DocSecurity>0</DocSecurity>
  <Lines>572</Lines>
  <Paragraphs>160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Zuzanna Rosnowska</cp:lastModifiedBy>
  <cp:revision>15</cp:revision>
  <dcterms:created xsi:type="dcterms:W3CDTF">2026-09-08T13:52:00Z</dcterms:created>
  <dcterms:modified xsi:type="dcterms:W3CDTF">2026-09-10T12:23:00Z</dcterms:modified>
  <cp:category/>
</cp:coreProperties>
</file>